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F1D0B" w14:textId="77777777" w:rsidR="009A79B9" w:rsidRDefault="00000000">
      <w:pPr>
        <w:spacing w:after="60" w:line="240" w:lineRule="auto"/>
        <w:jc w:val="center"/>
      </w:pPr>
      <w:r>
        <w:rPr>
          <w:b/>
          <w:sz w:val="26"/>
        </w:rPr>
        <w:t>FORMULAR – PROPUNERE TEHNICĂ</w:t>
      </w:r>
    </w:p>
    <w:p w14:paraId="779A2F58" w14:textId="77777777" w:rsidR="009A79B9" w:rsidRDefault="00000000">
      <w:pPr>
        <w:spacing w:after="60" w:line="240" w:lineRule="auto"/>
        <w:jc w:val="center"/>
      </w:pPr>
      <w:r>
        <w:rPr>
          <w:b/>
          <w:sz w:val="21"/>
        </w:rPr>
        <w:t>pentru atribuirea contractului de lucrări</w:t>
      </w:r>
    </w:p>
    <w:p w14:paraId="71174903" w14:textId="77777777" w:rsidR="009A79B9" w:rsidRDefault="00000000">
      <w:pPr>
        <w:spacing w:after="60" w:line="240" w:lineRule="auto"/>
        <w:jc w:val="center"/>
      </w:pPr>
      <w:r>
        <w:rPr>
          <w:b/>
          <w:sz w:val="21"/>
        </w:rPr>
        <w:t>„CREȘTEREA EFICIENȚEI ENERGETICE A INFRASTRUCTURII DE ILUMINAT PUBLIC DIN COMUNA BUSTUCHIN, JUDEȚUL GORJ”</w:t>
      </w:r>
    </w:p>
    <w:p w14:paraId="2558F6A5" w14:textId="77777777" w:rsidR="009A79B9" w:rsidRDefault="00000000">
      <w:pPr>
        <w:spacing w:after="60" w:line="240" w:lineRule="auto"/>
        <w:jc w:val="center"/>
      </w:pPr>
      <w:r>
        <w:rPr>
          <w:b/>
          <w:sz w:val="21"/>
        </w:rPr>
        <w:t>Ofertant: ........................................................................................................................</w:t>
      </w:r>
    </w:p>
    <w:p w14:paraId="60FAE9D6" w14:textId="77777777" w:rsidR="009A79B9" w:rsidRDefault="00000000">
      <w:pPr>
        <w:spacing w:after="60" w:line="240" w:lineRule="auto"/>
        <w:jc w:val="center"/>
      </w:pPr>
      <w:r>
        <w:rPr>
          <w:b/>
          <w:sz w:val="21"/>
        </w:rPr>
        <w:t>Lider asociere (dacă este cazul): ...........................................................................................</w:t>
      </w:r>
    </w:p>
    <w:p w14:paraId="14E9A50A" w14:textId="77777777" w:rsidR="009A79B9" w:rsidRDefault="00000000">
      <w:pPr>
        <w:spacing w:after="60" w:line="240" w:lineRule="auto"/>
      </w:pPr>
      <w:r>
        <w:t>Subcontractanți declarați (dacă este cazul): .............................................................................</w:t>
      </w:r>
    </w:p>
    <w:p w14:paraId="626D327E" w14:textId="77777777" w:rsidR="009A79B9" w:rsidRDefault="00000000">
      <w:pPr>
        <w:pStyle w:val="Heading1"/>
        <w:spacing w:before="120" w:after="60" w:line="240" w:lineRule="auto"/>
      </w:pPr>
      <w:r>
        <w:rPr>
          <w:rFonts w:ascii="Arial" w:eastAsia="Arial" w:hAnsi="Arial"/>
          <w:sz w:val="21"/>
        </w:rPr>
        <w:t>1. DECLARAȚIE PRIVIND ÎNSUȘIREA CERINȚELOR</w:t>
      </w:r>
    </w:p>
    <w:p w14:paraId="1236FF04" w14:textId="77777777" w:rsidR="009A79B9" w:rsidRDefault="00000000">
      <w:pPr>
        <w:spacing w:after="60" w:line="240" w:lineRule="auto"/>
      </w:pPr>
      <w:r>
        <w:t>Subsemnatul/Subscrisa, în calitate de ofertant, declarăm că am analizat integral Caietul de Sarcini, Proiectul Tehnic de Execuție PT106/2026, piesele scrise și desenate, fișele tehnice, breviarele de calcul, listele de cantități și clarificările publicate și ne angajăm să executăm lucrările cu respectarea integrală a cerințelor minime obligatorii și a soluției tehnice aprobate.</w:t>
      </w:r>
    </w:p>
    <w:p w14:paraId="62E1FDDD" w14:textId="77777777" w:rsidR="009A79B9" w:rsidRDefault="00000000">
      <w:pPr>
        <w:spacing w:after="60" w:line="240" w:lineRule="auto"/>
      </w:pPr>
      <w:r>
        <w:t>Orice echipament/material ofertat ca echivalent va fi identificat fără echivoc și va fi însoțit de documente care permit verificarea caracteristicilor declarate. Simpla mențiune «conform», «identic» sau «da» nu substituie documentele tehnice justificative solicitate.</w:t>
      </w:r>
    </w:p>
    <w:p w14:paraId="12D4F715" w14:textId="77777777" w:rsidR="009A79B9" w:rsidRDefault="00000000">
      <w:pPr>
        <w:pStyle w:val="Heading1"/>
        <w:spacing w:before="120" w:after="60" w:line="240" w:lineRule="auto"/>
      </w:pPr>
      <w:r>
        <w:rPr>
          <w:rFonts w:ascii="Arial" w:eastAsia="Arial" w:hAnsi="Arial"/>
          <w:sz w:val="21"/>
        </w:rPr>
        <w:t>2. MATRICEA DE CONFORMITATE TEHNICĂ</w:t>
      </w:r>
    </w:p>
    <w:p w14:paraId="0F179468" w14:textId="77777777" w:rsidR="009A79B9" w:rsidRDefault="00000000">
      <w:pPr>
        <w:spacing w:after="60" w:line="240" w:lineRule="auto"/>
      </w:pPr>
      <w:r>
        <w:t>Ofertantul va completa toate coloanele. Pentru fiecare cerință se va indica documentul și pagina din ofertă unde poate fi verificată îndeplinirea acesteia.</w:t>
      </w:r>
    </w:p>
    <w:tbl>
      <w:tblPr>
        <w:tblStyle w:val="TableGri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
        <w:gridCol w:w="3969"/>
        <w:gridCol w:w="2665"/>
        <w:gridCol w:w="2494"/>
      </w:tblGrid>
      <w:tr w:rsidR="009A79B9" w14:paraId="4DE6F1B3" w14:textId="77777777">
        <w:trPr>
          <w:cantSplit/>
          <w:tblHeader/>
          <w:jc w:val="center"/>
        </w:trPr>
        <w:tc>
          <w:tcPr>
            <w:tcW w:w="397" w:type="dxa"/>
            <w:shd w:val="clear" w:color="auto" w:fill="E7E6E6"/>
            <w:vAlign w:val="center"/>
          </w:tcPr>
          <w:p w14:paraId="16A520F7" w14:textId="77777777" w:rsidR="009A79B9" w:rsidRDefault="00000000">
            <w:pPr>
              <w:spacing w:after="20"/>
              <w:jc w:val="center"/>
            </w:pPr>
            <w:r>
              <w:rPr>
                <w:b/>
                <w:sz w:val="15"/>
              </w:rPr>
              <w:t>Nr.</w:t>
            </w:r>
          </w:p>
        </w:tc>
        <w:tc>
          <w:tcPr>
            <w:tcW w:w="3969" w:type="dxa"/>
            <w:shd w:val="clear" w:color="auto" w:fill="E7E6E6"/>
            <w:vAlign w:val="center"/>
          </w:tcPr>
          <w:p w14:paraId="57EE6CA2" w14:textId="77777777" w:rsidR="009A79B9" w:rsidRDefault="00000000">
            <w:pPr>
              <w:spacing w:after="20"/>
              <w:jc w:val="center"/>
            </w:pPr>
            <w:r>
              <w:rPr>
                <w:b/>
                <w:sz w:val="15"/>
              </w:rPr>
              <w:t>Cerință minimă / element verificat</w:t>
            </w:r>
          </w:p>
        </w:tc>
        <w:tc>
          <w:tcPr>
            <w:tcW w:w="2665" w:type="dxa"/>
            <w:shd w:val="clear" w:color="auto" w:fill="E7E6E6"/>
            <w:vAlign w:val="center"/>
          </w:tcPr>
          <w:p w14:paraId="70CA78F0" w14:textId="77777777" w:rsidR="009A79B9" w:rsidRDefault="00000000">
            <w:pPr>
              <w:spacing w:after="20"/>
              <w:jc w:val="center"/>
            </w:pPr>
            <w:r>
              <w:rPr>
                <w:b/>
                <w:sz w:val="15"/>
              </w:rPr>
              <w:t>Caracteristica ofertată / răspunsul ofertantului</w:t>
            </w:r>
          </w:p>
        </w:tc>
        <w:tc>
          <w:tcPr>
            <w:tcW w:w="2494" w:type="dxa"/>
            <w:shd w:val="clear" w:color="auto" w:fill="E7E6E6"/>
            <w:vAlign w:val="center"/>
          </w:tcPr>
          <w:p w14:paraId="228E7338" w14:textId="77777777" w:rsidR="009A79B9" w:rsidRDefault="00000000">
            <w:pPr>
              <w:spacing w:after="20"/>
              <w:jc w:val="center"/>
            </w:pPr>
            <w:r>
              <w:rPr>
                <w:b/>
                <w:sz w:val="15"/>
              </w:rPr>
              <w:t>Document justificativ și pagina</w:t>
            </w:r>
          </w:p>
        </w:tc>
      </w:tr>
      <w:tr w:rsidR="009A79B9" w14:paraId="112051EB" w14:textId="77777777">
        <w:trPr>
          <w:cantSplit/>
          <w:jc w:val="center"/>
        </w:trPr>
        <w:tc>
          <w:tcPr>
            <w:tcW w:w="397" w:type="dxa"/>
            <w:vAlign w:val="center"/>
          </w:tcPr>
          <w:p w14:paraId="2FD34F5F" w14:textId="77777777" w:rsidR="009A79B9" w:rsidRDefault="00000000">
            <w:pPr>
              <w:spacing w:after="20"/>
            </w:pPr>
            <w:r>
              <w:rPr>
                <w:sz w:val="15"/>
              </w:rPr>
              <w:t>1</w:t>
            </w:r>
          </w:p>
        </w:tc>
        <w:tc>
          <w:tcPr>
            <w:tcW w:w="3969" w:type="dxa"/>
            <w:vAlign w:val="center"/>
          </w:tcPr>
          <w:p w14:paraId="5898C634" w14:textId="77777777" w:rsidR="009A79B9" w:rsidRDefault="00000000">
            <w:pPr>
              <w:spacing w:after="20"/>
            </w:pPr>
            <w:r>
              <w:rPr>
                <w:sz w:val="15"/>
              </w:rPr>
              <w:t>254 aparate de iluminat LED, montate pe stâlpi existenți</w:t>
            </w:r>
          </w:p>
        </w:tc>
        <w:tc>
          <w:tcPr>
            <w:tcW w:w="2665" w:type="dxa"/>
            <w:vAlign w:val="center"/>
          </w:tcPr>
          <w:p w14:paraId="77F898CC" w14:textId="77777777" w:rsidR="009A79B9" w:rsidRDefault="00000000">
            <w:pPr>
              <w:spacing w:after="20"/>
            </w:pPr>
            <w:r>
              <w:rPr>
                <w:sz w:val="15"/>
              </w:rPr>
              <w:t>........................................</w:t>
            </w:r>
          </w:p>
        </w:tc>
        <w:tc>
          <w:tcPr>
            <w:tcW w:w="2494" w:type="dxa"/>
            <w:vAlign w:val="center"/>
          </w:tcPr>
          <w:p w14:paraId="170AB722" w14:textId="77777777" w:rsidR="009A79B9" w:rsidRDefault="00000000">
            <w:pPr>
              <w:spacing w:after="20"/>
            </w:pPr>
            <w:r>
              <w:rPr>
                <w:sz w:val="15"/>
              </w:rPr>
              <w:t>........................................</w:t>
            </w:r>
          </w:p>
        </w:tc>
      </w:tr>
      <w:tr w:rsidR="009A79B9" w14:paraId="3F77E56D" w14:textId="77777777">
        <w:trPr>
          <w:cantSplit/>
          <w:jc w:val="center"/>
        </w:trPr>
        <w:tc>
          <w:tcPr>
            <w:tcW w:w="397" w:type="dxa"/>
            <w:vAlign w:val="center"/>
          </w:tcPr>
          <w:p w14:paraId="1FF3718D" w14:textId="77777777" w:rsidR="009A79B9" w:rsidRDefault="00000000">
            <w:pPr>
              <w:spacing w:after="20"/>
            </w:pPr>
            <w:r>
              <w:rPr>
                <w:sz w:val="15"/>
              </w:rPr>
              <w:t>2</w:t>
            </w:r>
          </w:p>
        </w:tc>
        <w:tc>
          <w:tcPr>
            <w:tcW w:w="3969" w:type="dxa"/>
            <w:vAlign w:val="center"/>
          </w:tcPr>
          <w:p w14:paraId="5957E525" w14:textId="77777777" w:rsidR="009A79B9" w:rsidRDefault="00000000">
            <w:pPr>
              <w:spacing w:after="20"/>
            </w:pPr>
            <w:r>
              <w:rPr>
                <w:sz w:val="15"/>
              </w:rPr>
              <w:t>Putere nominală aparat: maximum 30 W</w:t>
            </w:r>
          </w:p>
        </w:tc>
        <w:tc>
          <w:tcPr>
            <w:tcW w:w="2665" w:type="dxa"/>
            <w:vAlign w:val="center"/>
          </w:tcPr>
          <w:p w14:paraId="1BFE9BC1" w14:textId="77777777" w:rsidR="009A79B9" w:rsidRDefault="00000000">
            <w:pPr>
              <w:spacing w:after="20"/>
            </w:pPr>
            <w:r>
              <w:rPr>
                <w:sz w:val="15"/>
              </w:rPr>
              <w:t>........................................</w:t>
            </w:r>
          </w:p>
        </w:tc>
        <w:tc>
          <w:tcPr>
            <w:tcW w:w="2494" w:type="dxa"/>
            <w:vAlign w:val="center"/>
          </w:tcPr>
          <w:p w14:paraId="11A9F064" w14:textId="77777777" w:rsidR="009A79B9" w:rsidRDefault="00000000">
            <w:pPr>
              <w:spacing w:after="20"/>
            </w:pPr>
            <w:r>
              <w:rPr>
                <w:sz w:val="15"/>
              </w:rPr>
              <w:t>........................................</w:t>
            </w:r>
          </w:p>
        </w:tc>
      </w:tr>
      <w:tr w:rsidR="009A79B9" w14:paraId="49ADE892" w14:textId="77777777">
        <w:trPr>
          <w:cantSplit/>
          <w:jc w:val="center"/>
        </w:trPr>
        <w:tc>
          <w:tcPr>
            <w:tcW w:w="397" w:type="dxa"/>
            <w:vAlign w:val="center"/>
          </w:tcPr>
          <w:p w14:paraId="75A949CE" w14:textId="77777777" w:rsidR="009A79B9" w:rsidRDefault="00000000">
            <w:pPr>
              <w:spacing w:after="20"/>
            </w:pPr>
            <w:r>
              <w:rPr>
                <w:sz w:val="15"/>
              </w:rPr>
              <w:t>3</w:t>
            </w:r>
          </w:p>
        </w:tc>
        <w:tc>
          <w:tcPr>
            <w:tcW w:w="3969" w:type="dxa"/>
            <w:vAlign w:val="center"/>
          </w:tcPr>
          <w:p w14:paraId="7A81616A" w14:textId="77777777" w:rsidR="009A79B9" w:rsidRDefault="00000000">
            <w:pPr>
              <w:spacing w:after="20"/>
            </w:pPr>
            <w:r>
              <w:rPr>
                <w:sz w:val="15"/>
              </w:rPr>
              <w:t>Eficacitate luminoasă: minimum 140 lm/W</w:t>
            </w:r>
          </w:p>
        </w:tc>
        <w:tc>
          <w:tcPr>
            <w:tcW w:w="2665" w:type="dxa"/>
            <w:vAlign w:val="center"/>
          </w:tcPr>
          <w:p w14:paraId="508309D5" w14:textId="77777777" w:rsidR="009A79B9" w:rsidRDefault="00000000">
            <w:pPr>
              <w:spacing w:after="20"/>
            </w:pPr>
            <w:r>
              <w:rPr>
                <w:sz w:val="15"/>
              </w:rPr>
              <w:t>........................................</w:t>
            </w:r>
          </w:p>
        </w:tc>
        <w:tc>
          <w:tcPr>
            <w:tcW w:w="2494" w:type="dxa"/>
            <w:vAlign w:val="center"/>
          </w:tcPr>
          <w:p w14:paraId="4E1D00A0" w14:textId="77777777" w:rsidR="009A79B9" w:rsidRDefault="00000000">
            <w:pPr>
              <w:spacing w:after="20"/>
            </w:pPr>
            <w:r>
              <w:rPr>
                <w:sz w:val="15"/>
              </w:rPr>
              <w:t>........................................</w:t>
            </w:r>
          </w:p>
        </w:tc>
      </w:tr>
      <w:tr w:rsidR="009A79B9" w14:paraId="49B153D0" w14:textId="77777777">
        <w:trPr>
          <w:cantSplit/>
          <w:jc w:val="center"/>
        </w:trPr>
        <w:tc>
          <w:tcPr>
            <w:tcW w:w="397" w:type="dxa"/>
            <w:vAlign w:val="center"/>
          </w:tcPr>
          <w:p w14:paraId="2FBFF8D7" w14:textId="77777777" w:rsidR="009A79B9" w:rsidRDefault="00000000">
            <w:pPr>
              <w:spacing w:after="20"/>
            </w:pPr>
            <w:r>
              <w:rPr>
                <w:sz w:val="15"/>
              </w:rPr>
              <w:t>4</w:t>
            </w:r>
          </w:p>
        </w:tc>
        <w:tc>
          <w:tcPr>
            <w:tcW w:w="3969" w:type="dxa"/>
            <w:vAlign w:val="center"/>
          </w:tcPr>
          <w:p w14:paraId="72BA14BD" w14:textId="77777777" w:rsidR="009A79B9" w:rsidRDefault="00000000">
            <w:pPr>
              <w:spacing w:after="20"/>
            </w:pPr>
            <w:r>
              <w:rPr>
                <w:sz w:val="15"/>
              </w:rPr>
              <w:t>Factor de putere PF: minimum 0,95</w:t>
            </w:r>
          </w:p>
        </w:tc>
        <w:tc>
          <w:tcPr>
            <w:tcW w:w="2665" w:type="dxa"/>
            <w:vAlign w:val="center"/>
          </w:tcPr>
          <w:p w14:paraId="67BA7F2F" w14:textId="77777777" w:rsidR="009A79B9" w:rsidRDefault="00000000">
            <w:pPr>
              <w:spacing w:after="20"/>
            </w:pPr>
            <w:r>
              <w:rPr>
                <w:sz w:val="15"/>
              </w:rPr>
              <w:t>........................................</w:t>
            </w:r>
          </w:p>
        </w:tc>
        <w:tc>
          <w:tcPr>
            <w:tcW w:w="2494" w:type="dxa"/>
            <w:vAlign w:val="center"/>
          </w:tcPr>
          <w:p w14:paraId="78AE16E5" w14:textId="77777777" w:rsidR="009A79B9" w:rsidRDefault="00000000">
            <w:pPr>
              <w:spacing w:after="20"/>
            </w:pPr>
            <w:r>
              <w:rPr>
                <w:sz w:val="15"/>
              </w:rPr>
              <w:t>........................................</w:t>
            </w:r>
          </w:p>
        </w:tc>
      </w:tr>
      <w:tr w:rsidR="009A79B9" w14:paraId="2549BBBA" w14:textId="77777777">
        <w:trPr>
          <w:cantSplit/>
          <w:jc w:val="center"/>
        </w:trPr>
        <w:tc>
          <w:tcPr>
            <w:tcW w:w="397" w:type="dxa"/>
            <w:vAlign w:val="center"/>
          </w:tcPr>
          <w:p w14:paraId="32E93FE2" w14:textId="77777777" w:rsidR="009A79B9" w:rsidRDefault="00000000">
            <w:pPr>
              <w:spacing w:after="20"/>
            </w:pPr>
            <w:r>
              <w:rPr>
                <w:sz w:val="15"/>
              </w:rPr>
              <w:t>5</w:t>
            </w:r>
          </w:p>
        </w:tc>
        <w:tc>
          <w:tcPr>
            <w:tcW w:w="3969" w:type="dxa"/>
            <w:vAlign w:val="center"/>
          </w:tcPr>
          <w:p w14:paraId="39449B77" w14:textId="77777777" w:rsidR="009A79B9" w:rsidRDefault="00000000">
            <w:pPr>
              <w:spacing w:after="20"/>
            </w:pPr>
            <w:r>
              <w:rPr>
                <w:sz w:val="15"/>
              </w:rPr>
              <w:t>Indice redare culori Ra/CRI: &gt; 70</w:t>
            </w:r>
          </w:p>
        </w:tc>
        <w:tc>
          <w:tcPr>
            <w:tcW w:w="2665" w:type="dxa"/>
            <w:vAlign w:val="center"/>
          </w:tcPr>
          <w:p w14:paraId="180D0052" w14:textId="77777777" w:rsidR="009A79B9" w:rsidRDefault="00000000">
            <w:pPr>
              <w:spacing w:after="20"/>
            </w:pPr>
            <w:r>
              <w:rPr>
                <w:sz w:val="15"/>
              </w:rPr>
              <w:t>........................................</w:t>
            </w:r>
          </w:p>
        </w:tc>
        <w:tc>
          <w:tcPr>
            <w:tcW w:w="2494" w:type="dxa"/>
            <w:vAlign w:val="center"/>
          </w:tcPr>
          <w:p w14:paraId="45D20655" w14:textId="77777777" w:rsidR="009A79B9" w:rsidRDefault="00000000">
            <w:pPr>
              <w:spacing w:after="20"/>
            </w:pPr>
            <w:r>
              <w:rPr>
                <w:sz w:val="15"/>
              </w:rPr>
              <w:t>........................................</w:t>
            </w:r>
          </w:p>
        </w:tc>
      </w:tr>
      <w:tr w:rsidR="009A79B9" w14:paraId="0C3ED694" w14:textId="77777777">
        <w:trPr>
          <w:cantSplit/>
          <w:jc w:val="center"/>
        </w:trPr>
        <w:tc>
          <w:tcPr>
            <w:tcW w:w="397" w:type="dxa"/>
            <w:vAlign w:val="center"/>
          </w:tcPr>
          <w:p w14:paraId="18B3A80A" w14:textId="77777777" w:rsidR="009A79B9" w:rsidRDefault="00000000">
            <w:pPr>
              <w:spacing w:after="20"/>
            </w:pPr>
            <w:r>
              <w:rPr>
                <w:sz w:val="15"/>
              </w:rPr>
              <w:t>6</w:t>
            </w:r>
          </w:p>
        </w:tc>
        <w:tc>
          <w:tcPr>
            <w:tcW w:w="3969" w:type="dxa"/>
            <w:vAlign w:val="center"/>
          </w:tcPr>
          <w:p w14:paraId="3F423677" w14:textId="77777777" w:rsidR="009A79B9" w:rsidRDefault="00000000">
            <w:pPr>
              <w:spacing w:after="20"/>
            </w:pPr>
            <w:r>
              <w:rPr>
                <w:sz w:val="15"/>
              </w:rPr>
              <w:t>Temperatura de culoare: 1800–4000 K</w:t>
            </w:r>
          </w:p>
        </w:tc>
        <w:tc>
          <w:tcPr>
            <w:tcW w:w="2665" w:type="dxa"/>
            <w:vAlign w:val="center"/>
          </w:tcPr>
          <w:p w14:paraId="6A303ADC" w14:textId="77777777" w:rsidR="009A79B9" w:rsidRDefault="00000000">
            <w:pPr>
              <w:spacing w:after="20"/>
            </w:pPr>
            <w:r>
              <w:rPr>
                <w:sz w:val="15"/>
              </w:rPr>
              <w:t>........................................</w:t>
            </w:r>
          </w:p>
        </w:tc>
        <w:tc>
          <w:tcPr>
            <w:tcW w:w="2494" w:type="dxa"/>
            <w:vAlign w:val="center"/>
          </w:tcPr>
          <w:p w14:paraId="574EFCA3" w14:textId="77777777" w:rsidR="009A79B9" w:rsidRDefault="00000000">
            <w:pPr>
              <w:spacing w:after="20"/>
            </w:pPr>
            <w:r>
              <w:rPr>
                <w:sz w:val="15"/>
              </w:rPr>
              <w:t>........................................</w:t>
            </w:r>
          </w:p>
        </w:tc>
      </w:tr>
      <w:tr w:rsidR="009A79B9" w14:paraId="22CDE992" w14:textId="77777777">
        <w:trPr>
          <w:cantSplit/>
          <w:jc w:val="center"/>
        </w:trPr>
        <w:tc>
          <w:tcPr>
            <w:tcW w:w="397" w:type="dxa"/>
            <w:vAlign w:val="center"/>
          </w:tcPr>
          <w:p w14:paraId="61BAABAD" w14:textId="77777777" w:rsidR="009A79B9" w:rsidRDefault="00000000">
            <w:pPr>
              <w:spacing w:after="20"/>
            </w:pPr>
            <w:r>
              <w:rPr>
                <w:sz w:val="15"/>
              </w:rPr>
              <w:t>7</w:t>
            </w:r>
          </w:p>
        </w:tc>
        <w:tc>
          <w:tcPr>
            <w:tcW w:w="3969" w:type="dxa"/>
            <w:vAlign w:val="center"/>
          </w:tcPr>
          <w:p w14:paraId="515909BA" w14:textId="77777777" w:rsidR="009A79B9" w:rsidRDefault="00000000">
            <w:pPr>
              <w:spacing w:after="20"/>
            </w:pPr>
            <w:r>
              <w:rPr>
                <w:sz w:val="15"/>
              </w:rPr>
              <w:t>Grad de protecție aparat: minimum IP65, conform PTE</w:t>
            </w:r>
          </w:p>
        </w:tc>
        <w:tc>
          <w:tcPr>
            <w:tcW w:w="2665" w:type="dxa"/>
            <w:vAlign w:val="center"/>
          </w:tcPr>
          <w:p w14:paraId="5FD70467" w14:textId="77777777" w:rsidR="009A79B9" w:rsidRDefault="00000000">
            <w:pPr>
              <w:spacing w:after="20"/>
            </w:pPr>
            <w:r>
              <w:rPr>
                <w:sz w:val="15"/>
              </w:rPr>
              <w:t>........................................</w:t>
            </w:r>
          </w:p>
        </w:tc>
        <w:tc>
          <w:tcPr>
            <w:tcW w:w="2494" w:type="dxa"/>
            <w:vAlign w:val="center"/>
          </w:tcPr>
          <w:p w14:paraId="56D0C978" w14:textId="77777777" w:rsidR="009A79B9" w:rsidRDefault="00000000">
            <w:pPr>
              <w:spacing w:after="20"/>
            </w:pPr>
            <w:r>
              <w:rPr>
                <w:sz w:val="15"/>
              </w:rPr>
              <w:t>........................................</w:t>
            </w:r>
          </w:p>
        </w:tc>
      </w:tr>
      <w:tr w:rsidR="009A79B9" w14:paraId="097B7CDF" w14:textId="77777777">
        <w:trPr>
          <w:cantSplit/>
          <w:jc w:val="center"/>
        </w:trPr>
        <w:tc>
          <w:tcPr>
            <w:tcW w:w="397" w:type="dxa"/>
            <w:vAlign w:val="center"/>
          </w:tcPr>
          <w:p w14:paraId="50864BDF" w14:textId="77777777" w:rsidR="009A79B9" w:rsidRDefault="00000000">
            <w:pPr>
              <w:spacing w:after="20"/>
            </w:pPr>
            <w:r>
              <w:rPr>
                <w:sz w:val="15"/>
              </w:rPr>
              <w:t>8</w:t>
            </w:r>
          </w:p>
        </w:tc>
        <w:tc>
          <w:tcPr>
            <w:tcW w:w="3969" w:type="dxa"/>
            <w:vAlign w:val="center"/>
          </w:tcPr>
          <w:p w14:paraId="4B198EF1" w14:textId="77777777" w:rsidR="009A79B9" w:rsidRDefault="00000000">
            <w:pPr>
              <w:spacing w:after="20"/>
            </w:pPr>
            <w:r>
              <w:rPr>
                <w:sz w:val="15"/>
              </w:rPr>
              <w:t>Rezistență mecanică: minimum IK08</w:t>
            </w:r>
          </w:p>
        </w:tc>
        <w:tc>
          <w:tcPr>
            <w:tcW w:w="2665" w:type="dxa"/>
            <w:vAlign w:val="center"/>
          </w:tcPr>
          <w:p w14:paraId="2E8D80BA" w14:textId="77777777" w:rsidR="009A79B9" w:rsidRDefault="00000000">
            <w:pPr>
              <w:spacing w:after="20"/>
            </w:pPr>
            <w:r>
              <w:rPr>
                <w:sz w:val="15"/>
              </w:rPr>
              <w:t>........................................</w:t>
            </w:r>
          </w:p>
        </w:tc>
        <w:tc>
          <w:tcPr>
            <w:tcW w:w="2494" w:type="dxa"/>
            <w:vAlign w:val="center"/>
          </w:tcPr>
          <w:p w14:paraId="05903CDC" w14:textId="77777777" w:rsidR="009A79B9" w:rsidRDefault="00000000">
            <w:pPr>
              <w:spacing w:after="20"/>
            </w:pPr>
            <w:r>
              <w:rPr>
                <w:sz w:val="15"/>
              </w:rPr>
              <w:t>........................................</w:t>
            </w:r>
          </w:p>
        </w:tc>
      </w:tr>
      <w:tr w:rsidR="009A79B9" w14:paraId="02D85A7B" w14:textId="77777777">
        <w:trPr>
          <w:cantSplit/>
          <w:jc w:val="center"/>
        </w:trPr>
        <w:tc>
          <w:tcPr>
            <w:tcW w:w="397" w:type="dxa"/>
            <w:vAlign w:val="center"/>
          </w:tcPr>
          <w:p w14:paraId="61722C49" w14:textId="77777777" w:rsidR="009A79B9" w:rsidRDefault="00000000">
            <w:pPr>
              <w:spacing w:after="20"/>
            </w:pPr>
            <w:r>
              <w:rPr>
                <w:sz w:val="15"/>
              </w:rPr>
              <w:t>9</w:t>
            </w:r>
          </w:p>
        </w:tc>
        <w:tc>
          <w:tcPr>
            <w:tcW w:w="3969" w:type="dxa"/>
            <w:vAlign w:val="center"/>
          </w:tcPr>
          <w:p w14:paraId="7419CBFA" w14:textId="77777777" w:rsidR="009A79B9" w:rsidRDefault="00000000">
            <w:pPr>
              <w:spacing w:after="20"/>
            </w:pPr>
            <w:r>
              <w:rPr>
                <w:sz w:val="15"/>
              </w:rPr>
              <w:t>Durata de viață: minimum 100.000 h, L80B10</w:t>
            </w:r>
          </w:p>
        </w:tc>
        <w:tc>
          <w:tcPr>
            <w:tcW w:w="2665" w:type="dxa"/>
            <w:vAlign w:val="center"/>
          </w:tcPr>
          <w:p w14:paraId="1CB31F66" w14:textId="77777777" w:rsidR="009A79B9" w:rsidRDefault="00000000">
            <w:pPr>
              <w:spacing w:after="20"/>
            </w:pPr>
            <w:r>
              <w:rPr>
                <w:sz w:val="15"/>
              </w:rPr>
              <w:t>........................................</w:t>
            </w:r>
          </w:p>
        </w:tc>
        <w:tc>
          <w:tcPr>
            <w:tcW w:w="2494" w:type="dxa"/>
            <w:vAlign w:val="center"/>
          </w:tcPr>
          <w:p w14:paraId="1EC83CFC" w14:textId="77777777" w:rsidR="009A79B9" w:rsidRDefault="00000000">
            <w:pPr>
              <w:spacing w:after="20"/>
            </w:pPr>
            <w:r>
              <w:rPr>
                <w:sz w:val="15"/>
              </w:rPr>
              <w:t>........................................</w:t>
            </w:r>
          </w:p>
        </w:tc>
      </w:tr>
      <w:tr w:rsidR="009A79B9" w14:paraId="285733B6" w14:textId="77777777">
        <w:trPr>
          <w:cantSplit/>
          <w:jc w:val="center"/>
        </w:trPr>
        <w:tc>
          <w:tcPr>
            <w:tcW w:w="397" w:type="dxa"/>
            <w:vAlign w:val="center"/>
          </w:tcPr>
          <w:p w14:paraId="4113C65F" w14:textId="77777777" w:rsidR="009A79B9" w:rsidRDefault="00000000">
            <w:pPr>
              <w:spacing w:after="20"/>
            </w:pPr>
            <w:r>
              <w:rPr>
                <w:sz w:val="15"/>
              </w:rPr>
              <w:t>10</w:t>
            </w:r>
          </w:p>
        </w:tc>
        <w:tc>
          <w:tcPr>
            <w:tcW w:w="3969" w:type="dxa"/>
            <w:vAlign w:val="center"/>
          </w:tcPr>
          <w:p w14:paraId="2EAE125E" w14:textId="77777777" w:rsidR="009A79B9" w:rsidRDefault="00000000">
            <w:pPr>
              <w:spacing w:after="20"/>
            </w:pPr>
            <w:r>
              <w:rPr>
                <w:sz w:val="15"/>
              </w:rPr>
              <w:t>Dimming obligatoriu; driver 1–10V/PWM sau DALI, după soluția ofertată și cerințele PTE</w:t>
            </w:r>
          </w:p>
        </w:tc>
        <w:tc>
          <w:tcPr>
            <w:tcW w:w="2665" w:type="dxa"/>
            <w:vAlign w:val="center"/>
          </w:tcPr>
          <w:p w14:paraId="6703612F" w14:textId="77777777" w:rsidR="009A79B9" w:rsidRDefault="00000000">
            <w:pPr>
              <w:spacing w:after="20"/>
            </w:pPr>
            <w:r>
              <w:rPr>
                <w:sz w:val="15"/>
              </w:rPr>
              <w:t>........................................</w:t>
            </w:r>
          </w:p>
        </w:tc>
        <w:tc>
          <w:tcPr>
            <w:tcW w:w="2494" w:type="dxa"/>
            <w:vAlign w:val="center"/>
          </w:tcPr>
          <w:p w14:paraId="07B43B65" w14:textId="77777777" w:rsidR="009A79B9" w:rsidRDefault="00000000">
            <w:pPr>
              <w:spacing w:after="20"/>
            </w:pPr>
            <w:r>
              <w:rPr>
                <w:sz w:val="15"/>
              </w:rPr>
              <w:t>........................................</w:t>
            </w:r>
          </w:p>
        </w:tc>
      </w:tr>
      <w:tr w:rsidR="009A79B9" w14:paraId="5619AC9D" w14:textId="77777777">
        <w:trPr>
          <w:cantSplit/>
          <w:jc w:val="center"/>
        </w:trPr>
        <w:tc>
          <w:tcPr>
            <w:tcW w:w="397" w:type="dxa"/>
            <w:vAlign w:val="center"/>
          </w:tcPr>
          <w:p w14:paraId="3467926D" w14:textId="77777777" w:rsidR="009A79B9" w:rsidRDefault="00000000">
            <w:pPr>
              <w:spacing w:after="20"/>
            </w:pPr>
            <w:r>
              <w:rPr>
                <w:sz w:val="15"/>
              </w:rPr>
              <w:t>11</w:t>
            </w:r>
          </w:p>
        </w:tc>
        <w:tc>
          <w:tcPr>
            <w:tcW w:w="3969" w:type="dxa"/>
            <w:vAlign w:val="center"/>
          </w:tcPr>
          <w:p w14:paraId="04693A1D" w14:textId="77777777" w:rsidR="009A79B9" w:rsidRDefault="00000000">
            <w:pPr>
              <w:spacing w:after="20"/>
            </w:pPr>
            <w:r>
              <w:rPr>
                <w:sz w:val="15"/>
              </w:rPr>
              <w:t>Protecții la supratensiune, suprasarcină, scurtcircuit și supratemperatură</w:t>
            </w:r>
          </w:p>
        </w:tc>
        <w:tc>
          <w:tcPr>
            <w:tcW w:w="2665" w:type="dxa"/>
            <w:vAlign w:val="center"/>
          </w:tcPr>
          <w:p w14:paraId="53E72E32" w14:textId="77777777" w:rsidR="009A79B9" w:rsidRDefault="00000000">
            <w:pPr>
              <w:spacing w:after="20"/>
            </w:pPr>
            <w:r>
              <w:rPr>
                <w:sz w:val="15"/>
              </w:rPr>
              <w:t>........................................</w:t>
            </w:r>
          </w:p>
        </w:tc>
        <w:tc>
          <w:tcPr>
            <w:tcW w:w="2494" w:type="dxa"/>
            <w:vAlign w:val="center"/>
          </w:tcPr>
          <w:p w14:paraId="66E40ED3" w14:textId="77777777" w:rsidR="009A79B9" w:rsidRDefault="00000000">
            <w:pPr>
              <w:spacing w:after="20"/>
            </w:pPr>
            <w:r>
              <w:rPr>
                <w:sz w:val="15"/>
              </w:rPr>
              <w:t>........................................</w:t>
            </w:r>
          </w:p>
        </w:tc>
      </w:tr>
      <w:tr w:rsidR="009A79B9" w14:paraId="5FE2780A" w14:textId="77777777">
        <w:trPr>
          <w:cantSplit/>
          <w:jc w:val="center"/>
        </w:trPr>
        <w:tc>
          <w:tcPr>
            <w:tcW w:w="397" w:type="dxa"/>
            <w:vAlign w:val="center"/>
          </w:tcPr>
          <w:p w14:paraId="31FFD575" w14:textId="77777777" w:rsidR="009A79B9" w:rsidRDefault="00000000">
            <w:pPr>
              <w:spacing w:after="20"/>
            </w:pPr>
            <w:r>
              <w:rPr>
                <w:sz w:val="15"/>
              </w:rPr>
              <w:t>12</w:t>
            </w:r>
          </w:p>
        </w:tc>
        <w:tc>
          <w:tcPr>
            <w:tcW w:w="3969" w:type="dxa"/>
            <w:vAlign w:val="center"/>
          </w:tcPr>
          <w:p w14:paraId="3EACBBDA" w14:textId="77777777" w:rsidR="009A79B9" w:rsidRDefault="00000000">
            <w:pPr>
              <w:spacing w:after="20"/>
            </w:pPr>
            <w:r>
              <w:rPr>
                <w:sz w:val="15"/>
              </w:rPr>
              <w:t>Carcasă metalică, protejată corespunzător; diametru de montaj 40–50 mm</w:t>
            </w:r>
          </w:p>
        </w:tc>
        <w:tc>
          <w:tcPr>
            <w:tcW w:w="2665" w:type="dxa"/>
            <w:vAlign w:val="center"/>
          </w:tcPr>
          <w:p w14:paraId="03AF6594" w14:textId="77777777" w:rsidR="009A79B9" w:rsidRDefault="00000000">
            <w:pPr>
              <w:spacing w:after="20"/>
            </w:pPr>
            <w:r>
              <w:rPr>
                <w:sz w:val="15"/>
              </w:rPr>
              <w:t>........................................</w:t>
            </w:r>
          </w:p>
        </w:tc>
        <w:tc>
          <w:tcPr>
            <w:tcW w:w="2494" w:type="dxa"/>
            <w:vAlign w:val="center"/>
          </w:tcPr>
          <w:p w14:paraId="7AD887E6" w14:textId="77777777" w:rsidR="009A79B9" w:rsidRDefault="00000000">
            <w:pPr>
              <w:spacing w:after="20"/>
            </w:pPr>
            <w:r>
              <w:rPr>
                <w:sz w:val="15"/>
              </w:rPr>
              <w:t>........................................</w:t>
            </w:r>
          </w:p>
        </w:tc>
      </w:tr>
      <w:tr w:rsidR="009A79B9" w14:paraId="2AD21AFD" w14:textId="77777777">
        <w:trPr>
          <w:cantSplit/>
          <w:jc w:val="center"/>
        </w:trPr>
        <w:tc>
          <w:tcPr>
            <w:tcW w:w="397" w:type="dxa"/>
            <w:vAlign w:val="center"/>
          </w:tcPr>
          <w:p w14:paraId="0E2410A5" w14:textId="77777777" w:rsidR="009A79B9" w:rsidRDefault="00000000">
            <w:pPr>
              <w:spacing w:after="20"/>
            </w:pPr>
            <w:r>
              <w:rPr>
                <w:sz w:val="15"/>
              </w:rPr>
              <w:t>13</w:t>
            </w:r>
          </w:p>
        </w:tc>
        <w:tc>
          <w:tcPr>
            <w:tcW w:w="3969" w:type="dxa"/>
            <w:vAlign w:val="center"/>
          </w:tcPr>
          <w:p w14:paraId="189F4AD5" w14:textId="77777777" w:rsidR="009A79B9" w:rsidRDefault="00000000">
            <w:pPr>
              <w:spacing w:after="20"/>
            </w:pPr>
            <w:r>
              <w:rPr>
                <w:sz w:val="15"/>
              </w:rPr>
              <w:t>Marcaj CE și documente de conformitate aplicabile</w:t>
            </w:r>
          </w:p>
        </w:tc>
        <w:tc>
          <w:tcPr>
            <w:tcW w:w="2665" w:type="dxa"/>
            <w:vAlign w:val="center"/>
          </w:tcPr>
          <w:p w14:paraId="32068C65" w14:textId="77777777" w:rsidR="009A79B9" w:rsidRDefault="00000000">
            <w:pPr>
              <w:spacing w:after="20"/>
            </w:pPr>
            <w:r>
              <w:rPr>
                <w:sz w:val="15"/>
              </w:rPr>
              <w:t>........................................</w:t>
            </w:r>
          </w:p>
        </w:tc>
        <w:tc>
          <w:tcPr>
            <w:tcW w:w="2494" w:type="dxa"/>
            <w:vAlign w:val="center"/>
          </w:tcPr>
          <w:p w14:paraId="4044CF51" w14:textId="77777777" w:rsidR="009A79B9" w:rsidRDefault="00000000">
            <w:pPr>
              <w:spacing w:after="20"/>
            </w:pPr>
            <w:r>
              <w:rPr>
                <w:sz w:val="15"/>
              </w:rPr>
              <w:t>........................................</w:t>
            </w:r>
          </w:p>
        </w:tc>
      </w:tr>
      <w:tr w:rsidR="009A79B9" w14:paraId="1E2A5A88" w14:textId="77777777">
        <w:trPr>
          <w:cantSplit/>
          <w:jc w:val="center"/>
        </w:trPr>
        <w:tc>
          <w:tcPr>
            <w:tcW w:w="397" w:type="dxa"/>
            <w:vAlign w:val="center"/>
          </w:tcPr>
          <w:p w14:paraId="5962171A" w14:textId="77777777" w:rsidR="009A79B9" w:rsidRDefault="00000000">
            <w:pPr>
              <w:spacing w:after="20"/>
            </w:pPr>
            <w:r>
              <w:rPr>
                <w:sz w:val="15"/>
              </w:rPr>
              <w:t>14</w:t>
            </w:r>
          </w:p>
        </w:tc>
        <w:tc>
          <w:tcPr>
            <w:tcW w:w="3969" w:type="dxa"/>
            <w:vAlign w:val="center"/>
          </w:tcPr>
          <w:p w14:paraId="231D2D51" w14:textId="77777777" w:rsidR="009A79B9" w:rsidRDefault="00000000">
            <w:pPr>
              <w:spacing w:after="20"/>
            </w:pPr>
            <w:r>
              <w:rPr>
                <w:sz w:val="15"/>
              </w:rPr>
              <w:t>Rapoarte/încercări privind IP, IK, fotometrie, durată de viață și celelalte caracteristici solicitate în PTE</w:t>
            </w:r>
          </w:p>
        </w:tc>
        <w:tc>
          <w:tcPr>
            <w:tcW w:w="2665" w:type="dxa"/>
            <w:vAlign w:val="center"/>
          </w:tcPr>
          <w:p w14:paraId="31605358" w14:textId="77777777" w:rsidR="009A79B9" w:rsidRDefault="00000000">
            <w:pPr>
              <w:spacing w:after="20"/>
            </w:pPr>
            <w:r>
              <w:rPr>
                <w:sz w:val="15"/>
              </w:rPr>
              <w:t>........................................</w:t>
            </w:r>
          </w:p>
        </w:tc>
        <w:tc>
          <w:tcPr>
            <w:tcW w:w="2494" w:type="dxa"/>
            <w:vAlign w:val="center"/>
          </w:tcPr>
          <w:p w14:paraId="576A256B" w14:textId="77777777" w:rsidR="009A79B9" w:rsidRDefault="00000000">
            <w:pPr>
              <w:spacing w:after="20"/>
            </w:pPr>
            <w:r>
              <w:rPr>
                <w:sz w:val="15"/>
              </w:rPr>
              <w:t>........................................</w:t>
            </w:r>
          </w:p>
        </w:tc>
      </w:tr>
      <w:tr w:rsidR="009A79B9" w14:paraId="3815C4DB" w14:textId="77777777">
        <w:trPr>
          <w:cantSplit/>
          <w:jc w:val="center"/>
        </w:trPr>
        <w:tc>
          <w:tcPr>
            <w:tcW w:w="397" w:type="dxa"/>
            <w:vAlign w:val="center"/>
          </w:tcPr>
          <w:p w14:paraId="59DFD305" w14:textId="77777777" w:rsidR="009A79B9" w:rsidRDefault="00000000">
            <w:pPr>
              <w:spacing w:after="20"/>
            </w:pPr>
            <w:r>
              <w:rPr>
                <w:sz w:val="15"/>
              </w:rPr>
              <w:t>15</w:t>
            </w:r>
          </w:p>
        </w:tc>
        <w:tc>
          <w:tcPr>
            <w:tcW w:w="3969" w:type="dxa"/>
            <w:vAlign w:val="center"/>
          </w:tcPr>
          <w:p w14:paraId="7AAF48D2" w14:textId="77777777" w:rsidR="009A79B9" w:rsidRDefault="00000000">
            <w:pPr>
              <w:spacing w:after="20"/>
            </w:pPr>
            <w:r>
              <w:rPr>
                <w:sz w:val="15"/>
              </w:rPr>
              <w:t>Garanție minimă aparate de iluminat: 5 ani</w:t>
            </w:r>
          </w:p>
        </w:tc>
        <w:tc>
          <w:tcPr>
            <w:tcW w:w="2665" w:type="dxa"/>
            <w:vAlign w:val="center"/>
          </w:tcPr>
          <w:p w14:paraId="3189909C" w14:textId="77777777" w:rsidR="009A79B9" w:rsidRDefault="00000000">
            <w:pPr>
              <w:spacing w:after="20"/>
            </w:pPr>
            <w:r>
              <w:rPr>
                <w:sz w:val="15"/>
              </w:rPr>
              <w:t>........................................</w:t>
            </w:r>
          </w:p>
        </w:tc>
        <w:tc>
          <w:tcPr>
            <w:tcW w:w="2494" w:type="dxa"/>
            <w:vAlign w:val="center"/>
          </w:tcPr>
          <w:p w14:paraId="057D6EF1" w14:textId="77777777" w:rsidR="009A79B9" w:rsidRDefault="00000000">
            <w:pPr>
              <w:spacing w:after="20"/>
            </w:pPr>
            <w:r>
              <w:rPr>
                <w:sz w:val="15"/>
              </w:rPr>
              <w:t>........................................</w:t>
            </w:r>
          </w:p>
        </w:tc>
      </w:tr>
      <w:tr w:rsidR="009A79B9" w14:paraId="21DAC65A" w14:textId="77777777">
        <w:trPr>
          <w:cantSplit/>
          <w:jc w:val="center"/>
        </w:trPr>
        <w:tc>
          <w:tcPr>
            <w:tcW w:w="397" w:type="dxa"/>
            <w:vAlign w:val="center"/>
          </w:tcPr>
          <w:p w14:paraId="362DCCF7" w14:textId="77777777" w:rsidR="009A79B9" w:rsidRDefault="00000000">
            <w:pPr>
              <w:spacing w:after="20"/>
            </w:pPr>
            <w:r>
              <w:rPr>
                <w:sz w:val="15"/>
              </w:rPr>
              <w:t>16</w:t>
            </w:r>
          </w:p>
        </w:tc>
        <w:tc>
          <w:tcPr>
            <w:tcW w:w="3969" w:type="dxa"/>
            <w:vAlign w:val="center"/>
          </w:tcPr>
          <w:p w14:paraId="161CFD8B" w14:textId="77777777" w:rsidR="009A79B9" w:rsidRDefault="00000000">
            <w:pPr>
              <w:spacing w:after="20"/>
            </w:pPr>
            <w:r>
              <w:rPr>
                <w:sz w:val="15"/>
              </w:rPr>
              <w:t>Sistem de telegestiune pentru corpurile prevăzute în proiect</w:t>
            </w:r>
          </w:p>
        </w:tc>
        <w:tc>
          <w:tcPr>
            <w:tcW w:w="2665" w:type="dxa"/>
            <w:vAlign w:val="center"/>
          </w:tcPr>
          <w:p w14:paraId="713780DB" w14:textId="77777777" w:rsidR="009A79B9" w:rsidRDefault="00000000">
            <w:pPr>
              <w:spacing w:after="20"/>
            </w:pPr>
            <w:r>
              <w:rPr>
                <w:sz w:val="15"/>
              </w:rPr>
              <w:t>........................................</w:t>
            </w:r>
          </w:p>
        </w:tc>
        <w:tc>
          <w:tcPr>
            <w:tcW w:w="2494" w:type="dxa"/>
            <w:vAlign w:val="center"/>
          </w:tcPr>
          <w:p w14:paraId="795736B5" w14:textId="77777777" w:rsidR="009A79B9" w:rsidRDefault="00000000">
            <w:pPr>
              <w:spacing w:after="20"/>
            </w:pPr>
            <w:r>
              <w:rPr>
                <w:sz w:val="15"/>
              </w:rPr>
              <w:t>........................................</w:t>
            </w:r>
          </w:p>
        </w:tc>
      </w:tr>
      <w:tr w:rsidR="009A79B9" w14:paraId="5D41D9B6" w14:textId="77777777">
        <w:trPr>
          <w:cantSplit/>
          <w:jc w:val="center"/>
        </w:trPr>
        <w:tc>
          <w:tcPr>
            <w:tcW w:w="397" w:type="dxa"/>
            <w:vAlign w:val="center"/>
          </w:tcPr>
          <w:p w14:paraId="60F82344" w14:textId="77777777" w:rsidR="009A79B9" w:rsidRDefault="00000000">
            <w:pPr>
              <w:spacing w:after="20"/>
            </w:pPr>
            <w:r>
              <w:rPr>
                <w:sz w:val="15"/>
              </w:rPr>
              <w:t>17</w:t>
            </w:r>
          </w:p>
        </w:tc>
        <w:tc>
          <w:tcPr>
            <w:tcW w:w="3969" w:type="dxa"/>
            <w:vAlign w:val="center"/>
          </w:tcPr>
          <w:p w14:paraId="2A6DC6DD" w14:textId="77777777" w:rsidR="009A79B9" w:rsidRDefault="00000000">
            <w:pPr>
              <w:spacing w:after="20"/>
            </w:pPr>
            <w:r>
              <w:rPr>
                <w:sz w:val="15"/>
              </w:rPr>
              <w:t>Nod/controller individual pe aparat, senzori și funcțiile de monitorizare/control prevăzute în PTE</w:t>
            </w:r>
          </w:p>
        </w:tc>
        <w:tc>
          <w:tcPr>
            <w:tcW w:w="2665" w:type="dxa"/>
            <w:vAlign w:val="center"/>
          </w:tcPr>
          <w:p w14:paraId="5072D9FC" w14:textId="77777777" w:rsidR="009A79B9" w:rsidRDefault="00000000">
            <w:pPr>
              <w:spacing w:after="20"/>
            </w:pPr>
            <w:r>
              <w:rPr>
                <w:sz w:val="15"/>
              </w:rPr>
              <w:t>........................................</w:t>
            </w:r>
          </w:p>
        </w:tc>
        <w:tc>
          <w:tcPr>
            <w:tcW w:w="2494" w:type="dxa"/>
            <w:vAlign w:val="center"/>
          </w:tcPr>
          <w:p w14:paraId="6121803F" w14:textId="77777777" w:rsidR="009A79B9" w:rsidRDefault="00000000">
            <w:pPr>
              <w:spacing w:after="20"/>
            </w:pPr>
            <w:r>
              <w:rPr>
                <w:sz w:val="15"/>
              </w:rPr>
              <w:t>........................................</w:t>
            </w:r>
          </w:p>
        </w:tc>
      </w:tr>
      <w:tr w:rsidR="009A79B9" w14:paraId="18758091" w14:textId="77777777">
        <w:trPr>
          <w:cantSplit/>
          <w:jc w:val="center"/>
        </w:trPr>
        <w:tc>
          <w:tcPr>
            <w:tcW w:w="397" w:type="dxa"/>
            <w:vAlign w:val="center"/>
          </w:tcPr>
          <w:p w14:paraId="4249F961" w14:textId="77777777" w:rsidR="009A79B9" w:rsidRDefault="00000000">
            <w:pPr>
              <w:spacing w:after="20"/>
            </w:pPr>
            <w:r>
              <w:rPr>
                <w:sz w:val="15"/>
              </w:rPr>
              <w:t>18</w:t>
            </w:r>
          </w:p>
        </w:tc>
        <w:tc>
          <w:tcPr>
            <w:tcW w:w="3969" w:type="dxa"/>
            <w:vAlign w:val="center"/>
          </w:tcPr>
          <w:p w14:paraId="2AF0C50C" w14:textId="77777777" w:rsidR="009A79B9" w:rsidRDefault="00000000">
            <w:pPr>
              <w:spacing w:after="20"/>
            </w:pPr>
            <w:r>
              <w:rPr>
                <w:sz w:val="15"/>
              </w:rPr>
              <w:t>Comunicație și securitate conform PTE; rețea locală MESH și criptare, după soluția proiectată</w:t>
            </w:r>
          </w:p>
        </w:tc>
        <w:tc>
          <w:tcPr>
            <w:tcW w:w="2665" w:type="dxa"/>
            <w:vAlign w:val="center"/>
          </w:tcPr>
          <w:p w14:paraId="71C429C9" w14:textId="77777777" w:rsidR="009A79B9" w:rsidRDefault="00000000">
            <w:pPr>
              <w:spacing w:after="20"/>
            </w:pPr>
            <w:r>
              <w:rPr>
                <w:sz w:val="15"/>
              </w:rPr>
              <w:t>........................................</w:t>
            </w:r>
          </w:p>
        </w:tc>
        <w:tc>
          <w:tcPr>
            <w:tcW w:w="2494" w:type="dxa"/>
            <w:vAlign w:val="center"/>
          </w:tcPr>
          <w:p w14:paraId="0D83E85A" w14:textId="77777777" w:rsidR="009A79B9" w:rsidRDefault="00000000">
            <w:pPr>
              <w:spacing w:after="20"/>
            </w:pPr>
            <w:r>
              <w:rPr>
                <w:sz w:val="15"/>
              </w:rPr>
              <w:t>........................................</w:t>
            </w:r>
          </w:p>
        </w:tc>
      </w:tr>
      <w:tr w:rsidR="009A79B9" w14:paraId="3B483527" w14:textId="77777777">
        <w:trPr>
          <w:cantSplit/>
          <w:jc w:val="center"/>
        </w:trPr>
        <w:tc>
          <w:tcPr>
            <w:tcW w:w="397" w:type="dxa"/>
            <w:vAlign w:val="center"/>
          </w:tcPr>
          <w:p w14:paraId="6ED1F32B" w14:textId="77777777" w:rsidR="009A79B9" w:rsidRDefault="00000000">
            <w:pPr>
              <w:spacing w:after="20"/>
            </w:pPr>
            <w:r>
              <w:rPr>
                <w:sz w:val="15"/>
              </w:rPr>
              <w:t>19</w:t>
            </w:r>
          </w:p>
        </w:tc>
        <w:tc>
          <w:tcPr>
            <w:tcW w:w="3969" w:type="dxa"/>
            <w:vAlign w:val="center"/>
          </w:tcPr>
          <w:p w14:paraId="076AB72E" w14:textId="77777777" w:rsidR="009A79B9" w:rsidRDefault="00000000">
            <w:pPr>
              <w:spacing w:after="20"/>
            </w:pPr>
            <w:r>
              <w:rPr>
                <w:sz w:val="15"/>
              </w:rPr>
              <w:t>Monitorizare/raportare: energie, tensiune, curent, putere, frecvență, dimming, alarme, stare comunicație și ceilalți parametri solicitați</w:t>
            </w:r>
          </w:p>
        </w:tc>
        <w:tc>
          <w:tcPr>
            <w:tcW w:w="2665" w:type="dxa"/>
            <w:vAlign w:val="center"/>
          </w:tcPr>
          <w:p w14:paraId="24020B3F" w14:textId="77777777" w:rsidR="009A79B9" w:rsidRDefault="00000000">
            <w:pPr>
              <w:spacing w:after="20"/>
            </w:pPr>
            <w:r>
              <w:rPr>
                <w:sz w:val="15"/>
              </w:rPr>
              <w:t>........................................</w:t>
            </w:r>
          </w:p>
        </w:tc>
        <w:tc>
          <w:tcPr>
            <w:tcW w:w="2494" w:type="dxa"/>
            <w:vAlign w:val="center"/>
          </w:tcPr>
          <w:p w14:paraId="7D7637D1" w14:textId="77777777" w:rsidR="009A79B9" w:rsidRDefault="00000000">
            <w:pPr>
              <w:spacing w:after="20"/>
            </w:pPr>
            <w:r>
              <w:rPr>
                <w:sz w:val="15"/>
              </w:rPr>
              <w:t>........................................</w:t>
            </w:r>
          </w:p>
        </w:tc>
      </w:tr>
      <w:tr w:rsidR="009A79B9" w14:paraId="2C2ACDDD" w14:textId="77777777">
        <w:trPr>
          <w:cantSplit/>
          <w:jc w:val="center"/>
        </w:trPr>
        <w:tc>
          <w:tcPr>
            <w:tcW w:w="397" w:type="dxa"/>
            <w:vAlign w:val="center"/>
          </w:tcPr>
          <w:p w14:paraId="5C2BE61E" w14:textId="77777777" w:rsidR="009A79B9" w:rsidRDefault="00000000">
            <w:pPr>
              <w:spacing w:after="20"/>
            </w:pPr>
            <w:r>
              <w:rPr>
                <w:sz w:val="15"/>
              </w:rPr>
              <w:t>20</w:t>
            </w:r>
          </w:p>
        </w:tc>
        <w:tc>
          <w:tcPr>
            <w:tcW w:w="3969" w:type="dxa"/>
            <w:vAlign w:val="center"/>
          </w:tcPr>
          <w:p w14:paraId="1B27FBA5" w14:textId="77777777" w:rsidR="009A79B9" w:rsidRDefault="00000000">
            <w:pPr>
              <w:spacing w:after="20"/>
            </w:pPr>
            <w:r>
              <w:rPr>
                <w:sz w:val="15"/>
              </w:rPr>
              <w:t>Exporturi, rapoarte, GIS/API și păstrarea datelor conform cerințelor PTE</w:t>
            </w:r>
          </w:p>
        </w:tc>
        <w:tc>
          <w:tcPr>
            <w:tcW w:w="2665" w:type="dxa"/>
            <w:vAlign w:val="center"/>
          </w:tcPr>
          <w:p w14:paraId="67EDAE3F" w14:textId="77777777" w:rsidR="009A79B9" w:rsidRDefault="00000000">
            <w:pPr>
              <w:spacing w:after="20"/>
            </w:pPr>
            <w:r>
              <w:rPr>
                <w:sz w:val="15"/>
              </w:rPr>
              <w:t>........................................</w:t>
            </w:r>
          </w:p>
        </w:tc>
        <w:tc>
          <w:tcPr>
            <w:tcW w:w="2494" w:type="dxa"/>
            <w:vAlign w:val="center"/>
          </w:tcPr>
          <w:p w14:paraId="2442A7C4" w14:textId="77777777" w:rsidR="009A79B9" w:rsidRDefault="00000000">
            <w:pPr>
              <w:spacing w:after="20"/>
            </w:pPr>
            <w:r>
              <w:rPr>
                <w:sz w:val="15"/>
              </w:rPr>
              <w:t>........................................</w:t>
            </w:r>
          </w:p>
        </w:tc>
      </w:tr>
      <w:tr w:rsidR="009A79B9" w14:paraId="567F0711" w14:textId="77777777">
        <w:trPr>
          <w:cantSplit/>
          <w:jc w:val="center"/>
        </w:trPr>
        <w:tc>
          <w:tcPr>
            <w:tcW w:w="397" w:type="dxa"/>
            <w:vAlign w:val="center"/>
          </w:tcPr>
          <w:p w14:paraId="012871F4" w14:textId="77777777" w:rsidR="009A79B9" w:rsidRDefault="00000000">
            <w:pPr>
              <w:spacing w:after="20"/>
            </w:pPr>
            <w:r>
              <w:rPr>
                <w:sz w:val="15"/>
              </w:rPr>
              <w:t>21</w:t>
            </w:r>
          </w:p>
        </w:tc>
        <w:tc>
          <w:tcPr>
            <w:tcW w:w="3969" w:type="dxa"/>
            <w:vAlign w:val="center"/>
          </w:tcPr>
          <w:p w14:paraId="07A848E1" w14:textId="77777777" w:rsidR="009A79B9" w:rsidRDefault="00000000">
            <w:pPr>
              <w:spacing w:after="20"/>
            </w:pPr>
            <w:r>
              <w:rPr>
                <w:sz w:val="15"/>
              </w:rPr>
              <w:t>Cabluri, cleme, accesorii și materiale aferente montajului conform PTE și listelor de cantități</w:t>
            </w:r>
          </w:p>
        </w:tc>
        <w:tc>
          <w:tcPr>
            <w:tcW w:w="2665" w:type="dxa"/>
            <w:vAlign w:val="center"/>
          </w:tcPr>
          <w:p w14:paraId="5E008BCC" w14:textId="77777777" w:rsidR="009A79B9" w:rsidRDefault="00000000">
            <w:pPr>
              <w:spacing w:after="20"/>
            </w:pPr>
            <w:r>
              <w:rPr>
                <w:sz w:val="15"/>
              </w:rPr>
              <w:t>........................................</w:t>
            </w:r>
          </w:p>
        </w:tc>
        <w:tc>
          <w:tcPr>
            <w:tcW w:w="2494" w:type="dxa"/>
            <w:vAlign w:val="center"/>
          </w:tcPr>
          <w:p w14:paraId="55FFEEF5" w14:textId="77777777" w:rsidR="009A79B9" w:rsidRDefault="00000000">
            <w:pPr>
              <w:spacing w:after="20"/>
            </w:pPr>
            <w:r>
              <w:rPr>
                <w:sz w:val="15"/>
              </w:rPr>
              <w:t>........................................</w:t>
            </w:r>
          </w:p>
        </w:tc>
      </w:tr>
    </w:tbl>
    <w:p w14:paraId="623EFDC0" w14:textId="77777777" w:rsidR="009A79B9" w:rsidRDefault="00000000">
      <w:pPr>
        <w:pStyle w:val="Heading1"/>
        <w:spacing w:before="120" w:after="60" w:line="240" w:lineRule="auto"/>
      </w:pPr>
      <w:r>
        <w:rPr>
          <w:rFonts w:ascii="Arial" w:eastAsia="Arial" w:hAnsi="Arial"/>
          <w:sz w:val="21"/>
        </w:rPr>
        <w:t>3. METODOLOGIA DE EXECUȚIE</w:t>
      </w:r>
    </w:p>
    <w:p w14:paraId="2599A224" w14:textId="77777777" w:rsidR="009A79B9" w:rsidRDefault="00000000">
      <w:pPr>
        <w:spacing w:after="60" w:line="240" w:lineRule="auto"/>
      </w:pPr>
      <w:r>
        <w:t>Ofertantul va descrie metodologia propusă pentru organizarea și executarea lucrărilor, inclusiv preluarea amplasamentului, aprovizionarea, demontarea echipamentelor existente, montarea aparatelor LED, realizarea conexiunilor, instalarea/configurarea telegestiunii, testarea, punerea în funcțiune și recepția.</w:t>
      </w:r>
    </w:p>
    <w:p w14:paraId="11EE0E6E" w14:textId="77777777" w:rsidR="009A79B9" w:rsidRDefault="00000000">
      <w:pPr>
        <w:spacing w:after="60" w:line="240" w:lineRule="auto"/>
      </w:pPr>
      <w:r>
        <w:t>Se vor descrie măsurile pentru menținerea continuității și siguranței circulației și pentru limitarea disconfortului produs utilizatorilor domeniului public.</w:t>
      </w:r>
    </w:p>
    <w:p w14:paraId="74AC5325" w14:textId="77777777" w:rsidR="009A79B9" w:rsidRDefault="00000000">
      <w:pPr>
        <w:spacing w:after="60" w:line="240" w:lineRule="auto"/>
      </w:pPr>
      <w:r>
        <w:t>Se vor preciza procedurile de verificare înainte de punerea în funcțiune și modul de remediere a neconformităților.</w:t>
      </w:r>
    </w:p>
    <w:p w14:paraId="11FEB3B2" w14:textId="77777777" w:rsidR="009A79B9" w:rsidRDefault="00000000">
      <w:pPr>
        <w:pStyle w:val="Heading1"/>
        <w:spacing w:before="120" w:after="60" w:line="240" w:lineRule="auto"/>
      </w:pPr>
      <w:r>
        <w:rPr>
          <w:rFonts w:ascii="Arial" w:eastAsia="Arial" w:hAnsi="Arial"/>
          <w:sz w:val="21"/>
        </w:rPr>
        <w:lastRenderedPageBreak/>
        <w:t>4. PROGRAMUL DE EXECUȚIE ȘI MOBILIZAREA</w:t>
      </w:r>
    </w:p>
    <w:p w14:paraId="734073E0" w14:textId="77777777" w:rsidR="009A79B9" w:rsidRDefault="00000000">
      <w:pPr>
        <w:spacing w:after="60" w:line="240" w:lineRule="auto"/>
      </w:pPr>
      <w:r>
        <w:t>Ofertantul va prezenta un grafic de execuție detaliat, încadrat în durata de 3 luni, corelat cu graficul PTE. Graficul va evidenția activitățile, duratele, succesiunea/interdependențele, resursele alocate, reperele de control, testarea, punerea în funcțiune și documentele pentru recepție.</w:t>
      </w:r>
    </w:p>
    <w:p w14:paraId="0AAA4BC5" w14:textId="77777777" w:rsidR="009A79B9" w:rsidRDefault="00000000">
      <w:pPr>
        <w:spacing w:after="60" w:line="240" w:lineRule="auto"/>
      </w:pPr>
      <w:r>
        <w:t>Document anexat și pagină: ................................................................................................</w:t>
      </w:r>
    </w:p>
    <w:p w14:paraId="42296D8D" w14:textId="77777777" w:rsidR="009A79B9" w:rsidRDefault="00000000">
      <w:pPr>
        <w:pStyle w:val="Heading1"/>
        <w:spacing w:before="120" w:after="60" w:line="240" w:lineRule="auto"/>
      </w:pPr>
      <w:r>
        <w:rPr>
          <w:rFonts w:ascii="Arial" w:eastAsia="Arial" w:hAnsi="Arial"/>
          <w:sz w:val="21"/>
        </w:rPr>
        <w:t>5. RESURSELE UMANE ȘI RESPONSABILITĂȚILE</w:t>
      </w:r>
    </w:p>
    <w:p w14:paraId="4A5CA1C6" w14:textId="77777777" w:rsidR="009A79B9" w:rsidRDefault="00000000">
      <w:r>
        <w:t>Ofertantul va indica personalul propus pentru executarea contractului. Pentru lucrările electrice se va asigura cel puțin un electrician autorizat ANRE gradul IIB sau grad superior care conferă competențe de executare corespunzătoare lucrărilor. Documentele de calificare/autorizare se prezintă conform cerințelor documentației de achiziție.</w:t>
      </w:r>
    </w:p>
    <w:tbl>
      <w:tblPr>
        <w:tblStyle w:val="TableGri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4"/>
        <w:gridCol w:w="2268"/>
        <w:gridCol w:w="2835"/>
        <w:gridCol w:w="1928"/>
      </w:tblGrid>
      <w:tr w:rsidR="009A79B9" w14:paraId="25C69BB3" w14:textId="77777777">
        <w:trPr>
          <w:cantSplit/>
          <w:tblHeader/>
          <w:jc w:val="center"/>
        </w:trPr>
        <w:tc>
          <w:tcPr>
            <w:tcW w:w="2494" w:type="dxa"/>
            <w:shd w:val="clear" w:color="auto" w:fill="E7E6E6"/>
            <w:vAlign w:val="center"/>
          </w:tcPr>
          <w:p w14:paraId="5EB703D1" w14:textId="77777777" w:rsidR="009A79B9" w:rsidRDefault="00000000">
            <w:pPr>
              <w:spacing w:after="20"/>
              <w:jc w:val="center"/>
            </w:pPr>
            <w:r>
              <w:rPr>
                <w:b/>
                <w:sz w:val="16"/>
              </w:rPr>
              <w:t>Rol / responsabilitate</w:t>
            </w:r>
          </w:p>
        </w:tc>
        <w:tc>
          <w:tcPr>
            <w:tcW w:w="2268" w:type="dxa"/>
            <w:shd w:val="clear" w:color="auto" w:fill="E7E6E6"/>
            <w:vAlign w:val="center"/>
          </w:tcPr>
          <w:p w14:paraId="2E1A4F6E" w14:textId="77777777" w:rsidR="009A79B9" w:rsidRDefault="00000000">
            <w:pPr>
              <w:spacing w:after="20"/>
              <w:jc w:val="center"/>
            </w:pPr>
            <w:r>
              <w:rPr>
                <w:b/>
                <w:sz w:val="16"/>
              </w:rPr>
              <w:t>Nume persoană</w:t>
            </w:r>
          </w:p>
        </w:tc>
        <w:tc>
          <w:tcPr>
            <w:tcW w:w="2835" w:type="dxa"/>
            <w:shd w:val="clear" w:color="auto" w:fill="E7E6E6"/>
            <w:vAlign w:val="center"/>
          </w:tcPr>
          <w:p w14:paraId="4265F505" w14:textId="77777777" w:rsidR="009A79B9" w:rsidRDefault="00000000">
            <w:pPr>
              <w:spacing w:after="20"/>
              <w:jc w:val="center"/>
            </w:pPr>
            <w:r>
              <w:rPr>
                <w:b/>
                <w:sz w:val="16"/>
              </w:rPr>
              <w:t>Calificare / autorizare relevantă</w:t>
            </w:r>
          </w:p>
        </w:tc>
        <w:tc>
          <w:tcPr>
            <w:tcW w:w="1928" w:type="dxa"/>
            <w:shd w:val="clear" w:color="auto" w:fill="E7E6E6"/>
            <w:vAlign w:val="center"/>
          </w:tcPr>
          <w:p w14:paraId="5C759449" w14:textId="77777777" w:rsidR="009A79B9" w:rsidRDefault="00000000">
            <w:pPr>
              <w:spacing w:after="20"/>
              <w:jc w:val="center"/>
            </w:pPr>
            <w:r>
              <w:rPr>
                <w:b/>
                <w:sz w:val="16"/>
              </w:rPr>
              <w:t>Document / pagină</w:t>
            </w:r>
          </w:p>
        </w:tc>
      </w:tr>
      <w:tr w:rsidR="009A79B9" w14:paraId="1C5BD587" w14:textId="77777777">
        <w:trPr>
          <w:cantSplit/>
          <w:jc w:val="center"/>
        </w:trPr>
        <w:tc>
          <w:tcPr>
            <w:tcW w:w="2494" w:type="dxa"/>
            <w:vAlign w:val="center"/>
          </w:tcPr>
          <w:p w14:paraId="4F4FDA13" w14:textId="77777777" w:rsidR="009A79B9" w:rsidRDefault="00000000">
            <w:pPr>
              <w:spacing w:after="20"/>
            </w:pPr>
            <w:r>
              <w:rPr>
                <w:sz w:val="16"/>
              </w:rPr>
              <w:t>Coordonarea execuției</w:t>
            </w:r>
          </w:p>
        </w:tc>
        <w:tc>
          <w:tcPr>
            <w:tcW w:w="2268" w:type="dxa"/>
            <w:vAlign w:val="center"/>
          </w:tcPr>
          <w:p w14:paraId="456DDFA5" w14:textId="77777777" w:rsidR="009A79B9" w:rsidRDefault="00000000">
            <w:pPr>
              <w:spacing w:after="20"/>
            </w:pPr>
            <w:r>
              <w:rPr>
                <w:sz w:val="16"/>
              </w:rPr>
              <w:t>........................</w:t>
            </w:r>
          </w:p>
        </w:tc>
        <w:tc>
          <w:tcPr>
            <w:tcW w:w="2835" w:type="dxa"/>
            <w:vAlign w:val="center"/>
          </w:tcPr>
          <w:p w14:paraId="2329A77E" w14:textId="77777777" w:rsidR="009A79B9" w:rsidRDefault="00000000">
            <w:pPr>
              <w:spacing w:after="20"/>
            </w:pPr>
            <w:r>
              <w:rPr>
                <w:sz w:val="16"/>
              </w:rPr>
              <w:t>........................</w:t>
            </w:r>
          </w:p>
        </w:tc>
        <w:tc>
          <w:tcPr>
            <w:tcW w:w="1928" w:type="dxa"/>
            <w:vAlign w:val="center"/>
          </w:tcPr>
          <w:p w14:paraId="100B4B7E" w14:textId="77777777" w:rsidR="009A79B9" w:rsidRDefault="00000000">
            <w:pPr>
              <w:spacing w:after="20"/>
            </w:pPr>
            <w:r>
              <w:rPr>
                <w:sz w:val="16"/>
              </w:rPr>
              <w:t>........................</w:t>
            </w:r>
          </w:p>
        </w:tc>
      </w:tr>
      <w:tr w:rsidR="009A79B9" w14:paraId="6088E5AA" w14:textId="77777777">
        <w:trPr>
          <w:cantSplit/>
          <w:jc w:val="center"/>
        </w:trPr>
        <w:tc>
          <w:tcPr>
            <w:tcW w:w="2494" w:type="dxa"/>
            <w:vAlign w:val="center"/>
          </w:tcPr>
          <w:p w14:paraId="0A1B4ABA" w14:textId="77777777" w:rsidR="009A79B9" w:rsidRDefault="00000000">
            <w:pPr>
              <w:spacing w:after="20"/>
            </w:pPr>
            <w:r>
              <w:rPr>
                <w:sz w:val="16"/>
              </w:rPr>
              <w:t>Electrician autorizat ANRE – minimum grad IIB sau superior</w:t>
            </w:r>
          </w:p>
        </w:tc>
        <w:tc>
          <w:tcPr>
            <w:tcW w:w="2268" w:type="dxa"/>
            <w:vAlign w:val="center"/>
          </w:tcPr>
          <w:p w14:paraId="540E7B44" w14:textId="77777777" w:rsidR="009A79B9" w:rsidRDefault="00000000">
            <w:pPr>
              <w:spacing w:after="20"/>
            </w:pPr>
            <w:r>
              <w:rPr>
                <w:sz w:val="16"/>
              </w:rPr>
              <w:t>........................</w:t>
            </w:r>
          </w:p>
        </w:tc>
        <w:tc>
          <w:tcPr>
            <w:tcW w:w="2835" w:type="dxa"/>
            <w:vAlign w:val="center"/>
          </w:tcPr>
          <w:p w14:paraId="4A9BB44C" w14:textId="77777777" w:rsidR="009A79B9" w:rsidRDefault="00000000">
            <w:pPr>
              <w:spacing w:after="20"/>
            </w:pPr>
            <w:r>
              <w:rPr>
                <w:sz w:val="16"/>
              </w:rPr>
              <w:t>........................</w:t>
            </w:r>
          </w:p>
        </w:tc>
        <w:tc>
          <w:tcPr>
            <w:tcW w:w="1928" w:type="dxa"/>
            <w:vAlign w:val="center"/>
          </w:tcPr>
          <w:p w14:paraId="5260A438" w14:textId="77777777" w:rsidR="009A79B9" w:rsidRDefault="00000000">
            <w:pPr>
              <w:spacing w:after="20"/>
            </w:pPr>
            <w:r>
              <w:rPr>
                <w:sz w:val="16"/>
              </w:rPr>
              <w:t>........................</w:t>
            </w:r>
          </w:p>
        </w:tc>
      </w:tr>
      <w:tr w:rsidR="009A79B9" w14:paraId="77756C14" w14:textId="77777777">
        <w:trPr>
          <w:cantSplit/>
          <w:jc w:val="center"/>
        </w:trPr>
        <w:tc>
          <w:tcPr>
            <w:tcW w:w="2494" w:type="dxa"/>
            <w:vAlign w:val="center"/>
          </w:tcPr>
          <w:p w14:paraId="7EDF851E" w14:textId="77777777" w:rsidR="009A79B9" w:rsidRDefault="00000000">
            <w:pPr>
              <w:spacing w:after="20"/>
            </w:pPr>
            <w:r>
              <w:rPr>
                <w:sz w:val="16"/>
              </w:rPr>
              <w:t>Responsabil SSM</w:t>
            </w:r>
          </w:p>
        </w:tc>
        <w:tc>
          <w:tcPr>
            <w:tcW w:w="2268" w:type="dxa"/>
            <w:vAlign w:val="center"/>
          </w:tcPr>
          <w:p w14:paraId="6002D259" w14:textId="77777777" w:rsidR="009A79B9" w:rsidRDefault="00000000">
            <w:pPr>
              <w:spacing w:after="20"/>
            </w:pPr>
            <w:r>
              <w:rPr>
                <w:sz w:val="16"/>
              </w:rPr>
              <w:t>........................</w:t>
            </w:r>
          </w:p>
        </w:tc>
        <w:tc>
          <w:tcPr>
            <w:tcW w:w="2835" w:type="dxa"/>
            <w:vAlign w:val="center"/>
          </w:tcPr>
          <w:p w14:paraId="674C834F" w14:textId="77777777" w:rsidR="009A79B9" w:rsidRDefault="00000000">
            <w:pPr>
              <w:spacing w:after="20"/>
            </w:pPr>
            <w:r>
              <w:rPr>
                <w:sz w:val="16"/>
              </w:rPr>
              <w:t>........................</w:t>
            </w:r>
          </w:p>
        </w:tc>
        <w:tc>
          <w:tcPr>
            <w:tcW w:w="1928" w:type="dxa"/>
            <w:vAlign w:val="center"/>
          </w:tcPr>
          <w:p w14:paraId="7D566BE0" w14:textId="77777777" w:rsidR="009A79B9" w:rsidRDefault="00000000">
            <w:pPr>
              <w:spacing w:after="20"/>
            </w:pPr>
            <w:r>
              <w:rPr>
                <w:sz w:val="16"/>
              </w:rPr>
              <w:t>........................</w:t>
            </w:r>
          </w:p>
        </w:tc>
      </w:tr>
      <w:tr w:rsidR="009A79B9" w14:paraId="4C95C119" w14:textId="77777777">
        <w:trPr>
          <w:cantSplit/>
          <w:jc w:val="center"/>
        </w:trPr>
        <w:tc>
          <w:tcPr>
            <w:tcW w:w="2494" w:type="dxa"/>
            <w:vAlign w:val="center"/>
          </w:tcPr>
          <w:p w14:paraId="6EC03745" w14:textId="77777777" w:rsidR="009A79B9" w:rsidRDefault="00000000">
            <w:pPr>
              <w:spacing w:after="20"/>
            </w:pPr>
            <w:r>
              <w:rPr>
                <w:sz w:val="16"/>
              </w:rPr>
              <w:t>RTE, dacă este aplicabil potrivit legii</w:t>
            </w:r>
          </w:p>
        </w:tc>
        <w:tc>
          <w:tcPr>
            <w:tcW w:w="2268" w:type="dxa"/>
            <w:vAlign w:val="center"/>
          </w:tcPr>
          <w:p w14:paraId="5F154395" w14:textId="77777777" w:rsidR="009A79B9" w:rsidRDefault="00000000">
            <w:pPr>
              <w:spacing w:after="20"/>
            </w:pPr>
            <w:r>
              <w:rPr>
                <w:sz w:val="16"/>
              </w:rPr>
              <w:t>........................</w:t>
            </w:r>
          </w:p>
        </w:tc>
        <w:tc>
          <w:tcPr>
            <w:tcW w:w="2835" w:type="dxa"/>
            <w:vAlign w:val="center"/>
          </w:tcPr>
          <w:p w14:paraId="4DCE8C29" w14:textId="77777777" w:rsidR="009A79B9" w:rsidRDefault="00000000">
            <w:pPr>
              <w:spacing w:after="20"/>
            </w:pPr>
            <w:r>
              <w:rPr>
                <w:sz w:val="16"/>
              </w:rPr>
              <w:t>........................</w:t>
            </w:r>
          </w:p>
        </w:tc>
        <w:tc>
          <w:tcPr>
            <w:tcW w:w="1928" w:type="dxa"/>
            <w:vAlign w:val="center"/>
          </w:tcPr>
          <w:p w14:paraId="07E3E35B" w14:textId="77777777" w:rsidR="009A79B9" w:rsidRDefault="00000000">
            <w:pPr>
              <w:spacing w:after="20"/>
            </w:pPr>
            <w:r>
              <w:rPr>
                <w:sz w:val="16"/>
              </w:rPr>
              <w:t>........................</w:t>
            </w:r>
          </w:p>
        </w:tc>
      </w:tr>
      <w:tr w:rsidR="009A79B9" w14:paraId="50CA765E" w14:textId="77777777">
        <w:trPr>
          <w:cantSplit/>
          <w:jc w:val="center"/>
        </w:trPr>
        <w:tc>
          <w:tcPr>
            <w:tcW w:w="2494" w:type="dxa"/>
            <w:vAlign w:val="center"/>
          </w:tcPr>
          <w:p w14:paraId="281DA7E9" w14:textId="77777777" w:rsidR="009A79B9" w:rsidRDefault="00000000">
            <w:pPr>
              <w:spacing w:after="20"/>
            </w:pPr>
            <w:r>
              <w:rPr>
                <w:sz w:val="16"/>
              </w:rPr>
              <w:t>Alte resurse relevante</w:t>
            </w:r>
          </w:p>
        </w:tc>
        <w:tc>
          <w:tcPr>
            <w:tcW w:w="2268" w:type="dxa"/>
            <w:vAlign w:val="center"/>
          </w:tcPr>
          <w:p w14:paraId="14BF6898" w14:textId="77777777" w:rsidR="009A79B9" w:rsidRDefault="00000000">
            <w:pPr>
              <w:spacing w:after="20"/>
            </w:pPr>
            <w:r>
              <w:rPr>
                <w:sz w:val="16"/>
              </w:rPr>
              <w:t>........................</w:t>
            </w:r>
          </w:p>
        </w:tc>
        <w:tc>
          <w:tcPr>
            <w:tcW w:w="2835" w:type="dxa"/>
            <w:vAlign w:val="center"/>
          </w:tcPr>
          <w:p w14:paraId="0E1C459F" w14:textId="77777777" w:rsidR="009A79B9" w:rsidRDefault="00000000">
            <w:pPr>
              <w:spacing w:after="20"/>
            </w:pPr>
            <w:r>
              <w:rPr>
                <w:sz w:val="16"/>
              </w:rPr>
              <w:t>........................</w:t>
            </w:r>
          </w:p>
        </w:tc>
        <w:tc>
          <w:tcPr>
            <w:tcW w:w="1928" w:type="dxa"/>
            <w:vAlign w:val="center"/>
          </w:tcPr>
          <w:p w14:paraId="6DA7934A" w14:textId="77777777" w:rsidR="009A79B9" w:rsidRDefault="00000000">
            <w:pPr>
              <w:spacing w:after="20"/>
            </w:pPr>
            <w:r>
              <w:rPr>
                <w:sz w:val="16"/>
              </w:rPr>
              <w:t>........................</w:t>
            </w:r>
          </w:p>
        </w:tc>
      </w:tr>
    </w:tbl>
    <w:p w14:paraId="022BD0FD" w14:textId="77777777" w:rsidR="009A79B9" w:rsidRDefault="00000000">
      <w:pPr>
        <w:pStyle w:val="Heading1"/>
        <w:spacing w:before="120" w:after="60" w:line="240" w:lineRule="auto"/>
      </w:pPr>
      <w:r>
        <w:rPr>
          <w:rFonts w:ascii="Arial" w:eastAsia="Arial" w:hAnsi="Arial"/>
          <w:sz w:val="21"/>
        </w:rPr>
        <w:t>6. UTILAJE, ECHIPAMENTE ȘI MIJLOACE DE LUCRU</w:t>
      </w:r>
    </w:p>
    <w:p w14:paraId="65FD2F68" w14:textId="77777777" w:rsidR="009A79B9" w:rsidRDefault="00000000">
      <w:pPr>
        <w:spacing w:after="60" w:line="240" w:lineRule="auto"/>
      </w:pPr>
      <w:r>
        <w:t>Ofertantul va prezenta resursele tehnice pe care le va utiliza pentru executarea în siguranță a lucrărilor: mijloace pentru lucru la înălțime, scule și aparate de măsură/verificare, echipamente de protecție și orice alte resurse necesare soluției și metodologiei propuse.</w:t>
      </w:r>
    </w:p>
    <w:p w14:paraId="3D109D26" w14:textId="77777777" w:rsidR="009A79B9" w:rsidRDefault="00000000">
      <w:pPr>
        <w:spacing w:after="60" w:line="240" w:lineRule="auto"/>
      </w:pPr>
      <w:r>
        <w:t>Document anexat și pagină: ................................................................................................</w:t>
      </w:r>
    </w:p>
    <w:p w14:paraId="416988A8" w14:textId="77777777" w:rsidR="009A79B9" w:rsidRDefault="00000000">
      <w:pPr>
        <w:pStyle w:val="Heading1"/>
        <w:spacing w:before="120" w:after="60" w:line="240" w:lineRule="auto"/>
      </w:pPr>
      <w:r>
        <w:rPr>
          <w:rFonts w:ascii="Arial" w:eastAsia="Arial" w:hAnsi="Arial"/>
          <w:sz w:val="21"/>
        </w:rPr>
        <w:t>7. PLANUL DE ASIGURARE A CALITĂȚII, SSM ȘI PROTECȚIA MEDIULUI</w:t>
      </w:r>
    </w:p>
    <w:p w14:paraId="08AC644F" w14:textId="77777777" w:rsidR="009A79B9" w:rsidRDefault="00000000">
      <w:pPr>
        <w:spacing w:after="60" w:line="240" w:lineRule="auto"/>
      </w:pPr>
      <w:r>
        <w:t>Propunerea tehnică va descrie controlul calității materialelor și lucrărilor, verificările pe faze, gestionarea neconformităților, documentele de calitate, măsurile SSM/PSI, lucrul la înălțime, gestionarea deșeurilor rezultate din demontări și măsurile de protecție a mediului.</w:t>
      </w:r>
    </w:p>
    <w:p w14:paraId="5890E4EB" w14:textId="77777777" w:rsidR="009A79B9" w:rsidRDefault="00000000">
      <w:pPr>
        <w:spacing w:after="60" w:line="240" w:lineRule="auto"/>
      </w:pPr>
      <w:r>
        <w:t>Document anexat și pagină: ................................................................................................</w:t>
      </w:r>
    </w:p>
    <w:p w14:paraId="49AAEA61" w14:textId="77777777" w:rsidR="009A79B9" w:rsidRDefault="00000000">
      <w:pPr>
        <w:pStyle w:val="Heading1"/>
        <w:spacing w:before="120" w:after="60" w:line="240" w:lineRule="auto"/>
      </w:pPr>
      <w:r>
        <w:rPr>
          <w:rFonts w:ascii="Arial" w:eastAsia="Arial" w:hAnsi="Arial"/>
          <w:sz w:val="21"/>
        </w:rPr>
        <w:t>8. TESTARE, PUNERE ÎN FUNCȚIUNE, RECEPȚIE ȘI DOCUMENTE AFM</w:t>
      </w:r>
    </w:p>
    <w:p w14:paraId="3CEE715E" w14:textId="77777777" w:rsidR="009A79B9" w:rsidRDefault="00000000">
      <w:pPr>
        <w:spacing w:after="60" w:line="240" w:lineRule="auto"/>
      </w:pPr>
      <w:r>
        <w:t>Ofertantul va descrie testele și probele prevăzute înainte de recepție, configurarea și verificarea sistemului de telegestiune, măsurătorile/verificările necesare și documentele ce vor fi predate Beneficiarului. Vor fi furnizate documentele tehnice justificative necesare recepției și decontării investiției, inclusiv documente privind caracterul nou al echipamentelor, conformitatea cu caracteristicile declarate, garanțiile, situațiile de lucrări și listele echipamentelor montate.</w:t>
      </w:r>
    </w:p>
    <w:p w14:paraId="227FECBB" w14:textId="77777777" w:rsidR="009A79B9" w:rsidRDefault="00000000">
      <w:pPr>
        <w:pStyle w:val="Heading1"/>
        <w:spacing w:before="120" w:after="60" w:line="240" w:lineRule="auto"/>
      </w:pPr>
      <w:r>
        <w:rPr>
          <w:rFonts w:ascii="Arial" w:eastAsia="Arial" w:hAnsi="Arial"/>
          <w:sz w:val="21"/>
        </w:rPr>
        <w:t>9. FACTORII DE EVALUARE – DATE ASUMATE PRIN OFERTĂ</w:t>
      </w:r>
    </w:p>
    <w:tbl>
      <w:tblPr>
        <w:tblStyle w:val="TableGri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8"/>
        <w:gridCol w:w="1814"/>
        <w:gridCol w:w="2608"/>
        <w:gridCol w:w="1814"/>
      </w:tblGrid>
      <w:tr w:rsidR="009A79B9" w14:paraId="1DEA4088" w14:textId="77777777">
        <w:trPr>
          <w:cantSplit/>
          <w:tblHeader/>
          <w:jc w:val="center"/>
        </w:trPr>
        <w:tc>
          <w:tcPr>
            <w:tcW w:w="3288" w:type="dxa"/>
            <w:shd w:val="clear" w:color="auto" w:fill="E7E6E6"/>
            <w:vAlign w:val="center"/>
          </w:tcPr>
          <w:p w14:paraId="20A983A6" w14:textId="77777777" w:rsidR="009A79B9" w:rsidRDefault="00000000">
            <w:pPr>
              <w:spacing w:after="20"/>
              <w:jc w:val="center"/>
            </w:pPr>
            <w:r>
              <w:rPr>
                <w:b/>
                <w:sz w:val="16"/>
              </w:rPr>
              <w:t>Factor</w:t>
            </w:r>
          </w:p>
        </w:tc>
        <w:tc>
          <w:tcPr>
            <w:tcW w:w="1814" w:type="dxa"/>
            <w:shd w:val="clear" w:color="auto" w:fill="E7E6E6"/>
            <w:vAlign w:val="center"/>
          </w:tcPr>
          <w:p w14:paraId="222C363F" w14:textId="77777777" w:rsidR="009A79B9" w:rsidRDefault="00000000">
            <w:pPr>
              <w:spacing w:after="20"/>
              <w:jc w:val="center"/>
            </w:pPr>
            <w:r>
              <w:rPr>
                <w:b/>
                <w:sz w:val="16"/>
              </w:rPr>
              <w:t>Valoare ofertată</w:t>
            </w:r>
          </w:p>
        </w:tc>
        <w:tc>
          <w:tcPr>
            <w:tcW w:w="2608" w:type="dxa"/>
            <w:shd w:val="clear" w:color="auto" w:fill="E7E6E6"/>
            <w:vAlign w:val="center"/>
          </w:tcPr>
          <w:p w14:paraId="1529D88B" w14:textId="77777777" w:rsidR="009A79B9" w:rsidRDefault="00000000">
            <w:pPr>
              <w:spacing w:after="20"/>
              <w:jc w:val="center"/>
            </w:pPr>
            <w:r>
              <w:rPr>
                <w:b/>
                <w:sz w:val="16"/>
              </w:rPr>
              <w:t>Document justificativ / pagină</w:t>
            </w:r>
          </w:p>
        </w:tc>
        <w:tc>
          <w:tcPr>
            <w:tcW w:w="1814" w:type="dxa"/>
            <w:shd w:val="clear" w:color="auto" w:fill="E7E6E6"/>
            <w:vAlign w:val="center"/>
          </w:tcPr>
          <w:p w14:paraId="0165152E" w14:textId="77777777" w:rsidR="009A79B9" w:rsidRDefault="00000000">
            <w:pPr>
              <w:spacing w:after="20"/>
              <w:jc w:val="center"/>
            </w:pPr>
            <w:r>
              <w:rPr>
                <w:b/>
                <w:sz w:val="16"/>
              </w:rPr>
              <w:t>Observații</w:t>
            </w:r>
          </w:p>
        </w:tc>
      </w:tr>
      <w:tr w:rsidR="009A79B9" w14:paraId="485D0F58" w14:textId="77777777">
        <w:trPr>
          <w:cantSplit/>
          <w:jc w:val="center"/>
        </w:trPr>
        <w:tc>
          <w:tcPr>
            <w:tcW w:w="3288" w:type="dxa"/>
            <w:vAlign w:val="center"/>
          </w:tcPr>
          <w:p w14:paraId="3EBA6B70" w14:textId="77777777" w:rsidR="009A79B9" w:rsidRDefault="00000000">
            <w:pPr>
              <w:spacing w:after="20"/>
            </w:pPr>
            <w:r>
              <w:rPr>
                <w:sz w:val="16"/>
              </w:rPr>
              <w:t>Performanță energetică – puterea instalată totală ofertată</w:t>
            </w:r>
          </w:p>
        </w:tc>
        <w:tc>
          <w:tcPr>
            <w:tcW w:w="1814" w:type="dxa"/>
            <w:vAlign w:val="center"/>
          </w:tcPr>
          <w:p w14:paraId="10B8785A" w14:textId="77777777" w:rsidR="009A79B9" w:rsidRDefault="00000000">
            <w:pPr>
              <w:spacing w:after="20"/>
            </w:pPr>
            <w:r>
              <w:rPr>
                <w:sz w:val="16"/>
              </w:rPr>
              <w:t>............... kW</w:t>
            </w:r>
          </w:p>
        </w:tc>
        <w:tc>
          <w:tcPr>
            <w:tcW w:w="2608" w:type="dxa"/>
            <w:vAlign w:val="center"/>
          </w:tcPr>
          <w:p w14:paraId="0FEDC999" w14:textId="77777777" w:rsidR="009A79B9" w:rsidRDefault="00000000">
            <w:pPr>
              <w:spacing w:after="20"/>
            </w:pPr>
            <w:r>
              <w:rPr>
                <w:sz w:val="16"/>
              </w:rPr>
              <w:t>........................</w:t>
            </w:r>
          </w:p>
        </w:tc>
        <w:tc>
          <w:tcPr>
            <w:tcW w:w="1814" w:type="dxa"/>
            <w:vAlign w:val="center"/>
          </w:tcPr>
          <w:p w14:paraId="305BAF33" w14:textId="77777777" w:rsidR="009A79B9" w:rsidRDefault="00000000">
            <w:pPr>
              <w:spacing w:after="20"/>
            </w:pPr>
            <w:r>
              <w:rPr>
                <w:sz w:val="16"/>
              </w:rPr>
              <w:t>Se corelează cu soluția luminotehnică și cerințele PTE.</w:t>
            </w:r>
          </w:p>
        </w:tc>
      </w:tr>
      <w:tr w:rsidR="009A79B9" w14:paraId="3D61028E" w14:textId="77777777">
        <w:trPr>
          <w:cantSplit/>
          <w:jc w:val="center"/>
        </w:trPr>
        <w:tc>
          <w:tcPr>
            <w:tcW w:w="3288" w:type="dxa"/>
            <w:vAlign w:val="center"/>
          </w:tcPr>
          <w:p w14:paraId="35227850" w14:textId="77777777" w:rsidR="009A79B9" w:rsidRDefault="00000000">
            <w:pPr>
              <w:spacing w:after="20"/>
            </w:pPr>
            <w:r>
              <w:rPr>
                <w:sz w:val="16"/>
              </w:rPr>
              <w:t>Garanția tehnică ofertată pentru aparatele de iluminat</w:t>
            </w:r>
          </w:p>
        </w:tc>
        <w:tc>
          <w:tcPr>
            <w:tcW w:w="1814" w:type="dxa"/>
            <w:vAlign w:val="center"/>
          </w:tcPr>
          <w:p w14:paraId="066E6AA2" w14:textId="77777777" w:rsidR="009A79B9" w:rsidRDefault="00000000">
            <w:pPr>
              <w:spacing w:after="20"/>
            </w:pPr>
            <w:r>
              <w:rPr>
                <w:sz w:val="16"/>
              </w:rPr>
              <w:t>............... ani</w:t>
            </w:r>
          </w:p>
        </w:tc>
        <w:tc>
          <w:tcPr>
            <w:tcW w:w="2608" w:type="dxa"/>
            <w:vAlign w:val="center"/>
          </w:tcPr>
          <w:p w14:paraId="54FD8CF6" w14:textId="77777777" w:rsidR="009A79B9" w:rsidRDefault="00000000">
            <w:pPr>
              <w:spacing w:after="20"/>
            </w:pPr>
            <w:r>
              <w:rPr>
                <w:sz w:val="16"/>
              </w:rPr>
              <w:t>........................</w:t>
            </w:r>
          </w:p>
        </w:tc>
        <w:tc>
          <w:tcPr>
            <w:tcW w:w="1814" w:type="dxa"/>
            <w:vAlign w:val="center"/>
          </w:tcPr>
          <w:p w14:paraId="1E15977B" w14:textId="77777777" w:rsidR="009A79B9" w:rsidRDefault="00000000">
            <w:pPr>
              <w:spacing w:after="20"/>
            </w:pPr>
            <w:r>
              <w:rPr>
                <w:sz w:val="16"/>
              </w:rPr>
              <w:t>Minimum tehnic: 5 ani; punctajul se acordă conform Caietului de Sarcini.</w:t>
            </w:r>
          </w:p>
        </w:tc>
      </w:tr>
    </w:tbl>
    <w:p w14:paraId="4DABD641" w14:textId="77777777" w:rsidR="009A79B9" w:rsidRDefault="00000000">
      <w:pPr>
        <w:spacing w:after="60" w:line="240" w:lineRule="auto"/>
      </w:pPr>
      <w:r>
        <w:t>Valorile declarate în această secțiune sunt ferme și devin obligații contractuale pentru ofertantul declarat câștigător. În cazul puterii instalate ofertate, ofertantul va prezenta calculele/documentele luminotehnice care demonstrează respectarea tuturor claselor și parametrilor prevăzuți în PTE.</w:t>
      </w:r>
    </w:p>
    <w:p w14:paraId="54475F31" w14:textId="77777777" w:rsidR="009A79B9" w:rsidRDefault="00000000">
      <w:pPr>
        <w:pStyle w:val="Heading1"/>
        <w:spacing w:before="120" w:after="60" w:line="240" w:lineRule="auto"/>
      </w:pPr>
      <w:r>
        <w:rPr>
          <w:rFonts w:ascii="Arial" w:eastAsia="Arial" w:hAnsi="Arial"/>
          <w:sz w:val="21"/>
        </w:rPr>
        <w:t>10. ASOCIERE, SUBCONTRACTARE ȘI TERȚ SUSȚINĂTOR</w:t>
      </w:r>
    </w:p>
    <w:p w14:paraId="511BC400" w14:textId="77777777" w:rsidR="009A79B9" w:rsidRDefault="00000000">
      <w:pPr>
        <w:spacing w:after="60" w:line="240" w:lineRule="auto"/>
      </w:pPr>
      <w:r>
        <w:t>Activități executate de ofertant/lider: .......................................................................................</w:t>
      </w:r>
    </w:p>
    <w:p w14:paraId="313B0EBD" w14:textId="77777777" w:rsidR="009A79B9" w:rsidRDefault="00000000">
      <w:pPr>
        <w:spacing w:after="60" w:line="240" w:lineRule="auto"/>
      </w:pPr>
      <w:r>
        <w:t>Activități executate de asociat/asociați: ..................................................................................</w:t>
      </w:r>
    </w:p>
    <w:p w14:paraId="41B1413A" w14:textId="77777777" w:rsidR="009A79B9" w:rsidRDefault="00000000">
      <w:pPr>
        <w:spacing w:after="60" w:line="240" w:lineRule="auto"/>
      </w:pPr>
      <w:r>
        <w:t>Activități subcontractate și procent/valoare, după caz: ................................................................</w:t>
      </w:r>
    </w:p>
    <w:p w14:paraId="48201C5F" w14:textId="77777777" w:rsidR="009A79B9" w:rsidRDefault="00000000">
      <w:pPr>
        <w:spacing w:after="60" w:line="240" w:lineRule="auto"/>
      </w:pPr>
      <w:r>
        <w:t>Resurse puse la dispoziție de terț susținător, după caz: .................................................................</w:t>
      </w:r>
    </w:p>
    <w:p w14:paraId="12ED3B3C" w14:textId="77777777" w:rsidR="009A79B9" w:rsidRDefault="00000000">
      <w:pPr>
        <w:pStyle w:val="Heading1"/>
        <w:spacing w:before="120" w:after="60" w:line="240" w:lineRule="auto"/>
      </w:pPr>
      <w:r>
        <w:rPr>
          <w:rFonts w:ascii="Arial" w:eastAsia="Arial" w:hAnsi="Arial"/>
          <w:sz w:val="21"/>
        </w:rPr>
        <w:t>11. LISTA DOCUMENTELOR ANEXATE PROPUNERII TEHNICE</w:t>
      </w:r>
    </w:p>
    <w:p w14:paraId="320634A7" w14:textId="77777777" w:rsidR="009A79B9" w:rsidRDefault="00000000">
      <w:pPr>
        <w:spacing w:after="60" w:line="240" w:lineRule="auto"/>
      </w:pPr>
      <w:r>
        <w:t>☐ Fișe tehnice ale aparatelor de iluminat ofertate;</w:t>
      </w:r>
    </w:p>
    <w:p w14:paraId="331ECBED" w14:textId="77777777" w:rsidR="009A79B9" w:rsidRDefault="00000000">
      <w:pPr>
        <w:spacing w:after="60" w:line="240" w:lineRule="auto"/>
      </w:pPr>
      <w:r>
        <w:t>☐ Fișe tehnice/documentație pentru sistemul de telegestiune;</w:t>
      </w:r>
    </w:p>
    <w:p w14:paraId="3F821418" w14:textId="77777777" w:rsidR="009A79B9" w:rsidRDefault="00000000">
      <w:pPr>
        <w:spacing w:after="60" w:line="240" w:lineRule="auto"/>
      </w:pPr>
      <w:r>
        <w:t>☐ Rapoarte de încercări, declarații/certificate și alte dovezi solicitate prin PTE;</w:t>
      </w:r>
    </w:p>
    <w:p w14:paraId="7C49C41E" w14:textId="77777777" w:rsidR="009A79B9" w:rsidRDefault="00000000">
      <w:pPr>
        <w:spacing w:after="60" w:line="240" w:lineRule="auto"/>
      </w:pPr>
      <w:r>
        <w:t>☐ Calcule/documente luminotehnice aferente soluției ofertate, dacă sunt necesare pentru demonstrarea conformității;</w:t>
      </w:r>
    </w:p>
    <w:p w14:paraId="34F5A637" w14:textId="77777777" w:rsidR="009A79B9" w:rsidRDefault="00000000">
      <w:pPr>
        <w:spacing w:after="60" w:line="240" w:lineRule="auto"/>
      </w:pPr>
      <w:r>
        <w:lastRenderedPageBreak/>
        <w:t>☐ Graficul de execuție pentru durata de 3 luni;</w:t>
      </w:r>
    </w:p>
    <w:p w14:paraId="4EF6546F" w14:textId="77777777" w:rsidR="009A79B9" w:rsidRDefault="00000000">
      <w:pPr>
        <w:spacing w:after="60" w:line="240" w:lineRule="auto"/>
      </w:pPr>
      <w:r>
        <w:t>☐ Metodologia de execuție;</w:t>
      </w:r>
    </w:p>
    <w:p w14:paraId="5B1218F7" w14:textId="77777777" w:rsidR="009A79B9" w:rsidRDefault="00000000">
      <w:pPr>
        <w:spacing w:after="60" w:line="240" w:lineRule="auto"/>
      </w:pPr>
      <w:r>
        <w:t>☐ Planul de asigurare a calității și măsurile SSM/protecția mediului;</w:t>
      </w:r>
    </w:p>
    <w:p w14:paraId="6054921F" w14:textId="77777777" w:rsidR="009A79B9" w:rsidRDefault="00000000">
      <w:pPr>
        <w:spacing w:after="60" w:line="240" w:lineRule="auto"/>
      </w:pPr>
      <w:r>
        <w:t>☐ Documente privind personalul și resursele tehnice declarate;</w:t>
      </w:r>
    </w:p>
    <w:p w14:paraId="277699A9" w14:textId="77777777" w:rsidR="009A79B9" w:rsidRDefault="00000000">
      <w:pPr>
        <w:spacing w:after="60" w:line="240" w:lineRule="auto"/>
      </w:pPr>
      <w:r>
        <w:t>☐ Alte documente necesare demonstrării cerințelor Caietului de Sarcini și PTE.</w:t>
      </w:r>
    </w:p>
    <w:p w14:paraId="0BF1BF8A" w14:textId="77777777" w:rsidR="009A79B9" w:rsidRDefault="00000000">
      <w:pPr>
        <w:pStyle w:val="Heading1"/>
        <w:spacing w:before="120" w:after="60" w:line="240" w:lineRule="auto"/>
      </w:pPr>
      <w:r>
        <w:rPr>
          <w:rFonts w:ascii="Arial" w:eastAsia="Arial" w:hAnsi="Arial"/>
          <w:sz w:val="21"/>
        </w:rPr>
        <w:t>12. DECLARAȚIE FINALĂ</w:t>
      </w:r>
    </w:p>
    <w:p w14:paraId="544DCE20" w14:textId="77777777" w:rsidR="009A79B9" w:rsidRDefault="00000000">
      <w:pPr>
        <w:spacing w:after="60" w:line="240" w:lineRule="auto"/>
      </w:pPr>
      <w:r>
        <w:t>Declarăm că informațiile și caracteristicile tehnice prezentate în propunerea tehnică sunt reale, verificabile și corespund produselor, materialelor, echipamentelor și soluțiilor pe care ne angajăm să le utilizăm în executarea contractului. Ne asumăm respectarea integrală a cerințelor minime din Caietul de Sarcini și PTE, precum și a valorilor ofertate pentru factorii de evaluare.</w:t>
      </w:r>
    </w:p>
    <w:p w14:paraId="47E975EB" w14:textId="77777777" w:rsidR="009A79B9" w:rsidRDefault="00000000">
      <w:pPr>
        <w:spacing w:after="60" w:line="240" w:lineRule="auto"/>
      </w:pPr>
      <w:r>
        <w:br/>
        <w:t>Data: ............................</w:t>
      </w:r>
    </w:p>
    <w:p w14:paraId="625D9F78" w14:textId="77777777" w:rsidR="009A79B9" w:rsidRDefault="00000000">
      <w:pPr>
        <w:spacing w:after="60" w:line="240" w:lineRule="auto"/>
      </w:pPr>
      <w:r>
        <w:t>Denumirea ofertantului: ........................................................................................................</w:t>
      </w:r>
    </w:p>
    <w:p w14:paraId="3CBBBC66" w14:textId="77777777" w:rsidR="009A79B9" w:rsidRDefault="00000000">
      <w:pPr>
        <w:spacing w:after="60" w:line="240" w:lineRule="auto"/>
      </w:pPr>
      <w:r>
        <w:t>Reprezentant legal / împuternicit: ..............................................................................................</w:t>
      </w:r>
    </w:p>
    <w:p w14:paraId="09376DEC" w14:textId="77777777" w:rsidR="009A79B9" w:rsidRDefault="00000000">
      <w:pPr>
        <w:spacing w:after="60" w:line="240" w:lineRule="auto"/>
      </w:pPr>
      <w:r>
        <w:t>Semnătura: ............................................................................................................................</w:t>
      </w:r>
    </w:p>
    <w:sectPr w:rsidR="009A79B9" w:rsidSect="00034616">
      <w:headerReference w:type="default" r:id="rId8"/>
      <w:footerReference w:type="default" r:id="rId9"/>
      <w:pgSz w:w="12240" w:h="15840"/>
      <w:pgMar w:top="850" w:right="964" w:bottom="850"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11DDC" w14:textId="77777777" w:rsidR="00842609" w:rsidRDefault="00842609">
      <w:pPr>
        <w:spacing w:after="0" w:line="240" w:lineRule="auto"/>
      </w:pPr>
      <w:r>
        <w:separator/>
      </w:r>
    </w:p>
  </w:endnote>
  <w:endnote w:type="continuationSeparator" w:id="0">
    <w:p w14:paraId="42BC282B" w14:textId="77777777" w:rsidR="00842609" w:rsidRDefault="00842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CA5B1" w14:textId="77777777" w:rsidR="009A79B9" w:rsidRDefault="00000000">
    <w:pPr>
      <w:pStyle w:val="Footer"/>
      <w:jc w:val="center"/>
    </w:pPr>
    <w:proofErr w:type="spellStart"/>
    <w:r>
      <w:rPr>
        <w:sz w:val="16"/>
      </w:rPr>
      <w:t>Pagina</w:t>
    </w:r>
    <w:proofErr w:type="spellEnd"/>
    <w:r>
      <w:rPr>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z w:val="16"/>
      </w:rPr>
      <w:t xml:space="preserve"> din </w:t>
    </w:r>
    <w:r>
      <w:rPr>
        <w:sz w:val="16"/>
      </w:rPr>
      <w:fldChar w:fldCharType="begin"/>
    </w:r>
    <w:r>
      <w:rPr>
        <w:sz w:val="16"/>
      </w:rPr>
      <w:instrText xml:space="preserve"> NUMPAGES </w:instrText>
    </w:r>
    <w:r>
      <w:rPr>
        <w:sz w:val="16"/>
      </w:rPr>
      <w:fldChar w:fldCharType="separate"/>
    </w:r>
    <w:r>
      <w:rPr>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6177B" w14:textId="77777777" w:rsidR="00842609" w:rsidRDefault="00842609">
      <w:pPr>
        <w:spacing w:after="0" w:line="240" w:lineRule="auto"/>
      </w:pPr>
      <w:r>
        <w:separator/>
      </w:r>
    </w:p>
  </w:footnote>
  <w:footnote w:type="continuationSeparator" w:id="0">
    <w:p w14:paraId="7F493A81" w14:textId="77777777" w:rsidR="00842609" w:rsidRDefault="008426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60A93" w14:textId="3C91FF8B" w:rsidR="009A79B9" w:rsidRDefault="00000000">
    <w:pPr>
      <w:pStyle w:val="Header"/>
      <w:jc w:val="center"/>
    </w:pPr>
    <w:r>
      <w:rPr>
        <w:b/>
        <w:sz w:val="16"/>
      </w:rPr>
      <w:t xml:space="preserve">UAT COMUNA </w:t>
    </w:r>
    <w:proofErr w:type="gramStart"/>
    <w:r>
      <w:rPr>
        <w:b/>
        <w:sz w:val="16"/>
      </w:rPr>
      <w:t xml:space="preserve">BUSTUCHIN </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96807421">
    <w:abstractNumId w:val="8"/>
  </w:num>
  <w:num w:numId="2" w16cid:durableId="1198616237">
    <w:abstractNumId w:val="6"/>
  </w:num>
  <w:num w:numId="3" w16cid:durableId="823621044">
    <w:abstractNumId w:val="5"/>
  </w:num>
  <w:num w:numId="4" w16cid:durableId="1634166619">
    <w:abstractNumId w:val="4"/>
  </w:num>
  <w:num w:numId="5" w16cid:durableId="134951563">
    <w:abstractNumId w:val="7"/>
  </w:num>
  <w:num w:numId="6" w16cid:durableId="427432809">
    <w:abstractNumId w:val="3"/>
  </w:num>
  <w:num w:numId="7" w16cid:durableId="1862821190">
    <w:abstractNumId w:val="2"/>
  </w:num>
  <w:num w:numId="8" w16cid:durableId="685861728">
    <w:abstractNumId w:val="1"/>
  </w:num>
  <w:num w:numId="9" w16cid:durableId="1138769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42609"/>
    <w:rsid w:val="009A79B9"/>
    <w:rsid w:val="00AA1D8D"/>
    <w:rsid w:val="00B47730"/>
    <w:rsid w:val="00CA7FC9"/>
    <w:rsid w:val="00CB0664"/>
    <w:rsid w:val="00DC51B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097B7D"/>
  <w14:defaultImageDpi w14:val="300"/>
  <w15:docId w15:val="{7E184268-981E-4BB5-9669-DED49559D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rPr>
      <w:rFonts w:ascii="Arial" w:eastAsia="Arial" w:hAnsi="Arial"/>
    </w:r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rPr>
      <w:rFonts w:ascii="Arial" w:eastAsia="Arial" w:hAnsi="Arial"/>
    </w:rPr>
  </w:style>
  <w:style w:type="paragraph" w:styleId="NoSpacing">
    <w:name w:val="No Spacing"/>
    <w:uiPriority w:val="1"/>
    <w:qFormat/>
    <w:rsid w:val="00FC693F"/>
    <w:pPr>
      <w:spacing w:after="0" w:line="240" w:lineRule="auto"/>
    </w:pPr>
    <w:rPr>
      <w:rFonts w:ascii="Arial" w:eastAsia="Arial" w:hAnsi="Arial"/>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rPr>
      <w:rFonts w:ascii="Arial" w:eastAsia="Arial" w:hAnsi="Arial"/>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rPr>
      <w:rFonts w:ascii="Arial" w:eastAsia="Arial" w:hAnsi="Arial"/>
    </w:rPr>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rFonts w:ascii="Arial" w:eastAsia="Arial" w:hAnsi="Arial"/>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Arial" w:eastAsia="Arial" w:hAnsi="Arial"/>
      <w:sz w:val="20"/>
      <w:szCs w:val="20"/>
    </w:rPr>
  </w:style>
  <w:style w:type="character" w:customStyle="1" w:styleId="MacroTextChar">
    <w:name w:val="Macro Text Char"/>
    <w:basedOn w:val="DefaultParagraphFont"/>
    <w:link w:val="MacroText"/>
    <w:uiPriority w:val="99"/>
    <w:rsid w:val="0029639D"/>
    <w:rPr>
      <w:rFonts w:ascii="Arial" w:eastAsia="Arial" w:hAnsi="Arial"/>
      <w:sz w:val="20"/>
      <w:szCs w:val="20"/>
    </w:rPr>
  </w:style>
  <w:style w:type="paragraph" w:styleId="Quote">
    <w:name w:val="Quote"/>
    <w:basedOn w:val="Normal"/>
    <w:next w:val="Normal"/>
    <w:link w:val="QuoteChar"/>
    <w:uiPriority w:val="29"/>
    <w:qFormat/>
    <w:rsid w:val="00FC693F"/>
    <w:rPr>
      <w:i/>
      <w:iCs/>
    </w:rPr>
  </w:style>
  <w:style w:type="character" w:customStyle="1" w:styleId="QuoteChar">
    <w:name w:val="Quote Char"/>
    <w:basedOn w:val="DefaultParagraphFont"/>
    <w:link w:val="Quote"/>
    <w:uiPriority w:val="29"/>
    <w:rsid w:val="00FC693F"/>
    <w:rPr>
      <w:rFonts w:ascii="Arial" w:eastAsia="Arial" w:hAnsi="Arial"/>
      <w:i/>
      <w:iCs/>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sz w:val="20"/>
      <w:szCs w:val="20"/>
    </w:rPr>
  </w:style>
  <w:style w:type="paragraph" w:styleId="Caption">
    <w:name w:val="caption"/>
    <w:basedOn w:val="Normal"/>
    <w:next w:val="Normal"/>
    <w:uiPriority w:val="35"/>
    <w:semiHidden/>
    <w:unhideWhenUsed/>
    <w:qFormat/>
    <w:rsid w:val="00FC693F"/>
    <w:pPr>
      <w:spacing w:line="240" w:lineRule="auto"/>
    </w:pPr>
    <w:rPr>
      <w:b/>
      <w:bCs/>
      <w:sz w:val="18"/>
      <w:szCs w:val="18"/>
    </w:rPr>
  </w:style>
  <w:style w:type="character" w:styleId="Strong">
    <w:name w:val="Strong"/>
    <w:basedOn w:val="DefaultParagraphFont"/>
    <w:uiPriority w:val="22"/>
    <w:qFormat/>
    <w:rsid w:val="00FC693F"/>
    <w:rPr>
      <w:rFonts w:ascii="Arial" w:eastAsia="Arial" w:hAnsi="Arial"/>
      <w:b/>
      <w:bCs/>
    </w:rPr>
  </w:style>
  <w:style w:type="character" w:styleId="Emphasis">
    <w:name w:val="Emphasis"/>
    <w:basedOn w:val="DefaultParagraphFont"/>
    <w:uiPriority w:val="20"/>
    <w:qFormat/>
    <w:rsid w:val="00FC693F"/>
    <w:rPr>
      <w:rFonts w:ascii="Arial" w:eastAsia="Arial" w:hAnsi="Arial"/>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FC693F"/>
    <w:rPr>
      <w:rFonts w:ascii="Arial" w:eastAsia="Arial" w:hAnsi="Arial"/>
      <w:b/>
      <w:bCs/>
      <w:i/>
      <w:iCs/>
    </w:rPr>
  </w:style>
  <w:style w:type="character" w:styleId="SubtleEmphasis">
    <w:name w:val="Subtle Emphasis"/>
    <w:basedOn w:val="DefaultParagraphFont"/>
    <w:uiPriority w:val="19"/>
    <w:qFormat/>
    <w:rsid w:val="00FC693F"/>
    <w:rPr>
      <w:rFonts w:ascii="Arial" w:eastAsia="Arial" w:hAnsi="Arial"/>
      <w:i/>
      <w:iCs/>
    </w:rPr>
  </w:style>
  <w:style w:type="character" w:styleId="IntenseEmphasis">
    <w:name w:val="Intense Emphasis"/>
    <w:basedOn w:val="DefaultParagraphFont"/>
    <w:uiPriority w:val="21"/>
    <w:qFormat/>
    <w:rsid w:val="00FC693F"/>
    <w:rPr>
      <w:rFonts w:ascii="Arial" w:eastAsia="Arial" w:hAnsi="Arial"/>
      <w:b/>
      <w:bCs/>
      <w:i/>
      <w:iCs/>
    </w:rPr>
  </w:style>
  <w:style w:type="character" w:styleId="SubtleReference">
    <w:name w:val="Subtle Reference"/>
    <w:basedOn w:val="DefaultParagraphFont"/>
    <w:uiPriority w:val="31"/>
    <w:qFormat/>
    <w:rsid w:val="00FC693F"/>
    <w:rPr>
      <w:rFonts w:ascii="Arial" w:eastAsia="Arial" w:hAnsi="Arial"/>
      <w:smallCaps/>
      <w:u w:val="single"/>
    </w:rPr>
  </w:style>
  <w:style w:type="character" w:styleId="IntenseReference">
    <w:name w:val="Intense Reference"/>
    <w:basedOn w:val="DefaultParagraphFont"/>
    <w:uiPriority w:val="32"/>
    <w:qFormat/>
    <w:rsid w:val="00FC693F"/>
    <w:rPr>
      <w:rFonts w:ascii="Arial" w:eastAsia="Arial" w:hAnsi="Arial"/>
      <w:b/>
      <w:bCs/>
      <w:smallCaps/>
      <w:spacing w:val="5"/>
      <w:u w:val="single"/>
    </w:rPr>
  </w:style>
  <w:style w:type="character" w:styleId="BookTitle">
    <w:name w:val="Book Title"/>
    <w:basedOn w:val="DefaultParagraphFont"/>
    <w:uiPriority w:val="33"/>
    <w:qFormat/>
    <w:rsid w:val="00FC693F"/>
    <w:rPr>
      <w:rFonts w:ascii="Arial" w:eastAsia="Arial" w:hAnsi="Arial"/>
      <w:b/>
      <w:bCs/>
      <w:smallCaps/>
      <w:spacing w:val="5"/>
    </w:rPr>
  </w:style>
  <w:style w:type="paragraph" w:styleId="TOCHeading">
    <w:name w:val="TOC Heading"/>
    <w:basedOn w:val="Heading1"/>
    <w:next w:val="Normal"/>
    <w:uiPriority w:val="39"/>
    <w:semiHidden/>
    <w:unhideWhenUsed/>
    <w:qFormat/>
    <w:rsid w:val="00FC693F"/>
    <w:pPr>
      <w:outlineLvl w:val="9"/>
    </w:pPr>
    <w:rPr>
      <w:rFonts w:ascii="Arial" w:eastAsia="Arial" w:hAnsi="Arial"/>
    </w:rPr>
  </w:style>
  <w:style w:type="table" w:styleId="TableGrid">
    <w:name w:val="Table Grid"/>
    <w:basedOn w:val="TableNormal"/>
    <w:uiPriority w:val="59"/>
    <w:rsid w:val="00FC693F"/>
    <w:pPr>
      <w:spacing w:after="0" w:line="240" w:lineRule="auto"/>
    </w:pPr>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rFonts w:ascii="Arial" w:eastAsia="Arial" w:hAnsi="Aria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Arial" w:eastAsia="Arial" w:hAnsi="Aria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Arial" w:eastAsia="Arial" w:hAnsi="Arial"/>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Arial" w:eastAsia="Arial" w:hAnsi="Arial"/>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Arial" w:eastAsia="Arial" w:hAnsi="Arial"/>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Arial" w:eastAsia="Arial" w:hAnsi="Arial"/>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Arial" w:eastAsia="Arial" w:hAnsi="Arial"/>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Arial" w:eastAsia="Arial" w:hAnsi="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Arial" w:eastAsia="Arial" w:hAnsi="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Arial" w:eastAsia="Arial" w:hAnsi="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Arial" w:eastAsia="Arial" w:hAnsi="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Arial" w:eastAsia="Arial" w:hAnsi="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Arial" w:eastAsia="Arial" w:hAnsi="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Arial" w:eastAsia="Arial" w:hAnsi="Aria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Arial" w:eastAsia="Arial" w:hAnsi="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Arial" w:eastAsia="Arial" w:hAnsi="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Arial" w:eastAsia="Arial" w:hAnsi="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Arial" w:eastAsia="Arial" w:hAnsi="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Arial" w:eastAsia="Arial" w:hAnsi="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Arial" w:eastAsia="Arial" w:hAnsi="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Arial" w:eastAsia="Arial" w:hAnsi="Aria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Arial" w:eastAsia="Arial"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Arial" w:eastAsia="Arial"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Arial" w:eastAsia="Arial"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Arial" w:eastAsia="Arial" w:hAnsi="Aria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Arial" w:eastAsia="Arial" w:hAnsi="Aria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Arial" w:eastAsia="Arial" w:hAnsi="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Arial" w:eastAsia="Arial" w:hAnsi="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Arial" w:eastAsia="Arial" w:hAnsi="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Arial" w:eastAsia="Arial" w:hAnsi="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Arial" w:eastAsia="Arial" w:hAnsi="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Arial" w:eastAsia="Arial" w:hAnsi="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Arial" w:eastAsia="Arial" w:hAnsi="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Arial" w:eastAsia="Arial" w:hAnsi="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Arial" w:eastAsia="Arial" w:hAnsi="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Arial" w:eastAsia="Arial" w:hAnsi="Aria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Arial" w:eastAsia="Arial" w:hAnsi="Aria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Arial" w:eastAsia="Arial" w:hAnsi="Arial"/>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Arial" w:eastAsia="Arial" w:hAnsi="Arial"/>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Arial" w:eastAsia="Arial" w:hAnsi="Arial"/>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Arial" w:eastAsia="Arial" w:hAnsi="Arial"/>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Arial" w:eastAsia="Arial" w:hAnsi="Arial"/>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Arial" w:eastAsia="Arial"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Arial" w:eastAsia="Arial"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Arial" w:eastAsia="Arial"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Arial" w:eastAsia="Arial" w:hAnsi="Aria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Arial" w:eastAsia="Arial" w:hAnsi="Aria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Arial" w:eastAsia="Arial" w:hAnsi="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Arial" w:eastAsia="Arial" w:hAnsi="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Arial" w:eastAsia="Arial" w:hAnsi="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Arial" w:eastAsia="Arial" w:hAnsi="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Arial" w:eastAsia="Arial" w:hAnsi="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Arial" w:eastAsia="Arial" w:hAnsi="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Arial" w:eastAsia="Arial" w:hAnsi="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Arial" w:eastAsia="Arial" w:hAnsi="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Arial" w:eastAsia="Arial" w:hAnsi="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Arial" w:eastAsia="Arial" w:hAnsi="Aria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Arial" w:eastAsia="Arial" w:hAnsi="Arial"/>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Arial" w:eastAsia="Arial" w:hAnsi="Arial"/>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Arial" w:eastAsia="Arial" w:hAnsi="Arial"/>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Arial" w:eastAsia="Arial" w:hAnsi="Arial"/>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Arial" w:eastAsia="Arial" w:hAnsi="Arial"/>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Arial" w:eastAsia="Arial" w:hAnsi="Arial"/>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Arial" w:eastAsia="Arial" w:hAnsi="Arial"/>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Arial" w:eastAsia="Arial" w:hAnsi="Arial"/>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Arial" w:eastAsia="Arial" w:hAnsi="Arial"/>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Arial" w:eastAsia="Arial" w:hAnsi="Arial"/>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Arial" w:eastAsia="Arial" w:hAnsi="Arial"/>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Arial" w:eastAsia="Arial" w:hAnsi="Arial"/>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Arial" w:eastAsia="Arial" w:hAnsi="Arial"/>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Arial" w:eastAsia="Arial" w:hAnsi="Arial"/>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Arial" w:eastAsia="Arial" w:hAnsi="Arial"/>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Arial" w:eastAsia="Arial" w:hAnsi="Arial"/>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Arial" w:eastAsia="Arial" w:hAnsi="Arial"/>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Arial" w:eastAsia="Arial" w:hAnsi="Arial"/>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Arial" w:eastAsia="Arial" w:hAnsi="Arial"/>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Arial" w:eastAsia="Arial" w:hAnsi="Arial"/>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Arial" w:eastAsia="Arial" w:hAnsi="Arial"/>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Arial" w:eastAsia="Arial" w:hAnsi="Arial"/>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Arial" w:eastAsia="Arial" w:hAnsi="Arial"/>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Arial" w:eastAsia="Arial" w:hAnsi="Arial"/>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Arial" w:eastAsia="Arial" w:hAnsi="Arial"/>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Arial" w:eastAsia="Arial" w:hAnsi="Arial"/>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Arial" w:eastAsia="Arial" w:hAnsi="Arial"/>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1646</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balacesculavinia@gmail.com</cp:lastModifiedBy>
  <cp:revision>2</cp:revision>
  <dcterms:created xsi:type="dcterms:W3CDTF">2013-12-23T23:15:00Z</dcterms:created>
  <dcterms:modified xsi:type="dcterms:W3CDTF">2026-09-15T09:59:00Z</dcterms:modified>
  <cp:category/>
</cp:coreProperties>
</file>