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widowControl/>
        <w:spacing w:after="40" w:line="252" w:lineRule="auto"/>
        <w:jc w:val="center"/>
      </w:pPr>
      <w:r>
        <w:rPr>
          <w:rFonts w:ascii="Arial" w:hAnsi="Arial" w:eastAsia="Arial"/>
          <w:b/>
          <w:i w:val="0"/>
          <w:sz w:val="20"/>
        </w:rPr>
        <w:t>UAT COMUNA BUSTUCHIN</w:t>
      </w:r>
    </w:p>
    <w:p>
      <w:pPr>
        <w:widowControl/>
        <w:spacing w:after="40" w:line="252" w:lineRule="auto"/>
        <w:jc w:val="center"/>
      </w:pPr>
      <w:r>
        <w:rPr>
          <w:rFonts w:ascii="Arial" w:hAnsi="Arial" w:eastAsia="Arial"/>
          <w:b/>
          <w:i w:val="0"/>
          <w:sz w:val="20"/>
        </w:rPr>
        <w:t>JUDEȚUL GORJ</w:t>
      </w:r>
    </w:p>
    <w:p>
      <w:pPr>
        <w:widowControl/>
        <w:spacing w:line="252" w:lineRule="auto" w:after="80"/>
      </w:pPr>
    </w:p>
    <w:p>
      <w:pPr>
        <w:widowControl/>
        <w:spacing w:after="100" w:line="252" w:lineRule="auto" w:before="680"/>
        <w:jc w:val="center"/>
      </w:pPr>
      <w:r>
        <w:rPr>
          <w:rFonts w:ascii="Arial" w:hAnsi="Arial" w:eastAsia="Arial"/>
          <w:b/>
          <w:i w:val="0"/>
          <w:sz w:val="32"/>
        </w:rPr>
        <w:t>FORMULARE</w:t>
      </w:r>
    </w:p>
    <w:p>
      <w:pPr>
        <w:widowControl/>
        <w:spacing w:after="80" w:line="252" w:lineRule="auto"/>
        <w:jc w:val="center"/>
      </w:pPr>
      <w:r>
        <w:rPr>
          <w:rFonts w:ascii="Arial" w:hAnsi="Arial" w:eastAsia="Arial"/>
          <w:b w:val="0"/>
          <w:i w:val="0"/>
          <w:sz w:val="20"/>
        </w:rPr>
        <w:t>pentru achiziția directă de lucrări</w:t>
      </w:r>
    </w:p>
    <w:p>
      <w:pPr>
        <w:widowControl/>
        <w:spacing w:after="400" w:line="252" w:lineRule="auto" w:before="160"/>
        <w:jc w:val="center"/>
      </w:pPr>
      <w:r>
        <w:rPr>
          <w:rFonts w:ascii="Arial" w:hAnsi="Arial" w:eastAsia="Arial"/>
          <w:b/>
          <w:i w:val="0"/>
          <w:sz w:val="25"/>
        </w:rPr>
        <w:t>„CREȘTEREA EFICIENȚEI ENERGETICE A INFRASTRUCTURII DE ILUMINAT PUBLIC DIN COMUNA BUSTUCHIN, JUDEȚUL GORJ”</w:t>
      </w:r>
    </w:p>
    <w:p>
      <w:pPr>
        <w:widowControl/>
        <w:spacing w:line="252" w:lineRule="auto" w:after="80"/>
      </w:pPr>
    </w:p>
    <w:p>
      <w:pPr>
        <w:widowControl/>
        <w:spacing w:after="80" w:line="252" w:lineRule="auto"/>
        <w:jc w:val="center"/>
      </w:pPr>
      <w:r>
        <w:rPr>
          <w:rFonts w:ascii="Arial" w:hAnsi="Arial" w:eastAsia="Arial"/>
          <w:b w:val="0"/>
          <w:i/>
          <w:sz w:val="20"/>
        </w:rPr>
        <w:t>Documentele se completează, după caz, de ofertantul individual, membrii asocierii, subcontractanții și/sau terții susținători, conform indicațiilor fiecărui formular.</w:t>
      </w:r>
    </w:p>
    <w:p>
      <w:pPr>
        <w:widowControl/>
        <w:spacing w:line="252" w:lineRule="auto" w:after="80"/>
      </w:pPr>
      <w:r>
        <w:rPr>
          <w:rFonts w:ascii="Arial" w:hAnsi="Arial" w:eastAsia="Arial"/>
          <w:sz w:val="21"/>
        </w:rPr>
        <w:br w:type="page"/>
      </w:r>
    </w:p>
    <w:p>
      <w:pPr>
        <w:keepNext/>
        <w:widowControl/>
        <w:spacing w:after="40" w:line="252" w:lineRule="auto"/>
        <w:jc w:val="center"/>
      </w:pPr>
      <w:r>
        <w:rPr>
          <w:rFonts w:ascii="Arial" w:hAnsi="Arial" w:eastAsia="Arial"/>
          <w:b/>
          <w:i w:val="0"/>
          <w:sz w:val="20"/>
        </w:rPr>
        <w:t>FORMULARUL NR. 1</w:t>
      </w:r>
    </w:p>
    <w:p>
      <w:pPr>
        <w:keepNext/>
        <w:widowControl/>
        <w:spacing w:after="200" w:line="252" w:lineRule="auto"/>
        <w:jc w:val="center"/>
      </w:pPr>
      <w:r>
        <w:rPr>
          <w:rFonts w:ascii="Arial" w:hAnsi="Arial" w:eastAsia="Arial"/>
          <w:b/>
          <w:i w:val="0"/>
          <w:sz w:val="24"/>
        </w:rPr>
        <w:t>FORMULAR DE OFERTĂ</w:t>
      </w:r>
    </w:p>
    <w:p>
      <w:pPr>
        <w:widowControl/>
        <w:spacing w:after="80" w:line="252" w:lineRule="auto"/>
      </w:pPr>
      <w:r>
        <w:rPr>
          <w:rFonts w:ascii="Arial" w:hAnsi="Arial" w:eastAsia="Arial"/>
          <w:b w:val="0"/>
          <w:i w:val="0"/>
          <w:sz w:val="20"/>
        </w:rPr>
        <w:t>Către: UAT COMUNA BUSTUCHIN, județul Gorj</w:t>
      </w:r>
    </w:p>
    <w:p>
      <w:pPr>
        <w:widowControl/>
        <w:spacing w:after="80" w:line="252" w:lineRule="auto"/>
      </w:pPr>
      <w:r>
        <w:rPr>
          <w:rFonts w:ascii="Arial" w:hAnsi="Arial" w:eastAsia="Arial"/>
          <w:b w:val="0"/>
          <w:i w:val="0"/>
          <w:sz w:val="20"/>
        </w:rPr>
        <w:t>Subsemnatul(a) ______________________________________, reprezentant legal/împuternicit al ______________________________________, examinând documentele achiziției, ne oferim să executăm și să finalizăm lucrările aferente obiectivului „CREȘTEREA EFICIENȚEI ENERGETICE A INFRASTRUCTURII DE ILUMINAT PUBLIC DIN COMUNA BUSTUCHIN, JUDEȚUL GORJ”, în conformitate cu Caietul de Sarcini, PTE PT106/2026, listele de cantități și celelalte documente ale achiziției.</w:t>
      </w:r>
    </w:p>
    <w:tbl>
      <w:tblPr>
        <w:tblW w:type="auto" w:w="0"/>
        <w:tblLayout w:type="autofit"/>
        <w:tblLook w:firstColumn="1" w:firstRow="1" w:lastColumn="0" w:lastRow="0" w:noHBand="0" w:noVBand="1" w:val="04A0"/>
        <w:jc w:val="center"/>
        <w:tblBorders>
          <w:top w:val="single" w:sz="5" w:space="0" w:color="000000"/>
          <w:left w:val="single" w:sz="5" w:space="0" w:color="000000"/>
          <w:bottom w:val="single" w:sz="5" w:space="0" w:color="000000"/>
          <w:right w:val="single" w:sz="5" w:space="0" w:color="000000"/>
          <w:insideH w:val="single" w:sz="5" w:space="0" w:color="000000"/>
          <w:insideV w:val="single" w:sz="5" w:space="0" w:color="000000"/>
        </w:tblBorders>
        <w:tblCellMar>
          <w:top w:w="90" w:type="dxa"/>
          <w:left w:w="90" w:type="dxa"/>
          <w:bottom w:w="90" w:type="dxa"/>
          <w:right w:w="90" w:type="dxa"/>
        </w:tblCellMar>
      </w:tblPr>
      <w:tblGrid>
        <w:gridCol w:w="4986"/>
        <w:gridCol w:w="4986"/>
      </w:tblGrid>
      <w:tr>
        <w:trPr>
          <w:trHeight w:val="425"/>
          <w:cantSplit/>
        </w:trPr>
        <w:tc>
          <w:tcPr>
            <w:tcW w:type="dxa" w:w="4986"/>
            <w:vAlign w:val="center"/>
            <w:shd w:fill="E7E6E6"/>
          </w:tcPr>
          <w:p>
            <w:pPr>
              <w:spacing w:after="0" w:line="240" w:lineRule="auto"/>
              <w:jc w:val="center"/>
            </w:pPr>
            <w:r>
              <w:rPr>
                <w:rFonts w:ascii="Arial" w:hAnsi="Arial" w:eastAsia="Arial"/>
                <w:b/>
                <w:sz w:val="18"/>
              </w:rPr>
            </w:r>
            <w:r>
              <w:rPr>
                <w:rFonts w:ascii="Arial" w:hAnsi="Arial" w:eastAsia="Arial"/>
                <w:b/>
                <w:sz w:val="18"/>
              </w:rPr>
              <w:t>Element</w:t>
            </w:r>
          </w:p>
        </w:tc>
        <w:tc>
          <w:tcPr>
            <w:tcW w:type="dxa" w:w="4986"/>
            <w:vAlign w:val="center"/>
            <w:shd w:fill="E7E6E6"/>
          </w:tcPr>
          <w:p>
            <w:pPr>
              <w:spacing w:after="0" w:line="240" w:lineRule="auto"/>
              <w:jc w:val="center"/>
            </w:pPr>
            <w:r>
              <w:rPr>
                <w:rFonts w:ascii="Arial" w:hAnsi="Arial" w:eastAsia="Arial"/>
                <w:b/>
                <w:sz w:val="18"/>
              </w:rPr>
            </w:r>
            <w:r>
              <w:rPr>
                <w:rFonts w:ascii="Arial" w:hAnsi="Arial" w:eastAsia="Arial"/>
                <w:b/>
                <w:sz w:val="18"/>
              </w:rPr>
              <w:t>Valoare ofertată</w:t>
            </w:r>
          </w:p>
        </w:tc>
      </w:tr>
      <w:tr>
        <w:trPr>
          <w:trHeight w:val="482"/>
          <w:cantSplit/>
        </w:trPr>
        <w:tc>
          <w:tcPr>
            <w:tcW w:type="dxa" w:w="4986"/>
            <w:vAlign w:val="center"/>
          </w:tcPr>
          <w:p>
            <w:pPr>
              <w:spacing w:after="0" w:line="240" w:lineRule="auto"/>
            </w:pPr>
            <w:r>
              <w:rPr>
                <w:rFonts w:ascii="Arial" w:hAnsi="Arial" w:eastAsia="Arial"/>
                <w:sz w:val="18"/>
              </w:rPr>
            </w:r>
            <w:r>
              <w:rPr>
                <w:rFonts w:ascii="Arial" w:hAnsi="Arial" w:eastAsia="Arial"/>
                <w:b w:val="0"/>
                <w:sz w:val="18"/>
              </w:rPr>
              <w:t>Preț total fără TVA (lei)</w:t>
            </w:r>
          </w:p>
        </w:tc>
        <w:tc>
          <w:tcPr>
            <w:tcW w:type="dxa" w:w="4986"/>
            <w:vAlign w:val="center"/>
          </w:tcPr>
          <w:p>
            <w:pPr>
              <w:spacing w:after="0" w:line="240" w:lineRule="auto"/>
            </w:pPr>
            <w:r>
              <w:rPr>
                <w:rFonts w:ascii="Arial" w:hAnsi="Arial" w:eastAsia="Arial"/>
                <w:sz w:val="18"/>
              </w:rPr>
            </w:r>
            <w:r>
              <w:rPr>
                <w:rFonts w:ascii="Arial" w:hAnsi="Arial" w:eastAsia="Arial"/>
                <w:b w:val="0"/>
                <w:sz w:val="18"/>
              </w:rPr>
              <w:t>____________________________</w:t>
            </w:r>
          </w:p>
        </w:tc>
      </w:tr>
      <w:tr>
        <w:trPr>
          <w:trHeight w:val="482"/>
          <w:cantSplit/>
        </w:trPr>
        <w:tc>
          <w:tcPr>
            <w:tcW w:type="dxa" w:w="4986"/>
            <w:vAlign w:val="center"/>
          </w:tcPr>
          <w:p>
            <w:pPr>
              <w:spacing w:after="0" w:line="240" w:lineRule="auto"/>
            </w:pPr>
            <w:r>
              <w:rPr>
                <w:rFonts w:ascii="Arial" w:hAnsi="Arial" w:eastAsia="Arial"/>
                <w:sz w:val="18"/>
              </w:rPr>
            </w:r>
            <w:r>
              <w:rPr>
                <w:rFonts w:ascii="Arial" w:hAnsi="Arial" w:eastAsia="Arial"/>
                <w:b w:val="0"/>
                <w:sz w:val="18"/>
              </w:rPr>
              <w:t>TVA (lei)</w:t>
            </w:r>
          </w:p>
        </w:tc>
        <w:tc>
          <w:tcPr>
            <w:tcW w:type="dxa" w:w="4986"/>
            <w:vAlign w:val="center"/>
          </w:tcPr>
          <w:p>
            <w:pPr>
              <w:spacing w:after="0" w:line="240" w:lineRule="auto"/>
            </w:pPr>
            <w:r>
              <w:rPr>
                <w:rFonts w:ascii="Arial" w:hAnsi="Arial" w:eastAsia="Arial"/>
                <w:sz w:val="18"/>
              </w:rPr>
            </w:r>
            <w:r>
              <w:rPr>
                <w:rFonts w:ascii="Arial" w:hAnsi="Arial" w:eastAsia="Arial"/>
                <w:b w:val="0"/>
                <w:sz w:val="18"/>
              </w:rPr>
              <w:t>____________________________</w:t>
            </w:r>
          </w:p>
        </w:tc>
      </w:tr>
      <w:tr>
        <w:trPr>
          <w:trHeight w:val="482"/>
          <w:cantSplit/>
        </w:trPr>
        <w:tc>
          <w:tcPr>
            <w:tcW w:type="dxa" w:w="4986"/>
            <w:vAlign w:val="center"/>
          </w:tcPr>
          <w:p>
            <w:pPr>
              <w:spacing w:after="0" w:line="240" w:lineRule="auto"/>
            </w:pPr>
            <w:r>
              <w:rPr>
                <w:rFonts w:ascii="Arial" w:hAnsi="Arial" w:eastAsia="Arial"/>
                <w:sz w:val="18"/>
              </w:rPr>
            </w:r>
            <w:r>
              <w:rPr>
                <w:rFonts w:ascii="Arial" w:hAnsi="Arial" w:eastAsia="Arial"/>
                <w:b w:val="0"/>
                <w:sz w:val="18"/>
              </w:rPr>
              <w:t>Preț total cu TVA (lei)</w:t>
            </w:r>
          </w:p>
        </w:tc>
        <w:tc>
          <w:tcPr>
            <w:tcW w:type="dxa" w:w="4986"/>
            <w:vAlign w:val="center"/>
          </w:tcPr>
          <w:p>
            <w:pPr>
              <w:spacing w:after="0" w:line="240" w:lineRule="auto"/>
            </w:pPr>
            <w:r>
              <w:rPr>
                <w:rFonts w:ascii="Arial" w:hAnsi="Arial" w:eastAsia="Arial"/>
                <w:sz w:val="18"/>
              </w:rPr>
            </w:r>
            <w:r>
              <w:rPr>
                <w:rFonts w:ascii="Arial" w:hAnsi="Arial" w:eastAsia="Arial"/>
                <w:b w:val="0"/>
                <w:sz w:val="18"/>
              </w:rPr>
              <w:t>____________________________</w:t>
            </w:r>
          </w:p>
        </w:tc>
      </w:tr>
      <w:tr>
        <w:trPr>
          <w:trHeight w:val="482"/>
          <w:cantSplit/>
        </w:trPr>
        <w:tc>
          <w:tcPr>
            <w:tcW w:type="dxa" w:w="4986"/>
            <w:vAlign w:val="center"/>
          </w:tcPr>
          <w:p>
            <w:pPr>
              <w:spacing w:after="0" w:line="240" w:lineRule="auto"/>
            </w:pPr>
            <w:r>
              <w:rPr>
                <w:rFonts w:ascii="Arial" w:hAnsi="Arial" w:eastAsia="Arial"/>
                <w:sz w:val="18"/>
              </w:rPr>
            </w:r>
            <w:r>
              <w:rPr>
                <w:rFonts w:ascii="Arial" w:hAnsi="Arial" w:eastAsia="Arial"/>
                <w:b w:val="0"/>
                <w:sz w:val="18"/>
              </w:rPr>
              <w:t>Durata de execuție</w:t>
            </w:r>
          </w:p>
        </w:tc>
        <w:tc>
          <w:tcPr>
            <w:tcW w:type="dxa" w:w="4986"/>
            <w:vAlign w:val="center"/>
          </w:tcPr>
          <w:p>
            <w:pPr>
              <w:spacing w:after="0" w:line="240" w:lineRule="auto"/>
            </w:pPr>
            <w:r>
              <w:rPr>
                <w:rFonts w:ascii="Arial" w:hAnsi="Arial" w:eastAsia="Arial"/>
                <w:sz w:val="18"/>
              </w:rPr>
            </w:r>
            <w:r>
              <w:rPr>
                <w:rFonts w:ascii="Arial" w:hAnsi="Arial" w:eastAsia="Arial"/>
                <w:b w:val="0"/>
                <w:sz w:val="18"/>
              </w:rPr>
              <w:t>3 luni de la ordinul de începere</w:t>
            </w:r>
          </w:p>
        </w:tc>
      </w:tr>
      <w:tr>
        <w:trPr>
          <w:trHeight w:val="482"/>
          <w:cantSplit/>
        </w:trPr>
        <w:tc>
          <w:tcPr>
            <w:tcW w:type="dxa" w:w="4986"/>
            <w:vAlign w:val="center"/>
          </w:tcPr>
          <w:p>
            <w:pPr>
              <w:spacing w:after="0" w:line="240" w:lineRule="auto"/>
            </w:pPr>
            <w:r>
              <w:rPr>
                <w:rFonts w:ascii="Arial" w:hAnsi="Arial" w:eastAsia="Arial"/>
                <w:sz w:val="18"/>
              </w:rPr>
            </w:r>
            <w:r>
              <w:rPr>
                <w:rFonts w:ascii="Arial" w:hAnsi="Arial" w:eastAsia="Arial"/>
                <w:b w:val="0"/>
                <w:sz w:val="18"/>
              </w:rPr>
              <w:t>Valabilitatea ofertei</w:t>
            </w:r>
          </w:p>
        </w:tc>
        <w:tc>
          <w:tcPr>
            <w:tcW w:type="dxa" w:w="4986"/>
            <w:vAlign w:val="center"/>
          </w:tcPr>
          <w:p>
            <w:pPr>
              <w:spacing w:after="0" w:line="240" w:lineRule="auto"/>
            </w:pPr>
            <w:r>
              <w:rPr>
                <w:rFonts w:ascii="Arial" w:hAnsi="Arial" w:eastAsia="Arial"/>
                <w:sz w:val="18"/>
              </w:rPr>
            </w:r>
            <w:r>
              <w:rPr>
                <w:rFonts w:ascii="Arial" w:hAnsi="Arial" w:eastAsia="Arial"/>
                <w:b w:val="0"/>
                <w:sz w:val="18"/>
              </w:rPr>
              <w:t>30 de zile de la termenul-limită de depunere</w:t>
            </w:r>
          </w:p>
        </w:tc>
      </w:tr>
      <w:tr>
        <w:trPr>
          <w:trHeight w:val="482"/>
          <w:cantSplit/>
        </w:trPr>
        <w:tc>
          <w:tcPr>
            <w:tcW w:type="dxa" w:w="4986"/>
            <w:vAlign w:val="center"/>
          </w:tcPr>
          <w:p>
            <w:pPr>
              <w:spacing w:after="0" w:line="240" w:lineRule="auto"/>
            </w:pPr>
            <w:r>
              <w:rPr>
                <w:rFonts w:ascii="Arial" w:hAnsi="Arial" w:eastAsia="Arial"/>
                <w:sz w:val="18"/>
              </w:rPr>
            </w:r>
            <w:r>
              <w:rPr>
                <w:rFonts w:ascii="Arial" w:hAnsi="Arial" w:eastAsia="Arial"/>
                <w:b w:val="0"/>
                <w:sz w:val="18"/>
              </w:rPr>
              <w:t>Garanția tehnică ofertată pentru aparatele de iluminat și componentele principale</w:t>
            </w:r>
          </w:p>
        </w:tc>
        <w:tc>
          <w:tcPr>
            <w:tcW w:type="dxa" w:w="4986"/>
            <w:vAlign w:val="center"/>
          </w:tcPr>
          <w:p>
            <w:pPr>
              <w:spacing w:after="0" w:line="240" w:lineRule="auto"/>
            </w:pPr>
            <w:r>
              <w:rPr>
                <w:rFonts w:ascii="Arial" w:hAnsi="Arial" w:eastAsia="Arial"/>
                <w:sz w:val="18"/>
              </w:rPr>
            </w:r>
            <w:r>
              <w:rPr>
                <w:rFonts w:ascii="Arial" w:hAnsi="Arial" w:eastAsia="Arial"/>
                <w:b w:val="0"/>
                <w:sz w:val="18"/>
              </w:rPr>
              <w:t>________ ani (minimum 5 ani)</w:t>
            </w:r>
          </w:p>
        </w:tc>
      </w:tr>
      <w:tr>
        <w:trPr>
          <w:trHeight w:val="482"/>
          <w:cantSplit/>
        </w:trPr>
        <w:tc>
          <w:tcPr>
            <w:tcW w:type="dxa" w:w="4986"/>
            <w:vAlign w:val="center"/>
          </w:tcPr>
          <w:p>
            <w:pPr>
              <w:spacing w:after="0" w:line="240" w:lineRule="auto"/>
            </w:pPr>
            <w:r>
              <w:rPr>
                <w:rFonts w:ascii="Arial" w:hAnsi="Arial" w:eastAsia="Arial"/>
                <w:sz w:val="18"/>
              </w:rPr>
            </w:r>
            <w:r>
              <w:rPr>
                <w:rFonts w:ascii="Arial" w:hAnsi="Arial" w:eastAsia="Arial"/>
                <w:b w:val="0"/>
                <w:sz w:val="18"/>
              </w:rPr>
              <w:t>Puterea instalată totală ofertată</w:t>
            </w:r>
          </w:p>
        </w:tc>
        <w:tc>
          <w:tcPr>
            <w:tcW w:type="dxa" w:w="4986"/>
            <w:vAlign w:val="center"/>
          </w:tcPr>
          <w:p>
            <w:pPr>
              <w:spacing w:after="0" w:line="240" w:lineRule="auto"/>
            </w:pPr>
            <w:r>
              <w:rPr>
                <w:rFonts w:ascii="Arial" w:hAnsi="Arial" w:eastAsia="Arial"/>
                <w:sz w:val="18"/>
              </w:rPr>
            </w:r>
            <w:r>
              <w:rPr>
                <w:rFonts w:ascii="Arial" w:hAnsi="Arial" w:eastAsia="Arial"/>
                <w:b w:val="0"/>
                <w:sz w:val="18"/>
              </w:rPr>
              <w:t>________ kW</w:t>
            </w:r>
          </w:p>
        </w:tc>
      </w:tr>
    </w:tbl>
    <w:p>
      <w:pPr>
        <w:widowControl/>
        <w:spacing w:after="80" w:line="252" w:lineRule="auto"/>
      </w:pPr>
      <w:r>
        <w:rPr>
          <w:rFonts w:ascii="Arial" w:hAnsi="Arial" w:eastAsia="Arial"/>
          <w:b w:val="0"/>
          <w:i w:val="0"/>
          <w:sz w:val="20"/>
        </w:rPr>
        <w:t>Declarăm că prețul ofertat include toate costurile necesare executării complete și conforme a contractului, inclusiv aprovizionare, transport, manipulare, demontări, montaj, racordări, utilaje, personal, configurarea sistemului de telegestiune, teste, probe, punere în funcțiune, documentații și garanții.</w:t>
      </w:r>
    </w:p>
    <w:p>
      <w:pPr>
        <w:widowControl/>
        <w:spacing w:after="80" w:line="252" w:lineRule="auto"/>
      </w:pPr>
      <w:r>
        <w:rPr>
          <w:rFonts w:ascii="Arial" w:hAnsi="Arial" w:eastAsia="Arial"/>
          <w:b w:val="0"/>
          <w:i w:val="0"/>
          <w:sz w:val="20"/>
        </w:rPr>
        <w:t>În cazul atribuirii contractului, ne obligăm să constituim garanția de bună execuție în cuantum de 10% din prețul contractului fără TVA, în forma și termenul prevăzute în documentele achiziției și contract.</w:t>
      </w:r>
    </w:p>
    <w:p>
      <w:pPr>
        <w:widowControl/>
        <w:spacing w:after="120" w:line="252" w:lineRule="auto"/>
      </w:pPr>
      <w:r>
        <w:rPr>
          <w:rFonts w:ascii="Arial" w:hAnsi="Arial" w:eastAsia="Arial"/>
          <w:sz w:val="20"/>
        </w:rPr>
        <w:t>La Formularul de ofertă se vor anexa listele de cantități completate cu prețurile unitare și valorile ofertate, corespunzător documentelor „Liste de cantități fără valori” puse la dispoziție de Autoritatea Contractantă, respectiv formularele F1, F2, F3 și F4, precum și extrasele de resurse C6, C7 și C8. Ofertantul va respecta articolele, unitățile de măsură și cantitățile prevăzute în documentația tehnică, fără modificarea acestora. Listele completate vor face parte integrantă din propunerea financiară.</w:t>
      </w:r>
    </w:p>
    <w:p>
      <w:pPr>
        <w:keepLines/>
        <w:widowControl/>
        <w:spacing w:after="60" w:line="252" w:lineRule="auto"/>
      </w:pPr>
      <w:r>
        <w:rPr>
          <w:rFonts w:ascii="Arial" w:hAnsi="Arial" w:eastAsia="Arial"/>
          <w:b w:val="0"/>
          <w:i w:val="0"/>
          <w:sz w:val="20"/>
        </w:rPr>
        <w:t>Data: ________________</w:t>
      </w:r>
    </w:p>
    <w:p>
      <w:pPr>
        <w:keepLines/>
        <w:widowControl/>
        <w:spacing w:after="60" w:line="252" w:lineRule="auto"/>
      </w:pPr>
      <w:r>
        <w:rPr>
          <w:rFonts w:ascii="Arial" w:hAnsi="Arial" w:eastAsia="Arial"/>
          <w:b w:val="0"/>
          <w:i w:val="0"/>
          <w:sz w:val="20"/>
        </w:rPr>
        <w:t>Operator economic: __________________________________________</w:t>
      </w:r>
    </w:p>
    <w:p>
      <w:pPr>
        <w:keepLines/>
        <w:widowControl/>
        <w:spacing w:after="60" w:line="252" w:lineRule="auto"/>
      </w:pPr>
      <w:r>
        <w:rPr>
          <w:rFonts w:ascii="Arial" w:hAnsi="Arial" w:eastAsia="Arial"/>
          <w:b w:val="0"/>
          <w:i w:val="0"/>
          <w:sz w:val="20"/>
        </w:rPr>
        <w:t>Reprezentant legal/împuternicit: _____________________________</w:t>
      </w:r>
    </w:p>
    <w:p>
      <w:pPr>
        <w:keepLines/>
        <w:widowControl/>
        <w:spacing w:after="60" w:line="252" w:lineRule="auto"/>
      </w:pPr>
      <w:r>
        <w:rPr>
          <w:rFonts w:ascii="Arial" w:hAnsi="Arial" w:eastAsia="Arial"/>
          <w:b w:val="0"/>
          <w:i w:val="0"/>
          <w:sz w:val="20"/>
        </w:rPr>
        <w:t>Funcția: ______________________     Semnătura: ________________</w:t>
      </w:r>
    </w:p>
    <w:p>
      <w:pPr>
        <w:widowControl/>
        <w:spacing w:line="252" w:lineRule="auto" w:after="80"/>
      </w:pPr>
      <w:r>
        <w:rPr>
          <w:rFonts w:ascii="Arial" w:hAnsi="Arial" w:eastAsia="Arial"/>
          <w:sz w:val="21"/>
        </w:rPr>
        <w:br w:type="page"/>
      </w:r>
    </w:p>
    <w:p>
      <w:pPr>
        <w:keepNext/>
        <w:widowControl/>
        <w:spacing w:after="40" w:line="252" w:lineRule="auto"/>
        <w:jc w:val="center"/>
      </w:pPr>
      <w:r>
        <w:rPr>
          <w:rFonts w:ascii="Arial" w:hAnsi="Arial" w:eastAsia="Arial"/>
          <w:b/>
          <w:i w:val="0"/>
          <w:sz w:val="20"/>
        </w:rPr>
        <w:t>FORMULARUL NR. 2</w:t>
      </w:r>
    </w:p>
    <w:p>
      <w:pPr>
        <w:keepNext/>
        <w:widowControl/>
        <w:spacing w:after="200" w:line="252" w:lineRule="auto"/>
        <w:jc w:val="center"/>
      </w:pPr>
      <w:r>
        <w:rPr>
          <w:rFonts w:ascii="Arial" w:hAnsi="Arial" w:eastAsia="Arial"/>
          <w:b/>
          <w:i w:val="0"/>
          <w:sz w:val="24"/>
        </w:rPr>
        <w:t>DECLARAȚIE PRIVIND NEÎNCADRAREA ÎN MOTIVELE DE EXCLUDERE PREVĂZUTE LA ART. 164, 165 ȘI 167 DIN LEGEA NR. 98/2016</w:t>
      </w:r>
    </w:p>
    <w:p>
      <w:pPr>
        <w:widowControl/>
        <w:spacing w:after="80" w:line="252" w:lineRule="auto"/>
      </w:pPr>
      <w:r>
        <w:rPr>
          <w:rFonts w:ascii="Arial" w:hAnsi="Arial" w:eastAsia="Arial"/>
          <w:b w:val="0"/>
          <w:i w:val="0"/>
          <w:sz w:val="20"/>
        </w:rPr>
        <w:t>Subsemnatul(a) ______________________________________, în calitate de reprezentant legal/împuternicit al ______________________________________, având calitatea de ofertant/ofertant asociat/subcontractant/terț susținător, declar pe propria răspundere, cunoscând dispozițiile legale privind falsul în declarații, că operatorul economic pe care îl reprezint nu se află în situațiile de excludere aplicabile prevăzute la art. 164, art. 165 și art. 167 din Legea nr. 98/2016 privind achizițiile publice, cu modificările și completările ulterioare.</w:t>
      </w:r>
    </w:p>
    <w:p>
      <w:pPr>
        <w:widowControl/>
        <w:spacing w:after="80" w:line="252" w:lineRule="auto"/>
      </w:pPr>
      <w:r>
        <w:rPr>
          <w:rFonts w:ascii="Arial" w:hAnsi="Arial" w:eastAsia="Arial"/>
          <w:b w:val="0"/>
          <w:i w:val="0"/>
          <w:sz w:val="20"/>
        </w:rPr>
        <w:t>Declar că informațiile furnizate sunt complete și corecte și mă oblig să informez fără întârziere Autoritatea Contractantă dacă, pe parcursul achiziției, intervine orice modificare relevantă.</w:t>
      </w:r>
    </w:p>
    <w:p>
      <w:pPr>
        <w:widowControl/>
        <w:spacing w:after="80" w:line="252" w:lineRule="auto"/>
      </w:pPr>
      <w:r>
        <w:rPr>
          <w:rFonts w:ascii="Arial" w:hAnsi="Arial" w:eastAsia="Arial"/>
          <w:b w:val="0"/>
          <w:i w:val="0"/>
          <w:sz w:val="20"/>
        </w:rPr>
        <w:t>La solicitarea Autorității Contractante, vom prezenta documentele justificative/edificatoare necesare verificării celor declarate, în condițiile documentelor achiziției și ale legislației aplicabile.</w:t>
      </w:r>
    </w:p>
    <w:p>
      <w:pPr>
        <w:widowControl/>
        <w:spacing w:after="80" w:line="252" w:lineRule="auto" w:before="160"/>
      </w:pPr>
      <w:r>
        <w:rPr>
          <w:rFonts w:ascii="Arial" w:hAnsi="Arial" w:eastAsia="Arial"/>
          <w:b w:val="0"/>
          <w:i w:val="0"/>
          <w:sz w:val="20"/>
        </w:rPr>
        <w:t>Notă: formularul se completează distinct, după caz, de ofertant, fiecare ofertant asociat, fiecare subcontractant declarat și fiecare terț susținător.</w:t>
      </w:r>
    </w:p>
    <w:p>
      <w:pPr>
        <w:keepLines/>
        <w:widowControl/>
        <w:spacing w:after="60" w:line="252" w:lineRule="auto"/>
      </w:pPr>
      <w:r>
        <w:rPr>
          <w:rFonts w:ascii="Arial" w:hAnsi="Arial" w:eastAsia="Arial"/>
          <w:b w:val="0"/>
          <w:i w:val="0"/>
          <w:sz w:val="20"/>
        </w:rPr>
        <w:t>Data: ________________</w:t>
      </w:r>
    </w:p>
    <w:p>
      <w:pPr>
        <w:keepLines/>
        <w:widowControl/>
        <w:spacing w:after="60" w:line="252" w:lineRule="auto"/>
      </w:pPr>
      <w:r>
        <w:rPr>
          <w:rFonts w:ascii="Arial" w:hAnsi="Arial" w:eastAsia="Arial"/>
          <w:b w:val="0"/>
          <w:i w:val="0"/>
          <w:sz w:val="20"/>
        </w:rPr>
        <w:t>Operator economic: __________________________________________</w:t>
      </w:r>
    </w:p>
    <w:p>
      <w:pPr>
        <w:keepLines/>
        <w:widowControl/>
        <w:spacing w:after="60" w:line="252" w:lineRule="auto"/>
      </w:pPr>
      <w:r>
        <w:rPr>
          <w:rFonts w:ascii="Arial" w:hAnsi="Arial" w:eastAsia="Arial"/>
          <w:b w:val="0"/>
          <w:i w:val="0"/>
          <w:sz w:val="20"/>
        </w:rPr>
        <w:t>Reprezentant legal/împuternicit: _____________________________</w:t>
      </w:r>
    </w:p>
    <w:p>
      <w:pPr>
        <w:keepLines/>
        <w:widowControl/>
        <w:spacing w:after="60" w:line="252" w:lineRule="auto"/>
      </w:pPr>
      <w:r>
        <w:rPr>
          <w:rFonts w:ascii="Arial" w:hAnsi="Arial" w:eastAsia="Arial"/>
          <w:b w:val="0"/>
          <w:i w:val="0"/>
          <w:sz w:val="20"/>
        </w:rPr>
        <w:t>Funcția: ______________________     Semnătura: ________________</w:t>
      </w:r>
    </w:p>
    <w:p>
      <w:pPr>
        <w:widowControl/>
        <w:spacing w:line="252" w:lineRule="auto" w:after="80"/>
      </w:pPr>
      <w:r>
        <w:rPr>
          <w:rFonts w:ascii="Arial" w:hAnsi="Arial" w:eastAsia="Arial"/>
          <w:sz w:val="21"/>
        </w:rPr>
        <w:br w:type="page"/>
      </w:r>
    </w:p>
    <w:p>
      <w:pPr>
        <w:keepNext/>
        <w:widowControl/>
        <w:spacing w:after="40" w:line="252" w:lineRule="auto"/>
        <w:jc w:val="center"/>
      </w:pPr>
      <w:r>
        <w:rPr>
          <w:rFonts w:ascii="Arial" w:hAnsi="Arial" w:eastAsia="Arial"/>
          <w:b/>
          <w:i w:val="0"/>
          <w:sz w:val="20"/>
        </w:rPr>
        <w:t>FORMULARUL NR. 3</w:t>
      </w:r>
    </w:p>
    <w:p>
      <w:pPr>
        <w:keepNext/>
        <w:widowControl/>
        <w:spacing w:after="200" w:line="252" w:lineRule="auto"/>
        <w:jc w:val="center"/>
      </w:pPr>
      <w:r>
        <w:rPr>
          <w:rFonts w:ascii="Arial" w:hAnsi="Arial" w:eastAsia="Arial"/>
          <w:b/>
          <w:i w:val="0"/>
          <w:sz w:val="24"/>
        </w:rPr>
        <w:t>DECLARAȚIE PRIVIND EVITAREA CONFLICTULUI DE INTERESE</w:t>
      </w:r>
    </w:p>
    <w:p>
      <w:pPr>
        <w:widowControl/>
        <w:spacing w:after="80" w:line="252" w:lineRule="auto"/>
      </w:pPr>
      <w:r>
        <w:rPr>
          <w:rFonts w:ascii="Arial" w:hAnsi="Arial" w:eastAsia="Arial"/>
          <w:b w:val="0"/>
          <w:i w:val="0"/>
          <w:sz w:val="20"/>
        </w:rPr>
        <w:t>Subsemnatul(a) ______________________________________, reprezentant legal/împuternicit al ______________________________________, în calitate de ofertant/ofertant asociat/subcontractant/terț susținător, declar pe propria răspundere că nu mă aflu și că operatorul economic pe care îl reprezint nu se află într-o situație de conflict de interese în legătură cu prezenta achiziție, în sensul art. 59-60 din Legea nr. 98/2016, cu modificările și completările ulterioare.</w:t>
      </w:r>
    </w:p>
    <w:p>
      <w:pPr>
        <w:widowControl/>
        <w:spacing w:after="80" w:line="252" w:lineRule="auto"/>
      </w:pPr>
      <w:r>
        <w:rPr>
          <w:rFonts w:ascii="Arial" w:hAnsi="Arial" w:eastAsia="Arial"/>
          <w:b w:val="0"/>
          <w:i w:val="0"/>
          <w:sz w:val="20"/>
        </w:rPr>
        <w:t>Persoanele cu funcții de decizie indicate în documentele achiziției sunt:</w:t>
      </w:r>
    </w:p>
    <w:tbl>
      <w:tblPr>
        <w:tblW w:type="auto" w:w="0"/>
        <w:tblLayout w:type="autofit"/>
        <w:tblLook w:firstColumn="1" w:firstRow="1" w:lastColumn="0" w:lastRow="0" w:noHBand="0" w:noVBand="1" w:val="04A0"/>
        <w:jc w:val="center"/>
        <w:tblBorders>
          <w:top w:val="single" w:sz="5" w:space="0" w:color="000000"/>
          <w:left w:val="single" w:sz="5" w:space="0" w:color="000000"/>
          <w:bottom w:val="single" w:sz="5" w:space="0" w:color="000000"/>
          <w:right w:val="single" w:sz="5" w:space="0" w:color="000000"/>
          <w:insideH w:val="single" w:sz="5" w:space="0" w:color="000000"/>
          <w:insideV w:val="single" w:sz="5" w:space="0" w:color="000000"/>
        </w:tblBorders>
        <w:tblCellMar>
          <w:top w:w="90" w:type="dxa"/>
          <w:left w:w="90" w:type="dxa"/>
          <w:bottom w:w="90" w:type="dxa"/>
          <w:right w:w="90" w:type="dxa"/>
        </w:tblCellMar>
      </w:tblPr>
      <w:tblGrid>
        <w:gridCol w:w="3324"/>
        <w:gridCol w:w="3324"/>
        <w:gridCol w:w="3324"/>
      </w:tblGrid>
      <w:tr>
        <w:trPr>
          <w:trHeight w:val="425"/>
          <w:cantSplit/>
        </w:trPr>
        <w:tc>
          <w:tcPr>
            <w:tcW w:type="dxa" w:w="3324"/>
            <w:vAlign w:val="center"/>
            <w:shd w:fill="E7E6E6"/>
          </w:tcPr>
          <w:p>
            <w:pPr>
              <w:spacing w:after="0" w:line="240" w:lineRule="auto"/>
              <w:jc w:val="center"/>
            </w:pPr>
            <w:r>
              <w:rPr>
                <w:rFonts w:ascii="Arial" w:hAnsi="Arial" w:eastAsia="Arial"/>
                <w:b/>
                <w:sz w:val="18"/>
              </w:rPr>
            </w:r>
            <w:r>
              <w:rPr>
                <w:rFonts w:ascii="Arial" w:hAnsi="Arial" w:eastAsia="Arial"/>
                <w:b/>
                <w:sz w:val="18"/>
              </w:rPr>
              <w:t>Nr.</w:t>
            </w:r>
          </w:p>
        </w:tc>
        <w:tc>
          <w:tcPr>
            <w:tcW w:type="dxa" w:w="3324"/>
            <w:vAlign w:val="center"/>
            <w:shd w:fill="E7E6E6"/>
          </w:tcPr>
          <w:p>
            <w:pPr>
              <w:spacing w:after="0" w:line="240" w:lineRule="auto"/>
              <w:jc w:val="center"/>
            </w:pPr>
            <w:r>
              <w:rPr>
                <w:rFonts w:ascii="Arial" w:hAnsi="Arial" w:eastAsia="Arial"/>
                <w:b/>
                <w:sz w:val="18"/>
              </w:rPr>
            </w:r>
            <w:r>
              <w:rPr>
                <w:rFonts w:ascii="Arial" w:hAnsi="Arial" w:eastAsia="Arial"/>
                <w:b/>
                <w:sz w:val="18"/>
              </w:rPr>
              <w:t>Nume și prenume</w:t>
            </w:r>
          </w:p>
        </w:tc>
        <w:tc>
          <w:tcPr>
            <w:tcW w:type="dxa" w:w="3324"/>
            <w:vAlign w:val="center"/>
            <w:shd w:fill="E7E6E6"/>
          </w:tcPr>
          <w:p>
            <w:pPr>
              <w:spacing w:after="0" w:line="240" w:lineRule="auto"/>
              <w:jc w:val="center"/>
            </w:pPr>
            <w:r>
              <w:rPr>
                <w:rFonts w:ascii="Arial" w:hAnsi="Arial" w:eastAsia="Arial"/>
                <w:b/>
                <w:sz w:val="18"/>
              </w:rPr>
            </w:r>
            <w:r>
              <w:rPr>
                <w:rFonts w:ascii="Arial" w:hAnsi="Arial" w:eastAsia="Arial"/>
                <w:b/>
                <w:sz w:val="18"/>
              </w:rPr>
              <w:t>Funcția</w:t>
            </w:r>
          </w:p>
        </w:tc>
      </w:tr>
      <w:tr>
        <w:trPr>
          <w:trHeight w:val="482"/>
          <w:cantSplit/>
        </w:trPr>
        <w:tc>
          <w:tcPr>
            <w:tcW w:type="dxa" w:w="3324"/>
            <w:vAlign w:val="center"/>
          </w:tcPr>
          <w:p>
            <w:pPr>
              <w:spacing w:after="0" w:line="240" w:lineRule="auto"/>
            </w:pPr>
            <w:r>
              <w:rPr>
                <w:rFonts w:ascii="Arial" w:hAnsi="Arial" w:eastAsia="Arial"/>
                <w:sz w:val="18"/>
              </w:rPr>
            </w:r>
            <w:r>
              <w:rPr>
                <w:rFonts w:ascii="Arial" w:hAnsi="Arial" w:eastAsia="Arial"/>
                <w:b w:val="0"/>
                <w:sz w:val="18"/>
              </w:rPr>
              <w:t>1</w:t>
            </w:r>
          </w:p>
        </w:tc>
        <w:tc>
          <w:tcPr>
            <w:tcW w:type="dxa" w:w="3324"/>
            <w:vAlign w:val="center"/>
          </w:tcPr>
          <w:p>
            <w:pPr>
              <w:spacing w:after="0" w:line="240" w:lineRule="auto"/>
            </w:pPr>
            <w:r>
              <w:rPr>
                <w:rFonts w:ascii="Arial" w:hAnsi="Arial" w:eastAsia="Arial"/>
                <w:sz w:val="18"/>
              </w:rPr>
            </w:r>
            <w:r>
              <w:rPr>
                <w:rFonts w:ascii="Arial" w:hAnsi="Arial" w:eastAsia="Arial"/>
                <w:b w:val="0"/>
                <w:sz w:val="18"/>
              </w:rPr>
              <w:t>Ciocea Ion</w:t>
            </w:r>
          </w:p>
        </w:tc>
        <w:tc>
          <w:tcPr>
            <w:tcW w:type="dxa" w:w="3324"/>
            <w:vAlign w:val="center"/>
          </w:tcPr>
          <w:p>
            <w:pPr>
              <w:spacing w:after="0" w:line="240" w:lineRule="auto"/>
            </w:pPr>
            <w:r>
              <w:rPr>
                <w:rFonts w:ascii="Arial" w:hAnsi="Arial" w:eastAsia="Arial"/>
                <w:sz w:val="18"/>
              </w:rPr>
            </w:r>
            <w:r>
              <w:rPr>
                <w:rFonts w:ascii="Arial" w:hAnsi="Arial" w:eastAsia="Arial"/>
                <w:b w:val="0"/>
                <w:sz w:val="18"/>
              </w:rPr>
              <w:t>Primar / Ordonator principal de credite</w:t>
            </w:r>
          </w:p>
        </w:tc>
      </w:tr>
      <w:tr>
        <w:trPr>
          <w:trHeight w:val="482"/>
          <w:cantSplit/>
        </w:trPr>
        <w:tc>
          <w:tcPr>
            <w:tcW w:type="dxa" w:w="3324"/>
            <w:vAlign w:val="center"/>
          </w:tcPr>
          <w:p>
            <w:pPr>
              <w:spacing w:after="0" w:line="240" w:lineRule="auto"/>
            </w:pPr>
            <w:r>
              <w:rPr>
                <w:rFonts w:ascii="Arial" w:hAnsi="Arial" w:eastAsia="Arial"/>
                <w:sz w:val="18"/>
              </w:rPr>
            </w:r>
            <w:r>
              <w:rPr>
                <w:rFonts w:ascii="Arial" w:hAnsi="Arial" w:eastAsia="Arial"/>
                <w:b w:val="0"/>
                <w:sz w:val="18"/>
              </w:rPr>
              <w:t>2</w:t>
            </w:r>
          </w:p>
        </w:tc>
        <w:tc>
          <w:tcPr>
            <w:tcW w:type="dxa" w:w="3324"/>
            <w:vAlign w:val="center"/>
          </w:tcPr>
          <w:p>
            <w:pPr>
              <w:spacing w:after="0" w:line="240" w:lineRule="auto"/>
            </w:pPr>
            <w:r>
              <w:rPr>
                <w:rFonts w:ascii="Arial" w:hAnsi="Arial" w:eastAsia="Arial"/>
                <w:sz w:val="18"/>
              </w:rPr>
            </w:r>
            <w:r>
              <w:rPr>
                <w:rFonts w:ascii="Arial" w:hAnsi="Arial" w:eastAsia="Arial"/>
                <w:b w:val="0"/>
                <w:sz w:val="18"/>
              </w:rPr>
              <w:t>Popa Iulius Claudiu</w:t>
            </w:r>
          </w:p>
        </w:tc>
        <w:tc>
          <w:tcPr>
            <w:tcW w:type="dxa" w:w="3324"/>
            <w:vAlign w:val="center"/>
          </w:tcPr>
          <w:p>
            <w:pPr>
              <w:spacing w:after="0" w:line="240" w:lineRule="auto"/>
            </w:pPr>
            <w:r>
              <w:rPr>
                <w:rFonts w:ascii="Arial" w:hAnsi="Arial" w:eastAsia="Arial"/>
                <w:sz w:val="18"/>
              </w:rPr>
            </w:r>
            <w:r>
              <w:rPr>
                <w:rFonts w:ascii="Arial" w:hAnsi="Arial" w:eastAsia="Arial"/>
                <w:b w:val="0"/>
                <w:sz w:val="18"/>
              </w:rPr>
              <w:t>Viceprimar</w:t>
            </w:r>
          </w:p>
        </w:tc>
      </w:tr>
      <w:tr>
        <w:trPr>
          <w:trHeight w:val="482"/>
          <w:cantSplit/>
        </w:trPr>
        <w:tc>
          <w:tcPr>
            <w:tcW w:type="dxa" w:w="3324"/>
            <w:vAlign w:val="center"/>
          </w:tcPr>
          <w:p>
            <w:pPr>
              <w:spacing w:after="0" w:line="240" w:lineRule="auto"/>
            </w:pPr>
            <w:r>
              <w:rPr>
                <w:rFonts w:ascii="Arial" w:hAnsi="Arial" w:eastAsia="Arial"/>
                <w:sz w:val="18"/>
              </w:rPr>
            </w:r>
            <w:r>
              <w:rPr>
                <w:rFonts w:ascii="Arial" w:hAnsi="Arial" w:eastAsia="Arial"/>
                <w:b w:val="0"/>
                <w:sz w:val="18"/>
              </w:rPr>
              <w:t>3</w:t>
            </w:r>
          </w:p>
        </w:tc>
        <w:tc>
          <w:tcPr>
            <w:tcW w:type="dxa" w:w="3324"/>
            <w:vAlign w:val="center"/>
          </w:tcPr>
          <w:p>
            <w:pPr>
              <w:spacing w:after="0" w:line="240" w:lineRule="auto"/>
            </w:pPr>
            <w:r>
              <w:rPr>
                <w:rFonts w:ascii="Arial" w:hAnsi="Arial" w:eastAsia="Arial"/>
                <w:sz w:val="18"/>
              </w:rPr>
            </w:r>
            <w:r>
              <w:rPr>
                <w:rFonts w:ascii="Arial" w:hAnsi="Arial" w:eastAsia="Arial"/>
                <w:b w:val="0"/>
                <w:sz w:val="18"/>
              </w:rPr>
              <w:t>Mihailescu Radu Ranut</w:t>
            </w:r>
          </w:p>
        </w:tc>
        <w:tc>
          <w:tcPr>
            <w:tcW w:type="dxa" w:w="3324"/>
            <w:vAlign w:val="center"/>
          </w:tcPr>
          <w:p>
            <w:pPr>
              <w:spacing w:after="0" w:line="240" w:lineRule="auto"/>
            </w:pPr>
            <w:r>
              <w:rPr>
                <w:rFonts w:ascii="Arial" w:hAnsi="Arial" w:eastAsia="Arial"/>
                <w:sz w:val="18"/>
              </w:rPr>
            </w:r>
            <w:r>
              <w:rPr>
                <w:rFonts w:ascii="Arial" w:hAnsi="Arial" w:eastAsia="Arial"/>
                <w:b w:val="0"/>
                <w:sz w:val="18"/>
              </w:rPr>
              <w:t>Secretar General UAT</w:t>
            </w:r>
          </w:p>
        </w:tc>
      </w:tr>
      <w:tr>
        <w:trPr>
          <w:trHeight w:val="482"/>
          <w:cantSplit/>
        </w:trPr>
        <w:tc>
          <w:tcPr>
            <w:tcW w:type="dxa" w:w="3324"/>
            <w:vAlign w:val="center"/>
          </w:tcPr>
          <w:p>
            <w:pPr>
              <w:spacing w:after="0" w:line="240" w:lineRule="auto"/>
            </w:pPr>
            <w:r>
              <w:rPr>
                <w:rFonts w:ascii="Arial" w:hAnsi="Arial" w:eastAsia="Arial"/>
                <w:sz w:val="18"/>
              </w:rPr>
            </w:r>
            <w:r>
              <w:rPr>
                <w:rFonts w:ascii="Arial" w:hAnsi="Arial" w:eastAsia="Arial"/>
                <w:b w:val="0"/>
                <w:sz w:val="18"/>
              </w:rPr>
              <w:t>4</w:t>
            </w:r>
          </w:p>
        </w:tc>
        <w:tc>
          <w:tcPr>
            <w:tcW w:type="dxa" w:w="3324"/>
            <w:vAlign w:val="center"/>
          </w:tcPr>
          <w:p>
            <w:pPr>
              <w:spacing w:after="0" w:line="240" w:lineRule="auto"/>
            </w:pPr>
            <w:r>
              <w:rPr>
                <w:rFonts w:ascii="Arial" w:hAnsi="Arial" w:eastAsia="Arial"/>
                <w:sz w:val="18"/>
              </w:rPr>
            </w:r>
            <w:r>
              <w:rPr>
                <w:rFonts w:ascii="Arial" w:hAnsi="Arial" w:eastAsia="Arial"/>
                <w:b w:val="0"/>
                <w:sz w:val="18"/>
              </w:rPr>
              <w:t>Sbora Elena Gianina</w:t>
            </w:r>
          </w:p>
        </w:tc>
        <w:tc>
          <w:tcPr>
            <w:tcW w:type="dxa" w:w="3324"/>
            <w:vAlign w:val="center"/>
          </w:tcPr>
          <w:p>
            <w:pPr>
              <w:spacing w:after="0" w:line="240" w:lineRule="auto"/>
            </w:pPr>
            <w:r>
              <w:rPr>
                <w:rFonts w:ascii="Arial" w:hAnsi="Arial" w:eastAsia="Arial"/>
                <w:sz w:val="18"/>
              </w:rPr>
            </w:r>
            <w:r>
              <w:rPr>
                <w:rFonts w:ascii="Arial" w:hAnsi="Arial" w:eastAsia="Arial"/>
                <w:b w:val="0"/>
                <w:sz w:val="18"/>
              </w:rPr>
              <w:t>Contabil</w:t>
            </w:r>
          </w:p>
        </w:tc>
      </w:tr>
      <w:tr>
        <w:trPr>
          <w:trHeight w:val="482"/>
          <w:cantSplit/>
        </w:trPr>
        <w:tc>
          <w:tcPr>
            <w:tcW w:type="dxa" w:w="3324"/>
            <w:vAlign w:val="center"/>
          </w:tcPr>
          <w:p>
            <w:pPr>
              <w:spacing w:after="0" w:line="240" w:lineRule="auto"/>
            </w:pPr>
            <w:r>
              <w:rPr>
                <w:rFonts w:ascii="Arial" w:hAnsi="Arial" w:eastAsia="Arial"/>
                <w:sz w:val="18"/>
              </w:rPr>
            </w:r>
            <w:r>
              <w:rPr>
                <w:rFonts w:ascii="Arial" w:hAnsi="Arial" w:eastAsia="Arial"/>
                <w:b w:val="0"/>
                <w:sz w:val="18"/>
              </w:rPr>
              <w:t>5</w:t>
            </w:r>
          </w:p>
        </w:tc>
        <w:tc>
          <w:tcPr>
            <w:tcW w:type="dxa" w:w="3324"/>
            <w:vAlign w:val="center"/>
          </w:tcPr>
          <w:p>
            <w:pPr>
              <w:spacing w:after="0" w:line="240" w:lineRule="auto"/>
            </w:pPr>
            <w:r>
              <w:rPr>
                <w:rFonts w:ascii="Arial" w:hAnsi="Arial" w:eastAsia="Arial"/>
                <w:sz w:val="18"/>
              </w:rPr>
            </w:r>
            <w:r>
              <w:rPr>
                <w:rFonts w:ascii="Arial" w:hAnsi="Arial" w:eastAsia="Arial"/>
                <w:b w:val="0"/>
                <w:sz w:val="18"/>
              </w:rPr>
              <w:t>Balacescu Maria Lavinia</w:t>
            </w:r>
          </w:p>
        </w:tc>
        <w:tc>
          <w:tcPr>
            <w:tcW w:type="dxa" w:w="3324"/>
            <w:vAlign w:val="center"/>
          </w:tcPr>
          <w:p>
            <w:pPr>
              <w:spacing w:after="0" w:line="240" w:lineRule="auto"/>
            </w:pPr>
            <w:r>
              <w:rPr>
                <w:rFonts w:ascii="Arial" w:hAnsi="Arial" w:eastAsia="Arial"/>
                <w:sz w:val="18"/>
              </w:rPr>
            </w:r>
            <w:r>
              <w:rPr>
                <w:rFonts w:ascii="Arial" w:hAnsi="Arial" w:eastAsia="Arial"/>
                <w:b w:val="0"/>
                <w:sz w:val="18"/>
              </w:rPr>
              <w:t>Consilier achiziții publice</w:t>
            </w:r>
          </w:p>
        </w:tc>
      </w:tr>
    </w:tbl>
    <w:p>
      <w:pPr>
        <w:widowControl/>
        <w:spacing w:after="80" w:line="252" w:lineRule="auto"/>
      </w:pPr>
      <w:r>
        <w:rPr>
          <w:rFonts w:ascii="Arial" w:hAnsi="Arial" w:eastAsia="Arial"/>
          <w:b w:val="0"/>
          <w:i w:val="0"/>
          <w:sz w:val="20"/>
        </w:rPr>
        <w:t>Mă oblig să informez imediat Autoritatea Contractantă dacă intervine o situație care poate genera un conflict de interese pe parcursul achiziției sau, după caz, al executării contractului.</w:t>
      </w:r>
    </w:p>
    <w:p>
      <w:pPr>
        <w:keepLines/>
        <w:widowControl/>
        <w:spacing w:after="60" w:line="252" w:lineRule="auto"/>
      </w:pPr>
      <w:r>
        <w:rPr>
          <w:rFonts w:ascii="Arial" w:hAnsi="Arial" w:eastAsia="Arial"/>
          <w:b w:val="0"/>
          <w:i w:val="0"/>
          <w:sz w:val="20"/>
        </w:rPr>
        <w:t>Data: ________________</w:t>
      </w:r>
    </w:p>
    <w:p>
      <w:pPr>
        <w:keepLines/>
        <w:widowControl/>
        <w:spacing w:after="60" w:line="252" w:lineRule="auto"/>
      </w:pPr>
      <w:r>
        <w:rPr>
          <w:rFonts w:ascii="Arial" w:hAnsi="Arial" w:eastAsia="Arial"/>
          <w:b w:val="0"/>
          <w:i w:val="0"/>
          <w:sz w:val="20"/>
        </w:rPr>
        <w:t>Operator economic: __________________________________________</w:t>
      </w:r>
    </w:p>
    <w:p>
      <w:pPr>
        <w:keepLines/>
        <w:widowControl/>
        <w:spacing w:after="60" w:line="252" w:lineRule="auto"/>
      </w:pPr>
      <w:r>
        <w:rPr>
          <w:rFonts w:ascii="Arial" w:hAnsi="Arial" w:eastAsia="Arial"/>
          <w:b w:val="0"/>
          <w:i w:val="0"/>
          <w:sz w:val="20"/>
        </w:rPr>
        <w:t>Reprezentant legal/împuternicit: _____________________________</w:t>
      </w:r>
    </w:p>
    <w:p>
      <w:pPr>
        <w:keepLines/>
        <w:widowControl/>
        <w:spacing w:after="60" w:line="252" w:lineRule="auto"/>
      </w:pPr>
      <w:r>
        <w:rPr>
          <w:rFonts w:ascii="Arial" w:hAnsi="Arial" w:eastAsia="Arial"/>
          <w:b w:val="0"/>
          <w:i w:val="0"/>
          <w:sz w:val="20"/>
        </w:rPr>
        <w:t>Funcția: ______________________     Semnătura: ________________</w:t>
      </w:r>
    </w:p>
    <w:p>
      <w:pPr>
        <w:widowControl/>
        <w:spacing w:line="252" w:lineRule="auto" w:after="80"/>
      </w:pPr>
      <w:r>
        <w:rPr>
          <w:rFonts w:ascii="Arial" w:hAnsi="Arial" w:eastAsia="Arial"/>
          <w:sz w:val="21"/>
        </w:rPr>
        <w:br w:type="page"/>
      </w:r>
    </w:p>
    <w:p>
      <w:pPr>
        <w:keepNext/>
        <w:widowControl/>
        <w:spacing w:after="40" w:line="252" w:lineRule="auto"/>
        <w:jc w:val="center"/>
      </w:pPr>
      <w:r>
        <w:rPr>
          <w:rFonts w:ascii="Arial" w:hAnsi="Arial" w:eastAsia="Arial"/>
          <w:b/>
          <w:i w:val="0"/>
          <w:sz w:val="20"/>
        </w:rPr>
        <w:t>FORMULARUL NR. 4</w:t>
      </w:r>
    </w:p>
    <w:p>
      <w:pPr>
        <w:keepNext/>
        <w:widowControl/>
        <w:spacing w:after="200" w:line="252" w:lineRule="auto"/>
        <w:jc w:val="center"/>
      </w:pPr>
      <w:r>
        <w:rPr>
          <w:rFonts w:ascii="Arial" w:hAnsi="Arial" w:eastAsia="Arial"/>
          <w:b/>
          <w:i w:val="0"/>
          <w:sz w:val="24"/>
        </w:rPr>
        <w:t>DECLARAȚIE / LISTĂ PRIVIND EXPERIENȚA SIMILARĂ</w:t>
      </w:r>
    </w:p>
    <w:p>
      <w:pPr>
        <w:widowControl/>
        <w:spacing w:after="80" w:line="252" w:lineRule="auto"/>
      </w:pPr>
      <w:r>
        <w:rPr>
          <w:rFonts w:ascii="Arial" w:hAnsi="Arial" w:eastAsia="Arial"/>
          <w:b w:val="0"/>
          <w:i w:val="0"/>
          <w:sz w:val="20"/>
        </w:rPr>
        <w:t>Subsemnatul(a) ______________________________________, reprezentant legal/împuternicit al ______________________________________, declar că operatorul economic a executat în ultimii 5 ani raportați la termenul-limită de depunere a ofertelor următoarele lucrări relevante pentru cerința de experiență similară:</w:t>
      </w:r>
    </w:p>
    <w:tbl>
      <w:tblPr>
        <w:tblW w:type="auto" w:w="0"/>
        <w:tblLayout w:type="autofit"/>
        <w:tblLook w:firstColumn="1" w:firstRow="1" w:lastColumn="0" w:lastRow="0" w:noHBand="0" w:noVBand="1" w:val="04A0"/>
        <w:jc w:val="center"/>
        <w:tblBorders>
          <w:top w:val="single" w:sz="5" w:space="0" w:color="000000"/>
          <w:left w:val="single" w:sz="5" w:space="0" w:color="000000"/>
          <w:bottom w:val="single" w:sz="5" w:space="0" w:color="000000"/>
          <w:right w:val="single" w:sz="5" w:space="0" w:color="000000"/>
          <w:insideH w:val="single" w:sz="5" w:space="0" w:color="000000"/>
          <w:insideV w:val="single" w:sz="5" w:space="0" w:color="000000"/>
        </w:tblBorders>
        <w:tblCellMar>
          <w:top w:w="90" w:type="dxa"/>
          <w:left w:w="90" w:type="dxa"/>
          <w:bottom w:w="90" w:type="dxa"/>
          <w:right w:w="90" w:type="dxa"/>
        </w:tblCellMar>
      </w:tblPr>
      <w:tblGrid>
        <w:gridCol w:w="1662"/>
        <w:gridCol w:w="1662"/>
        <w:gridCol w:w="1662"/>
        <w:gridCol w:w="1662"/>
        <w:gridCol w:w="1662"/>
        <w:gridCol w:w="1662"/>
      </w:tblGrid>
      <w:tr>
        <w:trPr>
          <w:trHeight w:val="425"/>
          <w:cantSplit/>
        </w:trPr>
        <w:tc>
          <w:tcPr>
            <w:tcW w:type="dxa" w:w="1662"/>
            <w:vAlign w:val="center"/>
            <w:shd w:fill="E7E6E6"/>
          </w:tcPr>
          <w:p>
            <w:pPr>
              <w:spacing w:after="0" w:line="240" w:lineRule="auto"/>
              <w:jc w:val="center"/>
            </w:pPr>
            <w:r>
              <w:rPr>
                <w:rFonts w:ascii="Arial" w:hAnsi="Arial" w:eastAsia="Arial"/>
                <w:b/>
                <w:sz w:val="18"/>
              </w:rPr>
            </w:r>
            <w:r>
              <w:rPr>
                <w:rFonts w:ascii="Arial" w:hAnsi="Arial" w:eastAsia="Arial"/>
                <w:b/>
                <w:sz w:val="18"/>
              </w:rPr>
              <w:t>Nr.</w:t>
            </w:r>
          </w:p>
        </w:tc>
        <w:tc>
          <w:tcPr>
            <w:tcW w:type="dxa" w:w="1662"/>
            <w:vAlign w:val="center"/>
            <w:shd w:fill="E7E6E6"/>
          </w:tcPr>
          <w:p>
            <w:pPr>
              <w:spacing w:after="0" w:line="240" w:lineRule="auto"/>
              <w:jc w:val="center"/>
            </w:pPr>
            <w:r>
              <w:rPr>
                <w:rFonts w:ascii="Arial" w:hAnsi="Arial" w:eastAsia="Arial"/>
                <w:b/>
                <w:sz w:val="18"/>
              </w:rPr>
            </w:r>
            <w:r>
              <w:rPr>
                <w:rFonts w:ascii="Arial" w:hAnsi="Arial" w:eastAsia="Arial"/>
                <w:b/>
                <w:sz w:val="18"/>
              </w:rPr>
              <w:t>Obiectul contractului / tipul lucrărilor</w:t>
            </w:r>
          </w:p>
        </w:tc>
        <w:tc>
          <w:tcPr>
            <w:tcW w:type="dxa" w:w="1662"/>
            <w:vAlign w:val="center"/>
            <w:shd w:fill="E7E6E6"/>
          </w:tcPr>
          <w:p>
            <w:pPr>
              <w:spacing w:after="0" w:line="240" w:lineRule="auto"/>
              <w:jc w:val="center"/>
            </w:pPr>
            <w:r>
              <w:rPr>
                <w:rFonts w:ascii="Arial" w:hAnsi="Arial" w:eastAsia="Arial"/>
                <w:b/>
                <w:sz w:val="18"/>
              </w:rPr>
            </w:r>
            <w:r>
              <w:rPr>
                <w:rFonts w:ascii="Arial" w:hAnsi="Arial" w:eastAsia="Arial"/>
                <w:b/>
                <w:sz w:val="18"/>
              </w:rPr>
              <w:t>Beneficiar</w:t>
            </w:r>
          </w:p>
        </w:tc>
        <w:tc>
          <w:tcPr>
            <w:tcW w:type="dxa" w:w="1662"/>
            <w:vAlign w:val="center"/>
            <w:shd w:fill="E7E6E6"/>
          </w:tcPr>
          <w:p>
            <w:pPr>
              <w:spacing w:after="0" w:line="240" w:lineRule="auto"/>
              <w:jc w:val="center"/>
            </w:pPr>
            <w:r>
              <w:rPr>
                <w:rFonts w:ascii="Arial" w:hAnsi="Arial" w:eastAsia="Arial"/>
                <w:b/>
                <w:sz w:val="18"/>
              </w:rPr>
            </w:r>
            <w:r>
              <w:rPr>
                <w:rFonts w:ascii="Arial" w:hAnsi="Arial" w:eastAsia="Arial"/>
                <w:b/>
                <w:sz w:val="18"/>
              </w:rPr>
              <w:t>Perioada</w:t>
            </w:r>
          </w:p>
        </w:tc>
        <w:tc>
          <w:tcPr>
            <w:tcW w:type="dxa" w:w="1662"/>
            <w:vAlign w:val="center"/>
            <w:shd w:fill="E7E6E6"/>
          </w:tcPr>
          <w:p>
            <w:pPr>
              <w:spacing w:after="0" w:line="240" w:lineRule="auto"/>
              <w:jc w:val="center"/>
            </w:pPr>
            <w:r>
              <w:rPr>
                <w:rFonts w:ascii="Arial" w:hAnsi="Arial" w:eastAsia="Arial"/>
                <w:b/>
                <w:sz w:val="18"/>
              </w:rPr>
            </w:r>
            <w:r>
              <w:rPr>
                <w:rFonts w:ascii="Arial" w:hAnsi="Arial" w:eastAsia="Arial"/>
                <w:b/>
                <w:sz w:val="18"/>
              </w:rPr>
              <w:t>Valoarea lucrărilor executate fără TVA (lei)</w:t>
            </w:r>
          </w:p>
        </w:tc>
        <w:tc>
          <w:tcPr>
            <w:tcW w:type="dxa" w:w="1662"/>
            <w:vAlign w:val="center"/>
            <w:shd w:fill="E7E6E6"/>
          </w:tcPr>
          <w:p>
            <w:pPr>
              <w:spacing w:after="0" w:line="240" w:lineRule="auto"/>
              <w:jc w:val="center"/>
            </w:pPr>
            <w:r>
              <w:rPr>
                <w:rFonts w:ascii="Arial" w:hAnsi="Arial" w:eastAsia="Arial"/>
                <w:b/>
                <w:sz w:val="18"/>
              </w:rPr>
            </w:r>
            <w:r>
              <w:rPr>
                <w:rFonts w:ascii="Arial" w:hAnsi="Arial" w:eastAsia="Arial"/>
                <w:b/>
                <w:sz w:val="18"/>
              </w:rPr>
              <w:t>Document doveditor</w:t>
            </w:r>
          </w:p>
        </w:tc>
      </w:tr>
      <w:tr>
        <w:trPr>
          <w:trHeight w:val="482"/>
          <w:cantSplit/>
        </w:trPr>
        <w:tc>
          <w:tcPr>
            <w:tcW w:type="dxa" w:w="1662"/>
            <w:vAlign w:val="center"/>
          </w:tcPr>
          <w:p>
            <w:pPr>
              <w:spacing w:after="0" w:line="240" w:lineRule="auto"/>
            </w:pPr>
            <w:r>
              <w:rPr>
                <w:rFonts w:ascii="Arial" w:hAnsi="Arial" w:eastAsia="Arial"/>
                <w:sz w:val="18"/>
              </w:rPr>
            </w:r>
            <w:r>
              <w:rPr>
                <w:rFonts w:ascii="Arial" w:hAnsi="Arial" w:eastAsia="Arial"/>
                <w:b w:val="0"/>
                <w:sz w:val="18"/>
              </w:rPr>
              <w:t>1</w:t>
            </w:r>
          </w:p>
        </w:tc>
        <w:tc>
          <w:tcPr>
            <w:tcW w:type="dxa" w:w="1662"/>
            <w:vAlign w:val="center"/>
          </w:tcPr>
          <w:p>
            <w:pPr>
              <w:spacing w:after="0" w:line="240" w:lineRule="auto"/>
            </w:pPr>
            <w:r>
              <w:rPr>
                <w:rFonts w:ascii="Arial" w:hAnsi="Arial" w:eastAsia="Arial"/>
                <w:sz w:val="18"/>
              </w:rPr>
            </w:r>
            <w:r>
              <w:rPr>
                <w:rFonts w:ascii="Arial" w:hAnsi="Arial" w:eastAsia="Arial"/>
                <w:b w:val="0"/>
                <w:sz w:val="18"/>
              </w:rPr>
            </w:r>
          </w:p>
        </w:tc>
        <w:tc>
          <w:tcPr>
            <w:tcW w:type="dxa" w:w="1662"/>
            <w:vAlign w:val="center"/>
          </w:tcPr>
          <w:p>
            <w:pPr>
              <w:spacing w:after="0" w:line="240" w:lineRule="auto"/>
            </w:pPr>
            <w:r>
              <w:rPr>
                <w:rFonts w:ascii="Arial" w:hAnsi="Arial" w:eastAsia="Arial"/>
                <w:sz w:val="18"/>
              </w:rPr>
            </w:r>
            <w:r>
              <w:rPr>
                <w:rFonts w:ascii="Arial" w:hAnsi="Arial" w:eastAsia="Arial"/>
                <w:b w:val="0"/>
                <w:sz w:val="18"/>
              </w:rPr>
            </w:r>
          </w:p>
        </w:tc>
        <w:tc>
          <w:tcPr>
            <w:tcW w:type="dxa" w:w="1662"/>
            <w:vAlign w:val="center"/>
          </w:tcPr>
          <w:p>
            <w:pPr>
              <w:spacing w:after="0" w:line="240" w:lineRule="auto"/>
            </w:pPr>
            <w:r>
              <w:rPr>
                <w:rFonts w:ascii="Arial" w:hAnsi="Arial" w:eastAsia="Arial"/>
                <w:sz w:val="18"/>
              </w:rPr>
            </w:r>
            <w:r>
              <w:rPr>
                <w:rFonts w:ascii="Arial" w:hAnsi="Arial" w:eastAsia="Arial"/>
                <w:b w:val="0"/>
                <w:sz w:val="18"/>
              </w:rPr>
            </w:r>
          </w:p>
        </w:tc>
        <w:tc>
          <w:tcPr>
            <w:tcW w:type="dxa" w:w="1662"/>
            <w:vAlign w:val="center"/>
          </w:tcPr>
          <w:p>
            <w:pPr>
              <w:spacing w:after="0" w:line="240" w:lineRule="auto"/>
            </w:pPr>
            <w:r>
              <w:rPr>
                <w:rFonts w:ascii="Arial" w:hAnsi="Arial" w:eastAsia="Arial"/>
                <w:sz w:val="18"/>
              </w:rPr>
            </w:r>
            <w:r>
              <w:rPr>
                <w:rFonts w:ascii="Arial" w:hAnsi="Arial" w:eastAsia="Arial"/>
                <w:b w:val="0"/>
                <w:sz w:val="18"/>
              </w:rPr>
            </w:r>
          </w:p>
        </w:tc>
        <w:tc>
          <w:tcPr>
            <w:tcW w:type="dxa" w:w="1662"/>
            <w:vAlign w:val="center"/>
          </w:tcPr>
          <w:p>
            <w:pPr>
              <w:spacing w:after="0" w:line="240" w:lineRule="auto"/>
            </w:pPr>
            <w:r>
              <w:rPr>
                <w:rFonts w:ascii="Arial" w:hAnsi="Arial" w:eastAsia="Arial"/>
                <w:sz w:val="18"/>
              </w:rPr>
            </w:r>
            <w:r>
              <w:rPr>
                <w:rFonts w:ascii="Arial" w:hAnsi="Arial" w:eastAsia="Arial"/>
                <w:b w:val="0"/>
                <w:sz w:val="18"/>
              </w:rPr>
            </w:r>
          </w:p>
        </w:tc>
      </w:tr>
      <w:tr>
        <w:trPr>
          <w:trHeight w:val="482"/>
          <w:cantSplit/>
        </w:trPr>
        <w:tc>
          <w:tcPr>
            <w:tcW w:type="dxa" w:w="1662"/>
            <w:vAlign w:val="center"/>
          </w:tcPr>
          <w:p>
            <w:pPr>
              <w:spacing w:after="0" w:line="240" w:lineRule="auto"/>
            </w:pPr>
            <w:r>
              <w:rPr>
                <w:rFonts w:ascii="Arial" w:hAnsi="Arial" w:eastAsia="Arial"/>
                <w:sz w:val="18"/>
              </w:rPr>
            </w:r>
            <w:r>
              <w:rPr>
                <w:rFonts w:ascii="Arial" w:hAnsi="Arial" w:eastAsia="Arial"/>
                <w:b w:val="0"/>
                <w:sz w:val="18"/>
              </w:rPr>
              <w:t>2</w:t>
            </w:r>
          </w:p>
        </w:tc>
        <w:tc>
          <w:tcPr>
            <w:tcW w:type="dxa" w:w="1662"/>
            <w:vAlign w:val="center"/>
          </w:tcPr>
          <w:p>
            <w:pPr>
              <w:spacing w:after="0" w:line="240" w:lineRule="auto"/>
            </w:pPr>
            <w:r>
              <w:rPr>
                <w:rFonts w:ascii="Arial" w:hAnsi="Arial" w:eastAsia="Arial"/>
                <w:sz w:val="18"/>
              </w:rPr>
            </w:r>
            <w:r>
              <w:rPr>
                <w:rFonts w:ascii="Arial" w:hAnsi="Arial" w:eastAsia="Arial"/>
                <w:b w:val="0"/>
                <w:sz w:val="18"/>
              </w:rPr>
            </w:r>
          </w:p>
        </w:tc>
        <w:tc>
          <w:tcPr>
            <w:tcW w:type="dxa" w:w="1662"/>
            <w:vAlign w:val="center"/>
          </w:tcPr>
          <w:p>
            <w:pPr>
              <w:spacing w:after="0" w:line="240" w:lineRule="auto"/>
            </w:pPr>
            <w:r>
              <w:rPr>
                <w:rFonts w:ascii="Arial" w:hAnsi="Arial" w:eastAsia="Arial"/>
                <w:sz w:val="18"/>
              </w:rPr>
            </w:r>
            <w:r>
              <w:rPr>
                <w:rFonts w:ascii="Arial" w:hAnsi="Arial" w:eastAsia="Arial"/>
                <w:b w:val="0"/>
                <w:sz w:val="18"/>
              </w:rPr>
            </w:r>
          </w:p>
        </w:tc>
        <w:tc>
          <w:tcPr>
            <w:tcW w:type="dxa" w:w="1662"/>
            <w:vAlign w:val="center"/>
          </w:tcPr>
          <w:p>
            <w:pPr>
              <w:spacing w:after="0" w:line="240" w:lineRule="auto"/>
            </w:pPr>
            <w:r>
              <w:rPr>
                <w:rFonts w:ascii="Arial" w:hAnsi="Arial" w:eastAsia="Arial"/>
                <w:sz w:val="18"/>
              </w:rPr>
            </w:r>
            <w:r>
              <w:rPr>
                <w:rFonts w:ascii="Arial" w:hAnsi="Arial" w:eastAsia="Arial"/>
                <w:b w:val="0"/>
                <w:sz w:val="18"/>
              </w:rPr>
            </w:r>
          </w:p>
        </w:tc>
        <w:tc>
          <w:tcPr>
            <w:tcW w:type="dxa" w:w="1662"/>
            <w:vAlign w:val="center"/>
          </w:tcPr>
          <w:p>
            <w:pPr>
              <w:spacing w:after="0" w:line="240" w:lineRule="auto"/>
            </w:pPr>
            <w:r>
              <w:rPr>
                <w:rFonts w:ascii="Arial" w:hAnsi="Arial" w:eastAsia="Arial"/>
                <w:sz w:val="18"/>
              </w:rPr>
            </w:r>
            <w:r>
              <w:rPr>
                <w:rFonts w:ascii="Arial" w:hAnsi="Arial" w:eastAsia="Arial"/>
                <w:b w:val="0"/>
                <w:sz w:val="18"/>
              </w:rPr>
            </w:r>
          </w:p>
        </w:tc>
        <w:tc>
          <w:tcPr>
            <w:tcW w:type="dxa" w:w="1662"/>
            <w:vAlign w:val="center"/>
          </w:tcPr>
          <w:p>
            <w:pPr>
              <w:spacing w:after="0" w:line="240" w:lineRule="auto"/>
            </w:pPr>
            <w:r>
              <w:rPr>
                <w:rFonts w:ascii="Arial" w:hAnsi="Arial" w:eastAsia="Arial"/>
                <w:sz w:val="18"/>
              </w:rPr>
            </w:r>
            <w:r>
              <w:rPr>
                <w:rFonts w:ascii="Arial" w:hAnsi="Arial" w:eastAsia="Arial"/>
                <w:b w:val="0"/>
                <w:sz w:val="18"/>
              </w:rPr>
            </w:r>
          </w:p>
        </w:tc>
      </w:tr>
      <w:tr>
        <w:trPr>
          <w:trHeight w:val="482"/>
          <w:cantSplit/>
        </w:trPr>
        <w:tc>
          <w:tcPr>
            <w:tcW w:type="dxa" w:w="1662"/>
            <w:vAlign w:val="center"/>
          </w:tcPr>
          <w:p>
            <w:pPr>
              <w:spacing w:after="0" w:line="240" w:lineRule="auto"/>
            </w:pPr>
            <w:r>
              <w:rPr>
                <w:rFonts w:ascii="Arial" w:hAnsi="Arial" w:eastAsia="Arial"/>
                <w:sz w:val="18"/>
              </w:rPr>
            </w:r>
            <w:r>
              <w:rPr>
                <w:rFonts w:ascii="Arial" w:hAnsi="Arial" w:eastAsia="Arial"/>
                <w:b w:val="0"/>
                <w:sz w:val="18"/>
              </w:rPr>
              <w:t>3</w:t>
            </w:r>
          </w:p>
        </w:tc>
        <w:tc>
          <w:tcPr>
            <w:tcW w:type="dxa" w:w="1662"/>
            <w:vAlign w:val="center"/>
          </w:tcPr>
          <w:p>
            <w:pPr>
              <w:spacing w:after="0" w:line="240" w:lineRule="auto"/>
            </w:pPr>
            <w:r>
              <w:rPr>
                <w:rFonts w:ascii="Arial" w:hAnsi="Arial" w:eastAsia="Arial"/>
                <w:sz w:val="18"/>
              </w:rPr>
            </w:r>
            <w:r>
              <w:rPr>
                <w:rFonts w:ascii="Arial" w:hAnsi="Arial" w:eastAsia="Arial"/>
                <w:b w:val="0"/>
                <w:sz w:val="18"/>
              </w:rPr>
            </w:r>
          </w:p>
        </w:tc>
        <w:tc>
          <w:tcPr>
            <w:tcW w:type="dxa" w:w="1662"/>
            <w:vAlign w:val="center"/>
          </w:tcPr>
          <w:p>
            <w:pPr>
              <w:spacing w:after="0" w:line="240" w:lineRule="auto"/>
            </w:pPr>
            <w:r>
              <w:rPr>
                <w:rFonts w:ascii="Arial" w:hAnsi="Arial" w:eastAsia="Arial"/>
                <w:sz w:val="18"/>
              </w:rPr>
            </w:r>
            <w:r>
              <w:rPr>
                <w:rFonts w:ascii="Arial" w:hAnsi="Arial" w:eastAsia="Arial"/>
                <w:b w:val="0"/>
                <w:sz w:val="18"/>
              </w:rPr>
            </w:r>
          </w:p>
        </w:tc>
        <w:tc>
          <w:tcPr>
            <w:tcW w:type="dxa" w:w="1662"/>
            <w:vAlign w:val="center"/>
          </w:tcPr>
          <w:p>
            <w:pPr>
              <w:spacing w:after="0" w:line="240" w:lineRule="auto"/>
            </w:pPr>
            <w:r>
              <w:rPr>
                <w:rFonts w:ascii="Arial" w:hAnsi="Arial" w:eastAsia="Arial"/>
                <w:sz w:val="18"/>
              </w:rPr>
            </w:r>
            <w:r>
              <w:rPr>
                <w:rFonts w:ascii="Arial" w:hAnsi="Arial" w:eastAsia="Arial"/>
                <w:b w:val="0"/>
                <w:sz w:val="18"/>
              </w:rPr>
            </w:r>
          </w:p>
        </w:tc>
        <w:tc>
          <w:tcPr>
            <w:tcW w:type="dxa" w:w="1662"/>
            <w:vAlign w:val="center"/>
          </w:tcPr>
          <w:p>
            <w:pPr>
              <w:spacing w:after="0" w:line="240" w:lineRule="auto"/>
            </w:pPr>
            <w:r>
              <w:rPr>
                <w:rFonts w:ascii="Arial" w:hAnsi="Arial" w:eastAsia="Arial"/>
                <w:sz w:val="18"/>
              </w:rPr>
            </w:r>
            <w:r>
              <w:rPr>
                <w:rFonts w:ascii="Arial" w:hAnsi="Arial" w:eastAsia="Arial"/>
                <w:b w:val="0"/>
                <w:sz w:val="18"/>
              </w:rPr>
            </w:r>
          </w:p>
        </w:tc>
        <w:tc>
          <w:tcPr>
            <w:tcW w:type="dxa" w:w="1662"/>
            <w:vAlign w:val="center"/>
          </w:tcPr>
          <w:p>
            <w:pPr>
              <w:spacing w:after="0" w:line="240" w:lineRule="auto"/>
            </w:pPr>
            <w:r>
              <w:rPr>
                <w:rFonts w:ascii="Arial" w:hAnsi="Arial" w:eastAsia="Arial"/>
                <w:sz w:val="18"/>
              </w:rPr>
            </w:r>
            <w:r>
              <w:rPr>
                <w:rFonts w:ascii="Arial" w:hAnsi="Arial" w:eastAsia="Arial"/>
                <w:b w:val="0"/>
                <w:sz w:val="18"/>
              </w:rPr>
            </w:r>
          </w:p>
        </w:tc>
      </w:tr>
    </w:tbl>
    <w:p>
      <w:pPr>
        <w:widowControl/>
        <w:spacing w:after="80" w:line="252" w:lineRule="auto"/>
      </w:pPr>
      <w:r>
        <w:rPr>
          <w:rFonts w:ascii="Arial" w:hAnsi="Arial" w:eastAsia="Arial"/>
          <w:b w:val="0"/>
          <w:i w:val="0"/>
          <w:sz w:val="20"/>
        </w:rPr>
        <w:t>Pentru lucrările declarate anexăm documente din care rezultă obiectul, beneficiarul, perioada, valoarea și faptul că lucrările au fost duse la bun sfârșit, cum ar fi procese-verbale de recepție, certificate constatatoare, recomandări sau alte documente echivalente.</w:t>
      </w:r>
    </w:p>
    <w:p>
      <w:pPr>
        <w:widowControl/>
        <w:spacing w:after="80" w:line="252" w:lineRule="auto"/>
      </w:pPr>
      <w:r>
        <w:rPr>
          <w:rFonts w:ascii="Arial" w:hAnsi="Arial" w:eastAsia="Arial"/>
          <w:b w:val="0"/>
          <w:i w:val="0"/>
          <w:sz w:val="20"/>
        </w:rPr>
        <w:t>Declar că informațiile înscrise în prezentul formular sunt reale și pot fi verificate de Autoritatea Contractantă.</w:t>
      </w:r>
    </w:p>
    <w:p>
      <w:pPr>
        <w:keepLines/>
        <w:widowControl/>
        <w:spacing w:after="60" w:line="252" w:lineRule="auto"/>
      </w:pPr>
      <w:r>
        <w:rPr>
          <w:rFonts w:ascii="Arial" w:hAnsi="Arial" w:eastAsia="Arial"/>
          <w:b w:val="0"/>
          <w:i w:val="0"/>
          <w:sz w:val="20"/>
        </w:rPr>
        <w:t>Data: ________________</w:t>
      </w:r>
    </w:p>
    <w:p>
      <w:pPr>
        <w:keepLines/>
        <w:widowControl/>
        <w:spacing w:after="60" w:line="252" w:lineRule="auto"/>
      </w:pPr>
      <w:r>
        <w:rPr>
          <w:rFonts w:ascii="Arial" w:hAnsi="Arial" w:eastAsia="Arial"/>
          <w:b w:val="0"/>
          <w:i w:val="0"/>
          <w:sz w:val="20"/>
        </w:rPr>
        <w:t>Operator economic: __________________________________________</w:t>
      </w:r>
    </w:p>
    <w:p>
      <w:pPr>
        <w:keepLines/>
        <w:widowControl/>
        <w:spacing w:after="60" w:line="252" w:lineRule="auto"/>
      </w:pPr>
      <w:r>
        <w:rPr>
          <w:rFonts w:ascii="Arial" w:hAnsi="Arial" w:eastAsia="Arial"/>
          <w:b w:val="0"/>
          <w:i w:val="0"/>
          <w:sz w:val="20"/>
        </w:rPr>
        <w:t>Reprezentant legal/împuternicit: _____________________________</w:t>
      </w:r>
    </w:p>
    <w:p>
      <w:pPr>
        <w:keepLines/>
        <w:widowControl/>
        <w:spacing w:after="60" w:line="252" w:lineRule="auto"/>
      </w:pPr>
      <w:r>
        <w:rPr>
          <w:rFonts w:ascii="Arial" w:hAnsi="Arial" w:eastAsia="Arial"/>
          <w:b w:val="0"/>
          <w:i w:val="0"/>
          <w:sz w:val="20"/>
        </w:rPr>
        <w:t>Funcția: ______________________     Semnătura: ________________</w:t>
      </w:r>
    </w:p>
    <w:p>
      <w:pPr>
        <w:widowControl/>
        <w:spacing w:line="252" w:lineRule="auto" w:after="80"/>
      </w:pPr>
      <w:r>
        <w:rPr>
          <w:rFonts w:ascii="Arial" w:hAnsi="Arial" w:eastAsia="Arial"/>
          <w:sz w:val="21"/>
        </w:rPr>
        <w:br w:type="page"/>
      </w:r>
    </w:p>
    <w:p>
      <w:pPr>
        <w:keepNext/>
        <w:widowControl/>
        <w:spacing w:after="40" w:line="252" w:lineRule="auto"/>
        <w:jc w:val="center"/>
      </w:pPr>
      <w:r>
        <w:rPr>
          <w:rFonts w:ascii="Arial" w:hAnsi="Arial" w:eastAsia="Arial"/>
          <w:b/>
          <w:i w:val="0"/>
          <w:sz w:val="20"/>
        </w:rPr>
        <w:t>FORMULARUL NR. 5</w:t>
      </w:r>
    </w:p>
    <w:p>
      <w:pPr>
        <w:keepNext/>
        <w:widowControl/>
        <w:spacing w:after="200" w:line="252" w:lineRule="auto"/>
        <w:jc w:val="center"/>
      </w:pPr>
      <w:r>
        <w:rPr>
          <w:rFonts w:ascii="Arial" w:hAnsi="Arial" w:eastAsia="Arial"/>
          <w:b/>
          <w:i w:val="0"/>
          <w:sz w:val="24"/>
        </w:rPr>
        <w:t>DECLARAȚIE PRIVIND ATESTAREA ANRE A OPERATORULUI ECONOMIC</w:t>
      </w:r>
    </w:p>
    <w:p>
      <w:pPr>
        <w:widowControl/>
        <w:spacing w:after="80" w:line="252" w:lineRule="auto"/>
      </w:pPr>
      <w:r>
        <w:rPr>
          <w:rFonts w:ascii="Arial" w:hAnsi="Arial" w:eastAsia="Arial"/>
          <w:b w:val="0"/>
          <w:i w:val="0"/>
          <w:sz w:val="20"/>
        </w:rPr>
        <w:t>Pentru activitățile de executare a lucrărilor electrice aferente rețelei de iluminat public, se declară operatorul economic care va realiza efectiv aceste activități și atestarea deținută:</w:t>
      </w:r>
    </w:p>
    <w:tbl>
      <w:tblPr>
        <w:tblW w:type="auto" w:w="0"/>
        <w:tblLayout w:type="autofit"/>
        <w:tblLook w:firstColumn="1" w:firstRow="1" w:lastColumn="0" w:lastRow="0" w:noHBand="0" w:noVBand="1" w:val="04A0"/>
        <w:jc w:val="center"/>
        <w:tblBorders>
          <w:top w:val="single" w:sz="5" w:space="0" w:color="000000"/>
          <w:left w:val="single" w:sz="5" w:space="0" w:color="000000"/>
          <w:bottom w:val="single" w:sz="5" w:space="0" w:color="000000"/>
          <w:right w:val="single" w:sz="5" w:space="0" w:color="000000"/>
          <w:insideH w:val="single" w:sz="5" w:space="0" w:color="000000"/>
          <w:insideV w:val="single" w:sz="5" w:space="0" w:color="000000"/>
        </w:tblBorders>
        <w:tblCellMar>
          <w:top w:w="90" w:type="dxa"/>
          <w:left w:w="90" w:type="dxa"/>
          <w:bottom w:w="90" w:type="dxa"/>
          <w:right w:w="90" w:type="dxa"/>
        </w:tblCellMar>
      </w:tblPr>
      <w:tblGrid>
        <w:gridCol w:w="4986"/>
        <w:gridCol w:w="4986"/>
      </w:tblGrid>
      <w:tr>
        <w:trPr>
          <w:trHeight w:val="425"/>
          <w:cantSplit/>
        </w:trPr>
        <w:tc>
          <w:tcPr>
            <w:tcW w:type="dxa" w:w="4986"/>
            <w:vAlign w:val="center"/>
            <w:shd w:fill="E7E6E6"/>
          </w:tcPr>
          <w:p>
            <w:pPr>
              <w:spacing w:after="0" w:line="240" w:lineRule="auto"/>
              <w:jc w:val="center"/>
            </w:pPr>
            <w:r>
              <w:rPr>
                <w:rFonts w:ascii="Arial" w:hAnsi="Arial" w:eastAsia="Arial"/>
                <w:b/>
                <w:sz w:val="18"/>
              </w:rPr>
            </w:r>
            <w:r>
              <w:rPr>
                <w:rFonts w:ascii="Arial" w:hAnsi="Arial" w:eastAsia="Arial"/>
                <w:b/>
                <w:sz w:val="18"/>
              </w:rPr>
              <w:t>Element</w:t>
            </w:r>
          </w:p>
        </w:tc>
        <w:tc>
          <w:tcPr>
            <w:tcW w:type="dxa" w:w="4986"/>
            <w:vAlign w:val="center"/>
            <w:shd w:fill="E7E6E6"/>
          </w:tcPr>
          <w:p>
            <w:pPr>
              <w:spacing w:after="0" w:line="240" w:lineRule="auto"/>
              <w:jc w:val="center"/>
            </w:pPr>
            <w:r>
              <w:rPr>
                <w:rFonts w:ascii="Arial" w:hAnsi="Arial" w:eastAsia="Arial"/>
                <w:b/>
                <w:sz w:val="18"/>
              </w:rPr>
            </w:r>
            <w:r>
              <w:rPr>
                <w:rFonts w:ascii="Arial" w:hAnsi="Arial" w:eastAsia="Arial"/>
                <w:b/>
                <w:sz w:val="18"/>
              </w:rPr>
              <w:t>Informație</w:t>
            </w:r>
          </w:p>
        </w:tc>
      </w:tr>
      <w:tr>
        <w:trPr>
          <w:trHeight w:val="482"/>
          <w:cantSplit/>
        </w:trPr>
        <w:tc>
          <w:tcPr>
            <w:tcW w:type="dxa" w:w="4986"/>
            <w:vAlign w:val="center"/>
          </w:tcPr>
          <w:p>
            <w:pPr>
              <w:spacing w:after="0" w:line="240" w:lineRule="auto"/>
            </w:pPr>
            <w:r>
              <w:rPr>
                <w:rFonts w:ascii="Arial" w:hAnsi="Arial" w:eastAsia="Arial"/>
                <w:sz w:val="18"/>
              </w:rPr>
            </w:r>
            <w:r>
              <w:rPr>
                <w:rFonts w:ascii="Arial" w:hAnsi="Arial" w:eastAsia="Arial"/>
                <w:b w:val="0"/>
                <w:sz w:val="18"/>
              </w:rPr>
              <w:t>Operator economic care execută lucrările electrice</w:t>
            </w:r>
          </w:p>
        </w:tc>
        <w:tc>
          <w:tcPr>
            <w:tcW w:type="dxa" w:w="4986"/>
            <w:vAlign w:val="center"/>
          </w:tcPr>
          <w:p>
            <w:pPr>
              <w:spacing w:after="0" w:line="240" w:lineRule="auto"/>
            </w:pPr>
            <w:r>
              <w:rPr>
                <w:rFonts w:ascii="Arial" w:hAnsi="Arial" w:eastAsia="Arial"/>
                <w:sz w:val="18"/>
              </w:rPr>
            </w:r>
            <w:r>
              <w:rPr>
                <w:rFonts w:ascii="Arial" w:hAnsi="Arial" w:eastAsia="Arial"/>
                <w:b w:val="0"/>
                <w:sz w:val="18"/>
              </w:rPr>
              <w:t>____________________________________________</w:t>
            </w:r>
          </w:p>
        </w:tc>
      </w:tr>
      <w:tr>
        <w:trPr>
          <w:trHeight w:val="482"/>
          <w:cantSplit/>
        </w:trPr>
        <w:tc>
          <w:tcPr>
            <w:tcW w:type="dxa" w:w="4986"/>
            <w:vAlign w:val="center"/>
          </w:tcPr>
          <w:p>
            <w:pPr>
              <w:spacing w:after="0" w:line="240" w:lineRule="auto"/>
            </w:pPr>
            <w:r>
              <w:rPr>
                <w:rFonts w:ascii="Arial" w:hAnsi="Arial" w:eastAsia="Arial"/>
                <w:sz w:val="18"/>
              </w:rPr>
            </w:r>
            <w:r>
              <w:rPr>
                <w:rFonts w:ascii="Arial" w:hAnsi="Arial" w:eastAsia="Arial"/>
                <w:b w:val="0"/>
                <w:sz w:val="18"/>
              </w:rPr>
              <w:t>Calitatea în ofertă</w:t>
            </w:r>
          </w:p>
        </w:tc>
        <w:tc>
          <w:tcPr>
            <w:tcW w:type="dxa" w:w="4986"/>
            <w:vAlign w:val="center"/>
          </w:tcPr>
          <w:p>
            <w:pPr>
              <w:spacing w:after="0" w:line="240" w:lineRule="auto"/>
            </w:pPr>
            <w:r>
              <w:rPr>
                <w:rFonts w:ascii="Arial" w:hAnsi="Arial" w:eastAsia="Arial"/>
                <w:sz w:val="18"/>
              </w:rPr>
            </w:r>
            <w:r>
              <w:rPr>
                <w:rFonts w:ascii="Arial" w:hAnsi="Arial" w:eastAsia="Arial"/>
                <w:b w:val="0"/>
                <w:sz w:val="18"/>
              </w:rPr>
              <w:t>ofertant / asociat / subcontractant</w:t>
            </w:r>
          </w:p>
        </w:tc>
      </w:tr>
      <w:tr>
        <w:trPr>
          <w:trHeight w:val="482"/>
          <w:cantSplit/>
        </w:trPr>
        <w:tc>
          <w:tcPr>
            <w:tcW w:type="dxa" w:w="4986"/>
            <w:vAlign w:val="center"/>
          </w:tcPr>
          <w:p>
            <w:pPr>
              <w:spacing w:after="0" w:line="240" w:lineRule="auto"/>
            </w:pPr>
            <w:r>
              <w:rPr>
                <w:rFonts w:ascii="Arial" w:hAnsi="Arial" w:eastAsia="Arial"/>
                <w:sz w:val="18"/>
              </w:rPr>
            </w:r>
            <w:r>
              <w:rPr>
                <w:rFonts w:ascii="Arial" w:hAnsi="Arial" w:eastAsia="Arial"/>
                <w:b w:val="0"/>
                <w:sz w:val="18"/>
              </w:rPr>
              <w:t>Tip atestat ANRE</w:t>
            </w:r>
          </w:p>
        </w:tc>
        <w:tc>
          <w:tcPr>
            <w:tcW w:type="dxa" w:w="4986"/>
            <w:vAlign w:val="center"/>
          </w:tcPr>
          <w:p>
            <w:pPr>
              <w:spacing w:after="0" w:line="240" w:lineRule="auto"/>
            </w:pPr>
            <w:r>
              <w:rPr>
                <w:rFonts w:ascii="Arial" w:hAnsi="Arial" w:eastAsia="Arial"/>
                <w:sz w:val="18"/>
              </w:rPr>
            </w:r>
            <w:r>
              <w:rPr>
                <w:rFonts w:ascii="Arial" w:hAnsi="Arial" w:eastAsia="Arial"/>
                <w:b w:val="0"/>
                <w:sz w:val="18"/>
              </w:rPr>
              <w:t>C2A / atestat superior care include competențele C2A</w:t>
            </w:r>
          </w:p>
        </w:tc>
      </w:tr>
      <w:tr>
        <w:trPr>
          <w:trHeight w:val="482"/>
          <w:cantSplit/>
        </w:trPr>
        <w:tc>
          <w:tcPr>
            <w:tcW w:type="dxa" w:w="4986"/>
            <w:vAlign w:val="center"/>
          </w:tcPr>
          <w:p>
            <w:pPr>
              <w:spacing w:after="0" w:line="240" w:lineRule="auto"/>
            </w:pPr>
            <w:r>
              <w:rPr>
                <w:rFonts w:ascii="Arial" w:hAnsi="Arial" w:eastAsia="Arial"/>
                <w:sz w:val="18"/>
              </w:rPr>
            </w:r>
            <w:r>
              <w:rPr>
                <w:rFonts w:ascii="Arial" w:hAnsi="Arial" w:eastAsia="Arial"/>
                <w:b w:val="0"/>
                <w:sz w:val="18"/>
              </w:rPr>
              <w:t>Număr atestat</w:t>
            </w:r>
          </w:p>
        </w:tc>
        <w:tc>
          <w:tcPr>
            <w:tcW w:type="dxa" w:w="4986"/>
            <w:vAlign w:val="center"/>
          </w:tcPr>
          <w:p>
            <w:pPr>
              <w:spacing w:after="0" w:line="240" w:lineRule="auto"/>
            </w:pPr>
            <w:r>
              <w:rPr>
                <w:rFonts w:ascii="Arial" w:hAnsi="Arial" w:eastAsia="Arial"/>
                <w:sz w:val="18"/>
              </w:rPr>
            </w:r>
            <w:r>
              <w:rPr>
                <w:rFonts w:ascii="Arial" w:hAnsi="Arial" w:eastAsia="Arial"/>
                <w:b w:val="0"/>
                <w:sz w:val="18"/>
              </w:rPr>
              <w:t>____________________________________________</w:t>
            </w:r>
          </w:p>
        </w:tc>
      </w:tr>
      <w:tr>
        <w:trPr>
          <w:trHeight w:val="482"/>
          <w:cantSplit/>
        </w:trPr>
        <w:tc>
          <w:tcPr>
            <w:tcW w:type="dxa" w:w="4986"/>
            <w:vAlign w:val="center"/>
          </w:tcPr>
          <w:p>
            <w:pPr>
              <w:spacing w:after="0" w:line="240" w:lineRule="auto"/>
            </w:pPr>
            <w:r>
              <w:rPr>
                <w:rFonts w:ascii="Arial" w:hAnsi="Arial" w:eastAsia="Arial"/>
                <w:sz w:val="18"/>
              </w:rPr>
            </w:r>
            <w:r>
              <w:rPr>
                <w:rFonts w:ascii="Arial" w:hAnsi="Arial" w:eastAsia="Arial"/>
                <w:b w:val="0"/>
                <w:sz w:val="18"/>
              </w:rPr>
              <w:t>Data emiterii</w:t>
            </w:r>
          </w:p>
        </w:tc>
        <w:tc>
          <w:tcPr>
            <w:tcW w:type="dxa" w:w="4986"/>
            <w:vAlign w:val="center"/>
          </w:tcPr>
          <w:p>
            <w:pPr>
              <w:spacing w:after="0" w:line="240" w:lineRule="auto"/>
            </w:pPr>
            <w:r>
              <w:rPr>
                <w:rFonts w:ascii="Arial" w:hAnsi="Arial" w:eastAsia="Arial"/>
                <w:sz w:val="18"/>
              </w:rPr>
            </w:r>
            <w:r>
              <w:rPr>
                <w:rFonts w:ascii="Arial" w:hAnsi="Arial" w:eastAsia="Arial"/>
                <w:b w:val="0"/>
                <w:sz w:val="18"/>
              </w:rPr>
              <w:t>____________________________________________</w:t>
            </w:r>
          </w:p>
        </w:tc>
      </w:tr>
      <w:tr>
        <w:trPr>
          <w:trHeight w:val="482"/>
          <w:cantSplit/>
        </w:trPr>
        <w:tc>
          <w:tcPr>
            <w:tcW w:type="dxa" w:w="4986"/>
            <w:vAlign w:val="center"/>
          </w:tcPr>
          <w:p>
            <w:pPr>
              <w:spacing w:after="0" w:line="240" w:lineRule="auto"/>
            </w:pPr>
            <w:r>
              <w:rPr>
                <w:rFonts w:ascii="Arial" w:hAnsi="Arial" w:eastAsia="Arial"/>
                <w:sz w:val="18"/>
              </w:rPr>
            </w:r>
            <w:r>
              <w:rPr>
                <w:rFonts w:ascii="Arial" w:hAnsi="Arial" w:eastAsia="Arial"/>
                <w:b w:val="0"/>
                <w:sz w:val="18"/>
              </w:rPr>
              <w:t>Valabilitate / viză, după caz</w:t>
            </w:r>
          </w:p>
        </w:tc>
        <w:tc>
          <w:tcPr>
            <w:tcW w:type="dxa" w:w="4986"/>
            <w:vAlign w:val="center"/>
          </w:tcPr>
          <w:p>
            <w:pPr>
              <w:spacing w:after="0" w:line="240" w:lineRule="auto"/>
            </w:pPr>
            <w:r>
              <w:rPr>
                <w:rFonts w:ascii="Arial" w:hAnsi="Arial" w:eastAsia="Arial"/>
                <w:sz w:val="18"/>
              </w:rPr>
            </w:r>
            <w:r>
              <w:rPr>
                <w:rFonts w:ascii="Arial" w:hAnsi="Arial" w:eastAsia="Arial"/>
                <w:b w:val="0"/>
                <w:sz w:val="18"/>
              </w:rPr>
              <w:t>____________________________________________</w:t>
            </w:r>
          </w:p>
        </w:tc>
      </w:tr>
      <w:tr>
        <w:trPr>
          <w:trHeight w:val="482"/>
          <w:cantSplit/>
        </w:trPr>
        <w:tc>
          <w:tcPr>
            <w:tcW w:type="dxa" w:w="4986"/>
            <w:vAlign w:val="center"/>
          </w:tcPr>
          <w:p>
            <w:pPr>
              <w:spacing w:after="0" w:line="240" w:lineRule="auto"/>
            </w:pPr>
            <w:r>
              <w:rPr>
                <w:rFonts w:ascii="Arial" w:hAnsi="Arial" w:eastAsia="Arial"/>
                <w:sz w:val="18"/>
              </w:rPr>
            </w:r>
            <w:r>
              <w:rPr>
                <w:rFonts w:ascii="Arial" w:hAnsi="Arial" w:eastAsia="Arial"/>
                <w:b w:val="0"/>
                <w:sz w:val="18"/>
              </w:rPr>
              <w:t>Activitățile din contract acoperite de atestat</w:t>
            </w:r>
          </w:p>
        </w:tc>
        <w:tc>
          <w:tcPr>
            <w:tcW w:type="dxa" w:w="4986"/>
            <w:vAlign w:val="center"/>
          </w:tcPr>
          <w:p>
            <w:pPr>
              <w:spacing w:after="0" w:line="240" w:lineRule="auto"/>
            </w:pPr>
            <w:r>
              <w:rPr>
                <w:rFonts w:ascii="Arial" w:hAnsi="Arial" w:eastAsia="Arial"/>
                <w:sz w:val="18"/>
              </w:rPr>
            </w:r>
            <w:r>
              <w:rPr>
                <w:rFonts w:ascii="Arial" w:hAnsi="Arial" w:eastAsia="Arial"/>
                <w:b w:val="0"/>
                <w:sz w:val="18"/>
              </w:rPr>
              <w:t>____________________________________________</w:t>
            </w:r>
          </w:p>
        </w:tc>
      </w:tr>
    </w:tbl>
    <w:p>
      <w:pPr>
        <w:widowControl/>
        <w:spacing w:after="80" w:line="252" w:lineRule="auto"/>
      </w:pPr>
      <w:r>
        <w:rPr>
          <w:rFonts w:ascii="Arial" w:hAnsi="Arial" w:eastAsia="Arial"/>
          <w:b w:val="0"/>
          <w:i w:val="0"/>
          <w:sz w:val="20"/>
        </w:rPr>
        <w:t>Se anexează copia atestatului ANRE și, dacă este cazul, documentul din care rezultă valabilitatea/vizarea acestuia. Pentru operatorii economici stabiliți în alte state se vor prezenta documente echivalente, în condițiile legislației aplicabile.</w:t>
      </w:r>
    </w:p>
    <w:p>
      <w:pPr>
        <w:keepLines/>
        <w:widowControl/>
        <w:spacing w:after="60" w:line="252" w:lineRule="auto"/>
      </w:pPr>
      <w:r>
        <w:rPr>
          <w:rFonts w:ascii="Arial" w:hAnsi="Arial" w:eastAsia="Arial"/>
          <w:b w:val="0"/>
          <w:i w:val="0"/>
          <w:sz w:val="20"/>
        </w:rPr>
        <w:t>Data: ________________</w:t>
      </w:r>
    </w:p>
    <w:p>
      <w:pPr>
        <w:keepLines/>
        <w:widowControl/>
        <w:spacing w:after="60" w:line="252" w:lineRule="auto"/>
      </w:pPr>
      <w:r>
        <w:rPr>
          <w:rFonts w:ascii="Arial" w:hAnsi="Arial" w:eastAsia="Arial"/>
          <w:b w:val="0"/>
          <w:i w:val="0"/>
          <w:sz w:val="20"/>
        </w:rPr>
        <w:t>Operator economic: __________________________________________</w:t>
      </w:r>
    </w:p>
    <w:p>
      <w:pPr>
        <w:keepLines/>
        <w:widowControl/>
        <w:spacing w:after="60" w:line="252" w:lineRule="auto"/>
      </w:pPr>
      <w:r>
        <w:rPr>
          <w:rFonts w:ascii="Arial" w:hAnsi="Arial" w:eastAsia="Arial"/>
          <w:b w:val="0"/>
          <w:i w:val="0"/>
          <w:sz w:val="20"/>
        </w:rPr>
        <w:t>Reprezentant legal/împuternicit: _____________________________</w:t>
      </w:r>
    </w:p>
    <w:p>
      <w:pPr>
        <w:keepLines/>
        <w:widowControl/>
        <w:spacing w:after="60" w:line="252" w:lineRule="auto"/>
      </w:pPr>
      <w:r>
        <w:rPr>
          <w:rFonts w:ascii="Arial" w:hAnsi="Arial" w:eastAsia="Arial"/>
          <w:b w:val="0"/>
          <w:i w:val="0"/>
          <w:sz w:val="20"/>
        </w:rPr>
        <w:t>Funcția: ______________________     Semnătura: ________________</w:t>
      </w:r>
    </w:p>
    <w:p>
      <w:pPr>
        <w:widowControl/>
        <w:spacing w:line="252" w:lineRule="auto" w:after="80"/>
      </w:pPr>
      <w:r>
        <w:rPr>
          <w:rFonts w:ascii="Arial" w:hAnsi="Arial" w:eastAsia="Arial"/>
          <w:sz w:val="21"/>
        </w:rPr>
        <w:br w:type="page"/>
      </w:r>
    </w:p>
    <w:p>
      <w:pPr>
        <w:keepNext/>
        <w:widowControl/>
        <w:spacing w:after="40" w:line="252" w:lineRule="auto"/>
        <w:jc w:val="center"/>
      </w:pPr>
      <w:r>
        <w:rPr>
          <w:rFonts w:ascii="Arial" w:hAnsi="Arial" w:eastAsia="Arial"/>
          <w:b/>
          <w:i w:val="0"/>
          <w:sz w:val="20"/>
        </w:rPr>
        <w:t>FORMULARUL NR. 6</w:t>
      </w:r>
    </w:p>
    <w:p>
      <w:pPr>
        <w:keepNext/>
        <w:widowControl/>
        <w:spacing w:after="200" w:line="252" w:lineRule="auto"/>
        <w:jc w:val="center"/>
      </w:pPr>
      <w:r>
        <w:rPr>
          <w:rFonts w:ascii="Arial" w:hAnsi="Arial" w:eastAsia="Arial"/>
          <w:b/>
          <w:i w:val="0"/>
          <w:sz w:val="24"/>
        </w:rPr>
        <w:t>LISTA PERSONALULUI AUTORIZAT PROPUS PENTRU LUCRĂRILE ELECTRICE</w:t>
      </w:r>
    </w:p>
    <w:p>
      <w:pPr>
        <w:widowControl/>
        <w:spacing w:after="80" w:line="252" w:lineRule="auto"/>
      </w:pPr>
      <w:r>
        <w:rPr>
          <w:rFonts w:ascii="Arial" w:hAnsi="Arial" w:eastAsia="Arial"/>
          <w:b w:val="0"/>
          <w:i w:val="0"/>
          <w:sz w:val="20"/>
        </w:rPr>
        <w:t>Ofertantul declară personalul autorizat ANRE pe care îl va asigura pentru executarea lucrărilor electrice. Cerința minimă stabilită prin documentația achiziției este asigurarea a cel puțin unui electrician autorizat ANRE gradul IIB sau grad superior care conferă competențe de executare corespunzătoare lucrărilor.</w:t>
      </w:r>
    </w:p>
    <w:tbl>
      <w:tblPr>
        <w:tblW w:type="auto" w:w="0"/>
        <w:tblLayout w:type="autofit"/>
        <w:tblLook w:firstColumn="1" w:firstRow="1" w:lastColumn="0" w:lastRow="0" w:noHBand="0" w:noVBand="1" w:val="04A0"/>
        <w:jc w:val="center"/>
        <w:tblBorders>
          <w:top w:val="single" w:sz="5" w:space="0" w:color="000000"/>
          <w:left w:val="single" w:sz="5" w:space="0" w:color="000000"/>
          <w:bottom w:val="single" w:sz="5" w:space="0" w:color="000000"/>
          <w:right w:val="single" w:sz="5" w:space="0" w:color="000000"/>
          <w:insideH w:val="single" w:sz="5" w:space="0" w:color="000000"/>
          <w:insideV w:val="single" w:sz="5" w:space="0" w:color="000000"/>
        </w:tblBorders>
        <w:tblCellMar>
          <w:top w:w="90" w:type="dxa"/>
          <w:left w:w="90" w:type="dxa"/>
          <w:bottom w:w="90" w:type="dxa"/>
          <w:right w:w="90" w:type="dxa"/>
        </w:tblCellMar>
      </w:tblPr>
      <w:tblGrid>
        <w:gridCol w:w="1425"/>
        <w:gridCol w:w="1425"/>
        <w:gridCol w:w="1425"/>
        <w:gridCol w:w="1425"/>
        <w:gridCol w:w="1425"/>
        <w:gridCol w:w="1425"/>
        <w:gridCol w:w="1425"/>
      </w:tblGrid>
      <w:tr>
        <w:trPr>
          <w:trHeight w:val="425"/>
          <w:cantSplit/>
        </w:trPr>
        <w:tc>
          <w:tcPr>
            <w:tcW w:type="dxa" w:w="1425"/>
            <w:vAlign w:val="center"/>
            <w:shd w:fill="E7E6E6"/>
          </w:tcPr>
          <w:p>
            <w:pPr>
              <w:spacing w:after="0" w:line="240" w:lineRule="auto"/>
              <w:jc w:val="center"/>
            </w:pPr>
            <w:r>
              <w:rPr>
                <w:rFonts w:ascii="Arial" w:hAnsi="Arial" w:eastAsia="Arial"/>
                <w:b/>
                <w:sz w:val="18"/>
              </w:rPr>
            </w:r>
            <w:r>
              <w:rPr>
                <w:rFonts w:ascii="Arial" w:hAnsi="Arial" w:eastAsia="Arial"/>
                <w:b/>
                <w:sz w:val="18"/>
              </w:rPr>
              <w:t>Nr.</w:t>
            </w:r>
          </w:p>
        </w:tc>
        <w:tc>
          <w:tcPr>
            <w:tcW w:type="dxa" w:w="1425"/>
            <w:vAlign w:val="center"/>
            <w:shd w:fill="E7E6E6"/>
          </w:tcPr>
          <w:p>
            <w:pPr>
              <w:spacing w:after="0" w:line="240" w:lineRule="auto"/>
              <w:jc w:val="center"/>
            </w:pPr>
            <w:r>
              <w:rPr>
                <w:rFonts w:ascii="Arial" w:hAnsi="Arial" w:eastAsia="Arial"/>
                <w:b/>
                <w:sz w:val="18"/>
              </w:rPr>
            </w:r>
            <w:r>
              <w:rPr>
                <w:rFonts w:ascii="Arial" w:hAnsi="Arial" w:eastAsia="Arial"/>
                <w:b/>
                <w:sz w:val="18"/>
              </w:rPr>
              <w:t>Nume și prenume</w:t>
            </w:r>
          </w:p>
        </w:tc>
        <w:tc>
          <w:tcPr>
            <w:tcW w:type="dxa" w:w="1425"/>
            <w:vAlign w:val="center"/>
            <w:shd w:fill="E7E6E6"/>
          </w:tcPr>
          <w:p>
            <w:pPr>
              <w:spacing w:after="0" w:line="240" w:lineRule="auto"/>
              <w:jc w:val="center"/>
            </w:pPr>
            <w:r>
              <w:rPr>
                <w:rFonts w:ascii="Arial" w:hAnsi="Arial" w:eastAsia="Arial"/>
                <w:b/>
                <w:sz w:val="18"/>
              </w:rPr>
            </w:r>
            <w:r>
              <w:rPr>
                <w:rFonts w:ascii="Arial" w:hAnsi="Arial" w:eastAsia="Arial"/>
                <w:b/>
                <w:sz w:val="18"/>
              </w:rPr>
              <w:t>Poziția / rolul</w:t>
            </w:r>
          </w:p>
        </w:tc>
        <w:tc>
          <w:tcPr>
            <w:tcW w:type="dxa" w:w="1425"/>
            <w:vAlign w:val="center"/>
            <w:shd w:fill="E7E6E6"/>
          </w:tcPr>
          <w:p>
            <w:pPr>
              <w:spacing w:after="0" w:line="240" w:lineRule="auto"/>
              <w:jc w:val="center"/>
            </w:pPr>
            <w:r>
              <w:rPr>
                <w:rFonts w:ascii="Arial" w:hAnsi="Arial" w:eastAsia="Arial"/>
                <w:b/>
                <w:sz w:val="18"/>
              </w:rPr>
            </w:r>
            <w:r>
              <w:rPr>
                <w:rFonts w:ascii="Arial" w:hAnsi="Arial" w:eastAsia="Arial"/>
                <w:b/>
                <w:sz w:val="18"/>
              </w:rPr>
              <w:t>Grad și tip autorizare ANRE</w:t>
            </w:r>
          </w:p>
        </w:tc>
        <w:tc>
          <w:tcPr>
            <w:tcW w:type="dxa" w:w="1425"/>
            <w:vAlign w:val="center"/>
            <w:shd w:fill="E7E6E6"/>
          </w:tcPr>
          <w:p>
            <w:pPr>
              <w:spacing w:after="0" w:line="240" w:lineRule="auto"/>
              <w:jc w:val="center"/>
            </w:pPr>
            <w:r>
              <w:rPr>
                <w:rFonts w:ascii="Arial" w:hAnsi="Arial" w:eastAsia="Arial"/>
                <w:b/>
                <w:sz w:val="18"/>
              </w:rPr>
            </w:r>
            <w:r>
              <w:rPr>
                <w:rFonts w:ascii="Arial" w:hAnsi="Arial" w:eastAsia="Arial"/>
                <w:b/>
                <w:sz w:val="18"/>
              </w:rPr>
              <w:t>Nr. autorizație</w:t>
            </w:r>
          </w:p>
        </w:tc>
        <w:tc>
          <w:tcPr>
            <w:tcW w:type="dxa" w:w="1425"/>
            <w:vAlign w:val="center"/>
            <w:shd w:fill="E7E6E6"/>
          </w:tcPr>
          <w:p>
            <w:pPr>
              <w:spacing w:after="0" w:line="240" w:lineRule="auto"/>
              <w:jc w:val="center"/>
            </w:pPr>
            <w:r>
              <w:rPr>
                <w:rFonts w:ascii="Arial" w:hAnsi="Arial" w:eastAsia="Arial"/>
                <w:b/>
                <w:sz w:val="18"/>
              </w:rPr>
            </w:r>
            <w:r>
              <w:rPr>
                <w:rFonts w:ascii="Arial" w:hAnsi="Arial" w:eastAsia="Arial"/>
                <w:b/>
                <w:sz w:val="18"/>
              </w:rPr>
              <w:t>Valabilitate / viză</w:t>
            </w:r>
          </w:p>
        </w:tc>
        <w:tc>
          <w:tcPr>
            <w:tcW w:type="dxa" w:w="1425"/>
            <w:vAlign w:val="center"/>
            <w:shd w:fill="E7E6E6"/>
          </w:tcPr>
          <w:p>
            <w:pPr>
              <w:spacing w:after="0" w:line="240" w:lineRule="auto"/>
              <w:jc w:val="center"/>
            </w:pPr>
            <w:r>
              <w:rPr>
                <w:rFonts w:ascii="Arial" w:hAnsi="Arial" w:eastAsia="Arial"/>
                <w:b/>
                <w:sz w:val="18"/>
              </w:rPr>
            </w:r>
            <w:r>
              <w:rPr>
                <w:rFonts w:ascii="Arial" w:hAnsi="Arial" w:eastAsia="Arial"/>
                <w:b/>
                <w:sz w:val="18"/>
              </w:rPr>
              <w:t>Relația cu operatorul economic</w:t>
            </w:r>
          </w:p>
        </w:tc>
      </w:tr>
      <w:tr>
        <w:trPr>
          <w:trHeight w:val="482"/>
          <w:cantSplit/>
        </w:trPr>
        <w:tc>
          <w:tcPr>
            <w:tcW w:type="dxa" w:w="1425"/>
            <w:vAlign w:val="center"/>
          </w:tcPr>
          <w:p>
            <w:pPr>
              <w:spacing w:after="0" w:line="240" w:lineRule="auto"/>
            </w:pPr>
            <w:r>
              <w:rPr>
                <w:rFonts w:ascii="Arial" w:hAnsi="Arial" w:eastAsia="Arial"/>
                <w:sz w:val="18"/>
              </w:rPr>
            </w:r>
            <w:r>
              <w:rPr>
                <w:rFonts w:ascii="Arial" w:hAnsi="Arial" w:eastAsia="Arial"/>
                <w:b w:val="0"/>
                <w:sz w:val="18"/>
              </w:rPr>
              <w:t>1</w:t>
            </w:r>
          </w:p>
        </w:tc>
        <w:tc>
          <w:tcPr>
            <w:tcW w:type="dxa" w:w="1425"/>
            <w:vAlign w:val="center"/>
          </w:tcPr>
          <w:p>
            <w:pPr>
              <w:spacing w:after="0" w:line="240" w:lineRule="auto"/>
            </w:pPr>
            <w:r>
              <w:rPr>
                <w:rFonts w:ascii="Arial" w:hAnsi="Arial" w:eastAsia="Arial"/>
                <w:sz w:val="18"/>
              </w:rPr>
            </w:r>
            <w:r>
              <w:rPr>
                <w:rFonts w:ascii="Arial" w:hAnsi="Arial" w:eastAsia="Arial"/>
                <w:b w:val="0"/>
                <w:sz w:val="18"/>
              </w:rPr>
            </w:r>
          </w:p>
        </w:tc>
        <w:tc>
          <w:tcPr>
            <w:tcW w:type="dxa" w:w="1425"/>
            <w:vAlign w:val="center"/>
          </w:tcPr>
          <w:p>
            <w:pPr>
              <w:spacing w:after="0" w:line="240" w:lineRule="auto"/>
            </w:pPr>
            <w:r>
              <w:rPr>
                <w:rFonts w:ascii="Arial" w:hAnsi="Arial" w:eastAsia="Arial"/>
                <w:sz w:val="18"/>
              </w:rPr>
            </w:r>
            <w:r>
              <w:rPr>
                <w:rFonts w:ascii="Arial" w:hAnsi="Arial" w:eastAsia="Arial"/>
                <w:b w:val="0"/>
                <w:sz w:val="18"/>
              </w:rPr>
            </w:r>
          </w:p>
        </w:tc>
        <w:tc>
          <w:tcPr>
            <w:tcW w:type="dxa" w:w="1425"/>
            <w:vAlign w:val="center"/>
          </w:tcPr>
          <w:p>
            <w:pPr>
              <w:spacing w:after="0" w:line="240" w:lineRule="auto"/>
            </w:pPr>
            <w:r>
              <w:rPr>
                <w:rFonts w:ascii="Arial" w:hAnsi="Arial" w:eastAsia="Arial"/>
                <w:sz w:val="18"/>
              </w:rPr>
            </w:r>
            <w:r>
              <w:rPr>
                <w:rFonts w:ascii="Arial" w:hAnsi="Arial" w:eastAsia="Arial"/>
                <w:b w:val="0"/>
                <w:sz w:val="18"/>
              </w:rPr>
            </w:r>
          </w:p>
        </w:tc>
        <w:tc>
          <w:tcPr>
            <w:tcW w:type="dxa" w:w="1425"/>
            <w:vAlign w:val="center"/>
          </w:tcPr>
          <w:p>
            <w:pPr>
              <w:spacing w:after="0" w:line="240" w:lineRule="auto"/>
            </w:pPr>
            <w:r>
              <w:rPr>
                <w:rFonts w:ascii="Arial" w:hAnsi="Arial" w:eastAsia="Arial"/>
                <w:sz w:val="18"/>
              </w:rPr>
            </w:r>
            <w:r>
              <w:rPr>
                <w:rFonts w:ascii="Arial" w:hAnsi="Arial" w:eastAsia="Arial"/>
                <w:b w:val="0"/>
                <w:sz w:val="18"/>
              </w:rPr>
            </w:r>
          </w:p>
        </w:tc>
        <w:tc>
          <w:tcPr>
            <w:tcW w:type="dxa" w:w="1425"/>
            <w:vAlign w:val="center"/>
          </w:tcPr>
          <w:p>
            <w:pPr>
              <w:spacing w:after="0" w:line="240" w:lineRule="auto"/>
            </w:pPr>
            <w:r>
              <w:rPr>
                <w:rFonts w:ascii="Arial" w:hAnsi="Arial" w:eastAsia="Arial"/>
                <w:sz w:val="18"/>
              </w:rPr>
            </w:r>
            <w:r>
              <w:rPr>
                <w:rFonts w:ascii="Arial" w:hAnsi="Arial" w:eastAsia="Arial"/>
                <w:b w:val="0"/>
                <w:sz w:val="18"/>
              </w:rPr>
            </w:r>
          </w:p>
        </w:tc>
        <w:tc>
          <w:tcPr>
            <w:tcW w:type="dxa" w:w="1425"/>
            <w:vAlign w:val="center"/>
          </w:tcPr>
          <w:p>
            <w:pPr>
              <w:spacing w:after="0" w:line="240" w:lineRule="auto"/>
            </w:pPr>
            <w:r>
              <w:rPr>
                <w:rFonts w:ascii="Arial" w:hAnsi="Arial" w:eastAsia="Arial"/>
                <w:sz w:val="18"/>
              </w:rPr>
            </w:r>
            <w:r>
              <w:rPr>
                <w:rFonts w:ascii="Arial" w:hAnsi="Arial" w:eastAsia="Arial"/>
                <w:b w:val="0"/>
                <w:sz w:val="18"/>
              </w:rPr>
            </w:r>
          </w:p>
        </w:tc>
      </w:tr>
      <w:tr>
        <w:trPr>
          <w:trHeight w:val="482"/>
          <w:cantSplit/>
        </w:trPr>
        <w:tc>
          <w:tcPr>
            <w:tcW w:type="dxa" w:w="1425"/>
            <w:vAlign w:val="center"/>
          </w:tcPr>
          <w:p>
            <w:pPr>
              <w:spacing w:after="0" w:line="240" w:lineRule="auto"/>
            </w:pPr>
            <w:r>
              <w:rPr>
                <w:rFonts w:ascii="Arial" w:hAnsi="Arial" w:eastAsia="Arial"/>
                <w:sz w:val="18"/>
              </w:rPr>
            </w:r>
            <w:r>
              <w:rPr>
                <w:rFonts w:ascii="Arial" w:hAnsi="Arial" w:eastAsia="Arial"/>
                <w:b w:val="0"/>
                <w:sz w:val="18"/>
              </w:rPr>
              <w:t>2</w:t>
            </w:r>
          </w:p>
        </w:tc>
        <w:tc>
          <w:tcPr>
            <w:tcW w:type="dxa" w:w="1425"/>
            <w:vAlign w:val="center"/>
          </w:tcPr>
          <w:p>
            <w:pPr>
              <w:spacing w:after="0" w:line="240" w:lineRule="auto"/>
            </w:pPr>
            <w:r>
              <w:rPr>
                <w:rFonts w:ascii="Arial" w:hAnsi="Arial" w:eastAsia="Arial"/>
                <w:sz w:val="18"/>
              </w:rPr>
            </w:r>
            <w:r>
              <w:rPr>
                <w:rFonts w:ascii="Arial" w:hAnsi="Arial" w:eastAsia="Arial"/>
                <w:b w:val="0"/>
                <w:sz w:val="18"/>
              </w:rPr>
            </w:r>
          </w:p>
        </w:tc>
        <w:tc>
          <w:tcPr>
            <w:tcW w:type="dxa" w:w="1425"/>
            <w:vAlign w:val="center"/>
          </w:tcPr>
          <w:p>
            <w:pPr>
              <w:spacing w:after="0" w:line="240" w:lineRule="auto"/>
            </w:pPr>
            <w:r>
              <w:rPr>
                <w:rFonts w:ascii="Arial" w:hAnsi="Arial" w:eastAsia="Arial"/>
                <w:sz w:val="18"/>
              </w:rPr>
            </w:r>
            <w:r>
              <w:rPr>
                <w:rFonts w:ascii="Arial" w:hAnsi="Arial" w:eastAsia="Arial"/>
                <w:b w:val="0"/>
                <w:sz w:val="18"/>
              </w:rPr>
            </w:r>
          </w:p>
        </w:tc>
        <w:tc>
          <w:tcPr>
            <w:tcW w:type="dxa" w:w="1425"/>
            <w:vAlign w:val="center"/>
          </w:tcPr>
          <w:p>
            <w:pPr>
              <w:spacing w:after="0" w:line="240" w:lineRule="auto"/>
            </w:pPr>
            <w:r>
              <w:rPr>
                <w:rFonts w:ascii="Arial" w:hAnsi="Arial" w:eastAsia="Arial"/>
                <w:sz w:val="18"/>
              </w:rPr>
            </w:r>
            <w:r>
              <w:rPr>
                <w:rFonts w:ascii="Arial" w:hAnsi="Arial" w:eastAsia="Arial"/>
                <w:b w:val="0"/>
                <w:sz w:val="18"/>
              </w:rPr>
            </w:r>
          </w:p>
        </w:tc>
        <w:tc>
          <w:tcPr>
            <w:tcW w:type="dxa" w:w="1425"/>
            <w:vAlign w:val="center"/>
          </w:tcPr>
          <w:p>
            <w:pPr>
              <w:spacing w:after="0" w:line="240" w:lineRule="auto"/>
            </w:pPr>
            <w:r>
              <w:rPr>
                <w:rFonts w:ascii="Arial" w:hAnsi="Arial" w:eastAsia="Arial"/>
                <w:sz w:val="18"/>
              </w:rPr>
            </w:r>
            <w:r>
              <w:rPr>
                <w:rFonts w:ascii="Arial" w:hAnsi="Arial" w:eastAsia="Arial"/>
                <w:b w:val="0"/>
                <w:sz w:val="18"/>
              </w:rPr>
            </w:r>
          </w:p>
        </w:tc>
        <w:tc>
          <w:tcPr>
            <w:tcW w:type="dxa" w:w="1425"/>
            <w:vAlign w:val="center"/>
          </w:tcPr>
          <w:p>
            <w:pPr>
              <w:spacing w:after="0" w:line="240" w:lineRule="auto"/>
            </w:pPr>
            <w:r>
              <w:rPr>
                <w:rFonts w:ascii="Arial" w:hAnsi="Arial" w:eastAsia="Arial"/>
                <w:sz w:val="18"/>
              </w:rPr>
            </w:r>
            <w:r>
              <w:rPr>
                <w:rFonts w:ascii="Arial" w:hAnsi="Arial" w:eastAsia="Arial"/>
                <w:b w:val="0"/>
                <w:sz w:val="18"/>
              </w:rPr>
            </w:r>
          </w:p>
        </w:tc>
        <w:tc>
          <w:tcPr>
            <w:tcW w:type="dxa" w:w="1425"/>
            <w:vAlign w:val="center"/>
          </w:tcPr>
          <w:p>
            <w:pPr>
              <w:spacing w:after="0" w:line="240" w:lineRule="auto"/>
            </w:pPr>
            <w:r>
              <w:rPr>
                <w:rFonts w:ascii="Arial" w:hAnsi="Arial" w:eastAsia="Arial"/>
                <w:sz w:val="18"/>
              </w:rPr>
            </w:r>
            <w:r>
              <w:rPr>
                <w:rFonts w:ascii="Arial" w:hAnsi="Arial" w:eastAsia="Arial"/>
                <w:b w:val="0"/>
                <w:sz w:val="18"/>
              </w:rPr>
            </w:r>
          </w:p>
        </w:tc>
      </w:tr>
    </w:tbl>
    <w:p>
      <w:pPr>
        <w:widowControl/>
        <w:spacing w:after="80" w:line="252" w:lineRule="auto"/>
      </w:pPr>
      <w:r>
        <w:rPr>
          <w:rFonts w:ascii="Arial" w:hAnsi="Arial" w:eastAsia="Arial"/>
          <w:b w:val="0"/>
          <w:i w:val="0"/>
          <w:sz w:val="20"/>
        </w:rPr>
        <w:t>Se anexează documentele care dovedesc autorizarea și valabilitatea/vizarea acesteia, precum și, dacă este solicitat prin documentație, documentul privind disponibilitatea persoanei pentru executarea contractului.</w:t>
      </w:r>
    </w:p>
    <w:p>
      <w:pPr>
        <w:keepLines/>
        <w:widowControl/>
        <w:spacing w:after="60" w:line="252" w:lineRule="auto"/>
      </w:pPr>
      <w:r>
        <w:rPr>
          <w:rFonts w:ascii="Arial" w:hAnsi="Arial" w:eastAsia="Arial"/>
          <w:b w:val="0"/>
          <w:i w:val="0"/>
          <w:sz w:val="20"/>
        </w:rPr>
        <w:t>Data: ________________</w:t>
      </w:r>
    </w:p>
    <w:p>
      <w:pPr>
        <w:keepLines/>
        <w:widowControl/>
        <w:spacing w:after="60" w:line="252" w:lineRule="auto"/>
      </w:pPr>
      <w:r>
        <w:rPr>
          <w:rFonts w:ascii="Arial" w:hAnsi="Arial" w:eastAsia="Arial"/>
          <w:b w:val="0"/>
          <w:i w:val="0"/>
          <w:sz w:val="20"/>
        </w:rPr>
        <w:t>Operator economic: __________________________________________</w:t>
      </w:r>
    </w:p>
    <w:p>
      <w:pPr>
        <w:keepLines/>
        <w:widowControl/>
        <w:spacing w:after="60" w:line="252" w:lineRule="auto"/>
      </w:pPr>
      <w:r>
        <w:rPr>
          <w:rFonts w:ascii="Arial" w:hAnsi="Arial" w:eastAsia="Arial"/>
          <w:b w:val="0"/>
          <w:i w:val="0"/>
          <w:sz w:val="20"/>
        </w:rPr>
        <w:t>Reprezentant legal/împuternicit: _____________________________</w:t>
      </w:r>
    </w:p>
    <w:p>
      <w:pPr>
        <w:keepLines/>
        <w:widowControl/>
        <w:spacing w:after="60" w:line="252" w:lineRule="auto"/>
      </w:pPr>
      <w:r>
        <w:rPr>
          <w:rFonts w:ascii="Arial" w:hAnsi="Arial" w:eastAsia="Arial"/>
          <w:b w:val="0"/>
          <w:i w:val="0"/>
          <w:sz w:val="20"/>
        </w:rPr>
        <w:t>Funcția: ______________________     Semnătura: ________________</w:t>
      </w:r>
    </w:p>
    <w:p>
      <w:pPr>
        <w:widowControl/>
        <w:spacing w:line="252" w:lineRule="auto" w:after="80"/>
      </w:pPr>
      <w:r>
        <w:rPr>
          <w:rFonts w:ascii="Arial" w:hAnsi="Arial" w:eastAsia="Arial"/>
          <w:sz w:val="21"/>
        </w:rPr>
        <w:br w:type="page"/>
      </w:r>
    </w:p>
    <w:p>
      <w:pPr>
        <w:keepNext/>
        <w:widowControl/>
        <w:spacing w:after="40" w:line="252" w:lineRule="auto"/>
        <w:jc w:val="center"/>
      </w:pPr>
      <w:r>
        <w:rPr>
          <w:rFonts w:ascii="Arial" w:hAnsi="Arial" w:eastAsia="Arial"/>
          <w:b/>
          <w:i w:val="0"/>
          <w:sz w:val="20"/>
        </w:rPr>
        <w:t>FORMULARUL NR. 7</w:t>
      </w:r>
    </w:p>
    <w:p>
      <w:pPr>
        <w:keepNext/>
        <w:widowControl/>
        <w:spacing w:after="200" w:line="252" w:lineRule="auto"/>
        <w:jc w:val="center"/>
      </w:pPr>
      <w:r>
        <w:rPr>
          <w:rFonts w:ascii="Arial" w:hAnsi="Arial" w:eastAsia="Arial"/>
          <w:b/>
          <w:i w:val="0"/>
          <w:sz w:val="24"/>
        </w:rPr>
        <w:t>DECLARAȚIE PRIVIND RESPECTAREA OBLIGAȚIILOR DE MEDIU, SOCIALE, DE MUNCĂ, SSM ȘI PSI</w:t>
      </w:r>
    </w:p>
    <w:p>
      <w:pPr>
        <w:widowControl/>
        <w:spacing w:after="80" w:line="252" w:lineRule="auto"/>
      </w:pPr>
      <w:r>
        <w:rPr>
          <w:rFonts w:ascii="Arial" w:hAnsi="Arial" w:eastAsia="Arial"/>
          <w:b w:val="0"/>
          <w:i w:val="0"/>
          <w:sz w:val="20"/>
        </w:rPr>
        <w:t>Subsemnatul(a) ______________________________________, reprezentant legal/împuternicit al ______________________________________, declar pe propria răspundere că, pe întreaga durată a contractului, operatorul economic va respecta reglementările obligatorii aplicabile în domeniul mediului, social și al relațiilor de muncă, precum și legislația privind securitatea și sănătatea în muncă și situațiile de urgență.</w:t>
      </w:r>
    </w:p>
    <w:p>
      <w:pPr>
        <w:widowControl/>
        <w:spacing w:after="80" w:line="252" w:lineRule="auto"/>
      </w:pPr>
      <w:r>
        <w:rPr>
          <w:rFonts w:ascii="Arial" w:hAnsi="Arial" w:eastAsia="Arial"/>
          <w:b w:val="0"/>
          <w:i w:val="0"/>
          <w:sz w:val="20"/>
        </w:rPr>
        <w:t>Ne obligăm să asigurăm personal instruit și apt pentru activitățile executate, inclusiv lucrul la înălțime și utilizarea echipamentelor specifice, precum și echipamentele individuale și colective de protecție necesare.</w:t>
      </w:r>
    </w:p>
    <w:p>
      <w:pPr>
        <w:keepLines/>
        <w:widowControl/>
        <w:spacing w:after="60" w:line="252" w:lineRule="auto"/>
      </w:pPr>
      <w:r>
        <w:rPr>
          <w:rFonts w:ascii="Arial" w:hAnsi="Arial" w:eastAsia="Arial"/>
          <w:b w:val="0"/>
          <w:i w:val="0"/>
          <w:sz w:val="20"/>
        </w:rPr>
        <w:t>Data: ________________</w:t>
      </w:r>
    </w:p>
    <w:p>
      <w:pPr>
        <w:keepLines/>
        <w:widowControl/>
        <w:spacing w:after="60" w:line="252" w:lineRule="auto"/>
      </w:pPr>
      <w:r>
        <w:rPr>
          <w:rFonts w:ascii="Arial" w:hAnsi="Arial" w:eastAsia="Arial"/>
          <w:b w:val="0"/>
          <w:i w:val="0"/>
          <w:sz w:val="20"/>
        </w:rPr>
        <w:t>Operator economic: __________________________________________</w:t>
      </w:r>
    </w:p>
    <w:p>
      <w:pPr>
        <w:keepLines/>
        <w:widowControl/>
        <w:spacing w:after="60" w:line="252" w:lineRule="auto"/>
      </w:pPr>
      <w:r>
        <w:rPr>
          <w:rFonts w:ascii="Arial" w:hAnsi="Arial" w:eastAsia="Arial"/>
          <w:b w:val="0"/>
          <w:i w:val="0"/>
          <w:sz w:val="20"/>
        </w:rPr>
        <w:t>Reprezentant legal/împuternicit: _____________________________</w:t>
      </w:r>
    </w:p>
    <w:p>
      <w:pPr>
        <w:keepLines/>
        <w:widowControl/>
        <w:spacing w:after="60" w:line="252" w:lineRule="auto"/>
      </w:pPr>
      <w:r>
        <w:rPr>
          <w:rFonts w:ascii="Arial" w:hAnsi="Arial" w:eastAsia="Arial"/>
          <w:b w:val="0"/>
          <w:i w:val="0"/>
          <w:sz w:val="20"/>
        </w:rPr>
        <w:t>Funcția: ______________________     Semnătura: ________________</w:t>
      </w:r>
    </w:p>
    <w:p>
      <w:pPr>
        <w:widowControl/>
        <w:spacing w:line="252" w:lineRule="auto" w:after="80"/>
      </w:pPr>
      <w:r>
        <w:rPr>
          <w:rFonts w:ascii="Arial" w:hAnsi="Arial" w:eastAsia="Arial"/>
          <w:sz w:val="21"/>
        </w:rPr>
        <w:br w:type="page"/>
      </w:r>
    </w:p>
    <w:p>
      <w:pPr>
        <w:keepNext/>
        <w:widowControl/>
        <w:spacing w:after="40" w:line="252" w:lineRule="auto"/>
        <w:jc w:val="center"/>
      </w:pPr>
      <w:r>
        <w:rPr>
          <w:rFonts w:ascii="Arial" w:hAnsi="Arial" w:eastAsia="Arial"/>
          <w:b/>
          <w:i w:val="0"/>
          <w:sz w:val="20"/>
        </w:rPr>
        <w:t>FORMULARUL NR. 8</w:t>
      </w:r>
    </w:p>
    <w:p>
      <w:pPr>
        <w:keepNext/>
        <w:widowControl/>
        <w:spacing w:after="200" w:line="252" w:lineRule="auto"/>
        <w:jc w:val="center"/>
      </w:pPr>
      <w:r>
        <w:rPr>
          <w:rFonts w:ascii="Arial" w:hAnsi="Arial" w:eastAsia="Arial"/>
          <w:b/>
          <w:i w:val="0"/>
          <w:sz w:val="24"/>
        </w:rPr>
        <w:t>DECLARAȚIE PRIVIND INFORMAȚIILE CONFIDENȚIALE DIN OFERTĂ</w:t>
      </w:r>
    </w:p>
    <w:p>
      <w:pPr>
        <w:widowControl/>
        <w:spacing w:after="80" w:line="252" w:lineRule="auto"/>
      </w:pPr>
      <w:r>
        <w:rPr>
          <w:rFonts w:ascii="Arial" w:hAnsi="Arial" w:eastAsia="Arial"/>
          <w:b w:val="0"/>
          <w:i w:val="0"/>
          <w:sz w:val="20"/>
        </w:rPr>
        <w:t>Subsemnatul(a) ______________________________________, reprezentant legal/împuternicit al ______________________________________, declar că următoarele informații din oferta depusă sunt indicate ca fiind confidențiale, în condițiile art. 57 din Legea nr. 98/2016:</w:t>
      </w:r>
    </w:p>
    <w:tbl>
      <w:tblPr>
        <w:tblW w:type="auto" w:w="0"/>
        <w:tblLayout w:type="autofit"/>
        <w:tblLook w:firstColumn="1" w:firstRow="1" w:lastColumn="0" w:lastRow="0" w:noHBand="0" w:noVBand="1" w:val="04A0"/>
        <w:jc w:val="center"/>
        <w:tblBorders>
          <w:top w:val="single" w:sz="5" w:space="0" w:color="000000"/>
          <w:left w:val="single" w:sz="5" w:space="0" w:color="000000"/>
          <w:bottom w:val="single" w:sz="5" w:space="0" w:color="000000"/>
          <w:right w:val="single" w:sz="5" w:space="0" w:color="000000"/>
          <w:insideH w:val="single" w:sz="5" w:space="0" w:color="000000"/>
          <w:insideV w:val="single" w:sz="5" w:space="0" w:color="000000"/>
        </w:tblBorders>
        <w:tblCellMar>
          <w:top w:w="90" w:type="dxa"/>
          <w:left w:w="90" w:type="dxa"/>
          <w:bottom w:w="90" w:type="dxa"/>
          <w:right w:w="90" w:type="dxa"/>
        </w:tblCellMar>
      </w:tblPr>
      <w:tblGrid>
        <w:gridCol w:w="1994"/>
        <w:gridCol w:w="1994"/>
        <w:gridCol w:w="1994"/>
        <w:gridCol w:w="1994"/>
        <w:gridCol w:w="1994"/>
      </w:tblGrid>
      <w:tr>
        <w:trPr>
          <w:trHeight w:val="425"/>
          <w:cantSplit/>
        </w:trPr>
        <w:tc>
          <w:tcPr>
            <w:tcW w:type="dxa" w:w="1994"/>
            <w:vAlign w:val="center"/>
            <w:shd w:fill="E7E6E6"/>
          </w:tcPr>
          <w:p>
            <w:pPr>
              <w:spacing w:after="0" w:line="240" w:lineRule="auto"/>
              <w:jc w:val="center"/>
            </w:pPr>
            <w:r>
              <w:rPr>
                <w:rFonts w:ascii="Arial" w:hAnsi="Arial" w:eastAsia="Arial"/>
                <w:b/>
                <w:sz w:val="18"/>
              </w:rPr>
            </w:r>
            <w:r>
              <w:rPr>
                <w:rFonts w:ascii="Arial" w:hAnsi="Arial" w:eastAsia="Arial"/>
                <w:b/>
                <w:sz w:val="18"/>
              </w:rPr>
              <w:t>Nr.</w:t>
            </w:r>
          </w:p>
        </w:tc>
        <w:tc>
          <w:tcPr>
            <w:tcW w:type="dxa" w:w="1994"/>
            <w:vAlign w:val="center"/>
            <w:shd w:fill="E7E6E6"/>
          </w:tcPr>
          <w:p>
            <w:pPr>
              <w:spacing w:after="0" w:line="240" w:lineRule="auto"/>
              <w:jc w:val="center"/>
            </w:pPr>
            <w:r>
              <w:rPr>
                <w:rFonts w:ascii="Arial" w:hAnsi="Arial" w:eastAsia="Arial"/>
                <w:b/>
                <w:sz w:val="18"/>
              </w:rPr>
            </w:r>
            <w:r>
              <w:rPr>
                <w:rFonts w:ascii="Arial" w:hAnsi="Arial" w:eastAsia="Arial"/>
                <w:b/>
                <w:sz w:val="18"/>
              </w:rPr>
              <w:t>Document / informație</w:t>
            </w:r>
          </w:p>
        </w:tc>
        <w:tc>
          <w:tcPr>
            <w:tcW w:type="dxa" w:w="1994"/>
            <w:vAlign w:val="center"/>
            <w:shd w:fill="E7E6E6"/>
          </w:tcPr>
          <w:p>
            <w:pPr>
              <w:spacing w:after="0" w:line="240" w:lineRule="auto"/>
              <w:jc w:val="center"/>
            </w:pPr>
            <w:r>
              <w:rPr>
                <w:rFonts w:ascii="Arial" w:hAnsi="Arial" w:eastAsia="Arial"/>
                <w:b/>
                <w:sz w:val="18"/>
              </w:rPr>
            </w:r>
            <w:r>
              <w:rPr>
                <w:rFonts w:ascii="Arial" w:hAnsi="Arial" w:eastAsia="Arial"/>
                <w:b/>
                <w:sz w:val="18"/>
              </w:rPr>
              <w:t>Pagina / secțiunea</w:t>
            </w:r>
          </w:p>
        </w:tc>
        <w:tc>
          <w:tcPr>
            <w:tcW w:type="dxa" w:w="1994"/>
            <w:vAlign w:val="center"/>
            <w:shd w:fill="E7E6E6"/>
          </w:tcPr>
          <w:p>
            <w:pPr>
              <w:spacing w:after="0" w:line="240" w:lineRule="auto"/>
              <w:jc w:val="center"/>
            </w:pPr>
            <w:r>
              <w:rPr>
                <w:rFonts w:ascii="Arial" w:hAnsi="Arial" w:eastAsia="Arial"/>
                <w:b/>
                <w:sz w:val="18"/>
              </w:rPr>
            </w:r>
            <w:r>
              <w:rPr>
                <w:rFonts w:ascii="Arial" w:hAnsi="Arial" w:eastAsia="Arial"/>
                <w:b/>
                <w:sz w:val="18"/>
              </w:rPr>
              <w:t>Motivul confidențialității</w:t>
            </w:r>
          </w:p>
        </w:tc>
        <w:tc>
          <w:tcPr>
            <w:tcW w:type="dxa" w:w="1994"/>
            <w:vAlign w:val="center"/>
            <w:shd w:fill="E7E6E6"/>
          </w:tcPr>
          <w:p>
            <w:pPr>
              <w:spacing w:after="0" w:line="240" w:lineRule="auto"/>
              <w:jc w:val="center"/>
            </w:pPr>
            <w:r>
              <w:rPr>
                <w:rFonts w:ascii="Arial" w:hAnsi="Arial" w:eastAsia="Arial"/>
                <w:b/>
                <w:sz w:val="18"/>
              </w:rPr>
            </w:r>
            <w:r>
              <w:rPr>
                <w:rFonts w:ascii="Arial" w:hAnsi="Arial" w:eastAsia="Arial"/>
                <w:b/>
                <w:sz w:val="18"/>
              </w:rPr>
              <w:t>Dovada anexată</w:t>
            </w:r>
          </w:p>
        </w:tc>
      </w:tr>
      <w:tr>
        <w:trPr>
          <w:trHeight w:val="482"/>
          <w:cantSplit/>
        </w:trPr>
        <w:tc>
          <w:tcPr>
            <w:tcW w:type="dxa" w:w="1994"/>
            <w:vAlign w:val="center"/>
          </w:tcPr>
          <w:p>
            <w:pPr>
              <w:spacing w:after="0" w:line="240" w:lineRule="auto"/>
            </w:pPr>
            <w:r>
              <w:rPr>
                <w:rFonts w:ascii="Arial" w:hAnsi="Arial" w:eastAsia="Arial"/>
                <w:sz w:val="18"/>
              </w:rPr>
            </w:r>
            <w:r>
              <w:rPr>
                <w:rFonts w:ascii="Arial" w:hAnsi="Arial" w:eastAsia="Arial"/>
                <w:b w:val="0"/>
                <w:sz w:val="18"/>
              </w:rPr>
              <w:t>1</w:t>
            </w:r>
          </w:p>
        </w:tc>
        <w:tc>
          <w:tcPr>
            <w:tcW w:type="dxa" w:w="1994"/>
            <w:vAlign w:val="center"/>
          </w:tcPr>
          <w:p>
            <w:pPr>
              <w:spacing w:after="0" w:line="240" w:lineRule="auto"/>
            </w:pPr>
            <w:r>
              <w:rPr>
                <w:rFonts w:ascii="Arial" w:hAnsi="Arial" w:eastAsia="Arial"/>
                <w:sz w:val="18"/>
              </w:rPr>
            </w:r>
            <w:r>
              <w:rPr>
                <w:rFonts w:ascii="Arial" w:hAnsi="Arial" w:eastAsia="Arial"/>
                <w:b w:val="0"/>
                <w:sz w:val="18"/>
              </w:rPr>
            </w:r>
          </w:p>
        </w:tc>
        <w:tc>
          <w:tcPr>
            <w:tcW w:type="dxa" w:w="1994"/>
            <w:vAlign w:val="center"/>
          </w:tcPr>
          <w:p>
            <w:pPr>
              <w:spacing w:after="0" w:line="240" w:lineRule="auto"/>
            </w:pPr>
            <w:r>
              <w:rPr>
                <w:rFonts w:ascii="Arial" w:hAnsi="Arial" w:eastAsia="Arial"/>
                <w:sz w:val="18"/>
              </w:rPr>
            </w:r>
            <w:r>
              <w:rPr>
                <w:rFonts w:ascii="Arial" w:hAnsi="Arial" w:eastAsia="Arial"/>
                <w:b w:val="0"/>
                <w:sz w:val="18"/>
              </w:rPr>
            </w:r>
          </w:p>
        </w:tc>
        <w:tc>
          <w:tcPr>
            <w:tcW w:type="dxa" w:w="1994"/>
            <w:vAlign w:val="center"/>
          </w:tcPr>
          <w:p>
            <w:pPr>
              <w:spacing w:after="0" w:line="240" w:lineRule="auto"/>
            </w:pPr>
            <w:r>
              <w:rPr>
                <w:rFonts w:ascii="Arial" w:hAnsi="Arial" w:eastAsia="Arial"/>
                <w:sz w:val="18"/>
              </w:rPr>
            </w:r>
            <w:r>
              <w:rPr>
                <w:rFonts w:ascii="Arial" w:hAnsi="Arial" w:eastAsia="Arial"/>
                <w:b w:val="0"/>
                <w:sz w:val="18"/>
              </w:rPr>
            </w:r>
          </w:p>
        </w:tc>
        <w:tc>
          <w:tcPr>
            <w:tcW w:type="dxa" w:w="1994"/>
            <w:vAlign w:val="center"/>
          </w:tcPr>
          <w:p>
            <w:pPr>
              <w:spacing w:after="0" w:line="240" w:lineRule="auto"/>
            </w:pPr>
            <w:r>
              <w:rPr>
                <w:rFonts w:ascii="Arial" w:hAnsi="Arial" w:eastAsia="Arial"/>
                <w:sz w:val="18"/>
              </w:rPr>
            </w:r>
            <w:r>
              <w:rPr>
                <w:rFonts w:ascii="Arial" w:hAnsi="Arial" w:eastAsia="Arial"/>
                <w:b w:val="0"/>
                <w:sz w:val="18"/>
              </w:rPr>
            </w:r>
          </w:p>
        </w:tc>
      </w:tr>
      <w:tr>
        <w:trPr>
          <w:trHeight w:val="482"/>
          <w:cantSplit/>
        </w:trPr>
        <w:tc>
          <w:tcPr>
            <w:tcW w:type="dxa" w:w="1994"/>
            <w:vAlign w:val="center"/>
          </w:tcPr>
          <w:p>
            <w:pPr>
              <w:spacing w:after="0" w:line="240" w:lineRule="auto"/>
            </w:pPr>
            <w:r>
              <w:rPr>
                <w:rFonts w:ascii="Arial" w:hAnsi="Arial" w:eastAsia="Arial"/>
                <w:sz w:val="18"/>
              </w:rPr>
            </w:r>
            <w:r>
              <w:rPr>
                <w:rFonts w:ascii="Arial" w:hAnsi="Arial" w:eastAsia="Arial"/>
                <w:b w:val="0"/>
                <w:sz w:val="18"/>
              </w:rPr>
              <w:t>2</w:t>
            </w:r>
          </w:p>
        </w:tc>
        <w:tc>
          <w:tcPr>
            <w:tcW w:type="dxa" w:w="1994"/>
            <w:vAlign w:val="center"/>
          </w:tcPr>
          <w:p>
            <w:pPr>
              <w:spacing w:after="0" w:line="240" w:lineRule="auto"/>
            </w:pPr>
            <w:r>
              <w:rPr>
                <w:rFonts w:ascii="Arial" w:hAnsi="Arial" w:eastAsia="Arial"/>
                <w:sz w:val="18"/>
              </w:rPr>
            </w:r>
            <w:r>
              <w:rPr>
                <w:rFonts w:ascii="Arial" w:hAnsi="Arial" w:eastAsia="Arial"/>
                <w:b w:val="0"/>
                <w:sz w:val="18"/>
              </w:rPr>
            </w:r>
          </w:p>
        </w:tc>
        <w:tc>
          <w:tcPr>
            <w:tcW w:type="dxa" w:w="1994"/>
            <w:vAlign w:val="center"/>
          </w:tcPr>
          <w:p>
            <w:pPr>
              <w:spacing w:after="0" w:line="240" w:lineRule="auto"/>
            </w:pPr>
            <w:r>
              <w:rPr>
                <w:rFonts w:ascii="Arial" w:hAnsi="Arial" w:eastAsia="Arial"/>
                <w:sz w:val="18"/>
              </w:rPr>
            </w:r>
            <w:r>
              <w:rPr>
                <w:rFonts w:ascii="Arial" w:hAnsi="Arial" w:eastAsia="Arial"/>
                <w:b w:val="0"/>
                <w:sz w:val="18"/>
              </w:rPr>
            </w:r>
          </w:p>
        </w:tc>
        <w:tc>
          <w:tcPr>
            <w:tcW w:type="dxa" w:w="1994"/>
            <w:vAlign w:val="center"/>
          </w:tcPr>
          <w:p>
            <w:pPr>
              <w:spacing w:after="0" w:line="240" w:lineRule="auto"/>
            </w:pPr>
            <w:r>
              <w:rPr>
                <w:rFonts w:ascii="Arial" w:hAnsi="Arial" w:eastAsia="Arial"/>
                <w:sz w:val="18"/>
              </w:rPr>
            </w:r>
            <w:r>
              <w:rPr>
                <w:rFonts w:ascii="Arial" w:hAnsi="Arial" w:eastAsia="Arial"/>
                <w:b w:val="0"/>
                <w:sz w:val="18"/>
              </w:rPr>
            </w:r>
          </w:p>
        </w:tc>
        <w:tc>
          <w:tcPr>
            <w:tcW w:type="dxa" w:w="1994"/>
            <w:vAlign w:val="center"/>
          </w:tcPr>
          <w:p>
            <w:pPr>
              <w:spacing w:after="0" w:line="240" w:lineRule="auto"/>
            </w:pPr>
            <w:r>
              <w:rPr>
                <w:rFonts w:ascii="Arial" w:hAnsi="Arial" w:eastAsia="Arial"/>
                <w:sz w:val="18"/>
              </w:rPr>
            </w:r>
            <w:r>
              <w:rPr>
                <w:rFonts w:ascii="Arial" w:hAnsi="Arial" w:eastAsia="Arial"/>
                <w:b w:val="0"/>
                <w:sz w:val="18"/>
              </w:rPr>
            </w:r>
          </w:p>
        </w:tc>
      </w:tr>
      <w:tr>
        <w:trPr>
          <w:trHeight w:val="482"/>
          <w:cantSplit/>
        </w:trPr>
        <w:tc>
          <w:tcPr>
            <w:tcW w:type="dxa" w:w="1994"/>
            <w:vAlign w:val="center"/>
          </w:tcPr>
          <w:p>
            <w:pPr>
              <w:spacing w:after="0" w:line="240" w:lineRule="auto"/>
            </w:pPr>
            <w:r>
              <w:rPr>
                <w:rFonts w:ascii="Arial" w:hAnsi="Arial" w:eastAsia="Arial"/>
                <w:sz w:val="18"/>
              </w:rPr>
            </w:r>
            <w:r>
              <w:rPr>
                <w:rFonts w:ascii="Arial" w:hAnsi="Arial" w:eastAsia="Arial"/>
                <w:b w:val="0"/>
                <w:sz w:val="18"/>
              </w:rPr>
              <w:t>3</w:t>
            </w:r>
          </w:p>
        </w:tc>
        <w:tc>
          <w:tcPr>
            <w:tcW w:type="dxa" w:w="1994"/>
            <w:vAlign w:val="center"/>
          </w:tcPr>
          <w:p>
            <w:pPr>
              <w:spacing w:after="0" w:line="240" w:lineRule="auto"/>
            </w:pPr>
            <w:r>
              <w:rPr>
                <w:rFonts w:ascii="Arial" w:hAnsi="Arial" w:eastAsia="Arial"/>
                <w:sz w:val="18"/>
              </w:rPr>
            </w:r>
            <w:r>
              <w:rPr>
                <w:rFonts w:ascii="Arial" w:hAnsi="Arial" w:eastAsia="Arial"/>
                <w:b w:val="0"/>
                <w:sz w:val="18"/>
              </w:rPr>
            </w:r>
          </w:p>
        </w:tc>
        <w:tc>
          <w:tcPr>
            <w:tcW w:type="dxa" w:w="1994"/>
            <w:vAlign w:val="center"/>
          </w:tcPr>
          <w:p>
            <w:pPr>
              <w:spacing w:after="0" w:line="240" w:lineRule="auto"/>
            </w:pPr>
            <w:r>
              <w:rPr>
                <w:rFonts w:ascii="Arial" w:hAnsi="Arial" w:eastAsia="Arial"/>
                <w:sz w:val="18"/>
              </w:rPr>
            </w:r>
            <w:r>
              <w:rPr>
                <w:rFonts w:ascii="Arial" w:hAnsi="Arial" w:eastAsia="Arial"/>
                <w:b w:val="0"/>
                <w:sz w:val="18"/>
              </w:rPr>
            </w:r>
          </w:p>
        </w:tc>
        <w:tc>
          <w:tcPr>
            <w:tcW w:type="dxa" w:w="1994"/>
            <w:vAlign w:val="center"/>
          </w:tcPr>
          <w:p>
            <w:pPr>
              <w:spacing w:after="0" w:line="240" w:lineRule="auto"/>
            </w:pPr>
            <w:r>
              <w:rPr>
                <w:rFonts w:ascii="Arial" w:hAnsi="Arial" w:eastAsia="Arial"/>
                <w:sz w:val="18"/>
              </w:rPr>
            </w:r>
            <w:r>
              <w:rPr>
                <w:rFonts w:ascii="Arial" w:hAnsi="Arial" w:eastAsia="Arial"/>
                <w:b w:val="0"/>
                <w:sz w:val="18"/>
              </w:rPr>
            </w:r>
          </w:p>
        </w:tc>
        <w:tc>
          <w:tcPr>
            <w:tcW w:type="dxa" w:w="1994"/>
            <w:vAlign w:val="center"/>
          </w:tcPr>
          <w:p>
            <w:pPr>
              <w:spacing w:after="0" w:line="240" w:lineRule="auto"/>
            </w:pPr>
            <w:r>
              <w:rPr>
                <w:rFonts w:ascii="Arial" w:hAnsi="Arial" w:eastAsia="Arial"/>
                <w:sz w:val="18"/>
              </w:rPr>
            </w:r>
            <w:r>
              <w:rPr>
                <w:rFonts w:ascii="Arial" w:hAnsi="Arial" w:eastAsia="Arial"/>
                <w:b w:val="0"/>
                <w:sz w:val="18"/>
              </w:rPr>
            </w:r>
          </w:p>
        </w:tc>
      </w:tr>
    </w:tbl>
    <w:p>
      <w:pPr>
        <w:widowControl/>
        <w:spacing w:after="80" w:line="252" w:lineRule="auto"/>
      </w:pPr>
      <w:r>
        <w:rPr>
          <w:rFonts w:ascii="Arial" w:hAnsi="Arial" w:eastAsia="Arial"/>
          <w:b w:val="0"/>
          <w:i w:val="0"/>
          <w:sz w:val="20"/>
        </w:rPr>
        <w:t>Înțelegem că simpla indicare a unei informații ca fiind confidențială nu este suficientă; caracterul confidențial trebuie justificat și dovedit potrivit legislației aplicabile. Dacă nu există informații confidențiale, se va înscrie «Nu este cazul».</w:t>
      </w:r>
    </w:p>
    <w:p>
      <w:pPr>
        <w:keepLines/>
        <w:widowControl/>
        <w:spacing w:after="60" w:line="252" w:lineRule="auto"/>
      </w:pPr>
      <w:r>
        <w:rPr>
          <w:rFonts w:ascii="Arial" w:hAnsi="Arial" w:eastAsia="Arial"/>
          <w:b w:val="0"/>
          <w:i w:val="0"/>
          <w:sz w:val="20"/>
        </w:rPr>
        <w:t>Data: ________________</w:t>
      </w:r>
    </w:p>
    <w:p>
      <w:pPr>
        <w:keepLines/>
        <w:widowControl/>
        <w:spacing w:after="60" w:line="252" w:lineRule="auto"/>
      </w:pPr>
      <w:r>
        <w:rPr>
          <w:rFonts w:ascii="Arial" w:hAnsi="Arial" w:eastAsia="Arial"/>
          <w:b w:val="0"/>
          <w:i w:val="0"/>
          <w:sz w:val="20"/>
        </w:rPr>
        <w:t>Operator economic: __________________________________________</w:t>
      </w:r>
    </w:p>
    <w:p>
      <w:pPr>
        <w:keepLines/>
        <w:widowControl/>
        <w:spacing w:after="60" w:line="252" w:lineRule="auto"/>
      </w:pPr>
      <w:r>
        <w:rPr>
          <w:rFonts w:ascii="Arial" w:hAnsi="Arial" w:eastAsia="Arial"/>
          <w:b w:val="0"/>
          <w:i w:val="0"/>
          <w:sz w:val="20"/>
        </w:rPr>
        <w:t>Reprezentant legal/împuternicit: _____________________________</w:t>
      </w:r>
    </w:p>
    <w:p>
      <w:pPr>
        <w:keepLines/>
        <w:widowControl/>
        <w:spacing w:after="60" w:line="252" w:lineRule="auto"/>
      </w:pPr>
      <w:r>
        <w:rPr>
          <w:rFonts w:ascii="Arial" w:hAnsi="Arial" w:eastAsia="Arial"/>
          <w:b w:val="0"/>
          <w:i w:val="0"/>
          <w:sz w:val="20"/>
        </w:rPr>
        <w:t>Funcția: ______________________     Semnătura: ________________</w:t>
      </w:r>
    </w:p>
    <w:p>
      <w:pPr>
        <w:widowControl/>
        <w:spacing w:line="252" w:lineRule="auto" w:after="80"/>
      </w:pPr>
      <w:r>
        <w:rPr>
          <w:rFonts w:ascii="Arial" w:hAnsi="Arial" w:eastAsia="Arial"/>
          <w:sz w:val="21"/>
        </w:rPr>
        <w:br w:type="page"/>
      </w:r>
    </w:p>
    <w:p>
      <w:pPr>
        <w:keepNext/>
        <w:widowControl/>
        <w:spacing w:after="40" w:line="252" w:lineRule="auto"/>
        <w:jc w:val="center"/>
      </w:pPr>
      <w:r>
        <w:rPr>
          <w:rFonts w:ascii="Arial" w:hAnsi="Arial" w:eastAsia="Arial"/>
          <w:b/>
          <w:i w:val="0"/>
          <w:sz w:val="20"/>
        </w:rPr>
        <w:t>FORMULARUL NR. 9</w:t>
      </w:r>
    </w:p>
    <w:p>
      <w:pPr>
        <w:keepNext/>
        <w:widowControl/>
        <w:spacing w:after="200" w:line="252" w:lineRule="auto"/>
        <w:jc w:val="center"/>
      </w:pPr>
      <w:r>
        <w:rPr>
          <w:rFonts w:ascii="Arial" w:hAnsi="Arial" w:eastAsia="Arial"/>
          <w:b/>
          <w:i w:val="0"/>
          <w:sz w:val="24"/>
        </w:rPr>
        <w:t>ACORD DE ASOCIERE – MODEL</w:t>
      </w:r>
    </w:p>
    <w:p>
      <w:pPr>
        <w:widowControl/>
        <w:spacing w:after="80" w:line="252" w:lineRule="auto"/>
      </w:pPr>
      <w:r>
        <w:rPr>
          <w:rFonts w:ascii="Arial" w:hAnsi="Arial" w:eastAsia="Arial"/>
          <w:b w:val="0"/>
          <w:i w:val="0"/>
          <w:sz w:val="20"/>
        </w:rPr>
        <w:t>Nr. ________ / ______________</w:t>
      </w:r>
    </w:p>
    <w:p>
      <w:pPr>
        <w:widowControl/>
        <w:spacing w:after="80" w:line="252" w:lineRule="auto"/>
      </w:pPr>
      <w:r>
        <w:rPr>
          <w:rFonts w:ascii="Arial" w:hAnsi="Arial" w:eastAsia="Arial"/>
          <w:b w:val="0"/>
          <w:i w:val="0"/>
          <w:sz w:val="20"/>
        </w:rPr>
        <w:t>Prezentul acord se încheie între:</w:t>
      </w:r>
    </w:p>
    <w:p>
      <w:pPr>
        <w:widowControl/>
        <w:spacing w:after="200" w:line="252" w:lineRule="auto"/>
      </w:pPr>
      <w:r>
        <w:rPr>
          <w:rFonts w:ascii="Arial" w:hAnsi="Arial" w:eastAsia="Arial"/>
          <w:b w:val="0"/>
          <w:i w:val="0"/>
          <w:sz w:val="20"/>
        </w:rPr>
        <w:t>1. ______________________________________, cu sediul în ______________________________, CUI ____________, nr. ORC ____________, reprezentată prin ______________________, în calitate de LIDER AL ASOCIERII;</w:t>
      </w:r>
    </w:p>
    <w:p>
      <w:pPr>
        <w:widowControl/>
        <w:spacing w:after="80" w:line="252" w:lineRule="auto"/>
      </w:pPr>
      <w:r>
        <w:rPr>
          <w:rFonts w:ascii="Arial" w:hAnsi="Arial" w:eastAsia="Arial"/>
          <w:b w:val="0"/>
          <w:i w:val="0"/>
          <w:sz w:val="20"/>
        </w:rPr>
        <w:t>și</w:t>
      </w:r>
    </w:p>
    <w:p>
      <w:pPr>
        <w:widowControl/>
        <w:spacing w:after="200" w:line="252" w:lineRule="auto"/>
      </w:pPr>
      <w:r>
        <w:rPr>
          <w:rFonts w:ascii="Arial" w:hAnsi="Arial" w:eastAsia="Arial"/>
          <w:b w:val="0"/>
          <w:i w:val="0"/>
          <w:sz w:val="20"/>
        </w:rPr>
        <w:t>2. ______________________________________, cu sediul în ______________________________, CUI ____________, nr. ORC ____________, reprezentată prin ______________________, în calitate de ASOCIAT.</w:t>
      </w:r>
    </w:p>
    <w:p>
      <w:pPr>
        <w:widowControl/>
        <w:spacing w:after="80" w:line="252" w:lineRule="auto"/>
      </w:pPr>
      <w:r>
        <w:rPr>
          <w:rFonts w:ascii="Arial" w:hAnsi="Arial" w:eastAsia="Arial"/>
          <w:b/>
          <w:i w:val="0"/>
          <w:sz w:val="20"/>
        </w:rPr>
        <w:t>1. Obiectul acordului</w:t>
      </w:r>
    </w:p>
    <w:p>
      <w:pPr>
        <w:widowControl/>
        <w:spacing w:after="80" w:line="252" w:lineRule="auto"/>
      </w:pPr>
      <w:r>
        <w:rPr>
          <w:rFonts w:ascii="Arial" w:hAnsi="Arial" w:eastAsia="Arial"/>
          <w:b w:val="0"/>
          <w:i w:val="0"/>
          <w:sz w:val="20"/>
        </w:rPr>
        <w:t>Părțile convin să participe în comun la achiziția directă având ca obiect „CREȘTEREA EFICIENȚEI ENERGETICE A INFRASTRUCTURII DE ILUMINAT PUBLIC DIN COMUNA BUSTUCHIN, JUDEȚUL GORJ” și, în cazul atribuirii, să execute în comun contractul.</w:t>
      </w:r>
    </w:p>
    <w:tbl>
      <w:tblPr>
        <w:tblW w:type="auto" w:w="0"/>
        <w:tblLayout w:type="autofit"/>
        <w:tblLook w:firstColumn="1" w:firstRow="1" w:lastColumn="0" w:lastRow="0" w:noHBand="0" w:noVBand="1" w:val="04A0"/>
        <w:jc w:val="center"/>
        <w:tblBorders>
          <w:top w:val="single" w:sz="5" w:space="0" w:color="000000"/>
          <w:left w:val="single" w:sz="5" w:space="0" w:color="000000"/>
          <w:bottom w:val="single" w:sz="5" w:space="0" w:color="000000"/>
          <w:right w:val="single" w:sz="5" w:space="0" w:color="000000"/>
          <w:insideH w:val="single" w:sz="5" w:space="0" w:color="000000"/>
          <w:insideV w:val="single" w:sz="5" w:space="0" w:color="000000"/>
        </w:tblBorders>
        <w:tblCellMar>
          <w:top w:w="90" w:type="dxa"/>
          <w:left w:w="90" w:type="dxa"/>
          <w:bottom w:w="90" w:type="dxa"/>
          <w:right w:w="90" w:type="dxa"/>
        </w:tblCellMar>
      </w:tblPr>
      <w:tblGrid>
        <w:gridCol w:w="3324"/>
        <w:gridCol w:w="3324"/>
        <w:gridCol w:w="3324"/>
      </w:tblGrid>
      <w:tr>
        <w:trPr>
          <w:trHeight w:val="425"/>
          <w:cantSplit/>
        </w:trPr>
        <w:tc>
          <w:tcPr>
            <w:tcW w:type="dxa" w:w="3324"/>
            <w:vAlign w:val="center"/>
            <w:shd w:fill="E7E6E6"/>
          </w:tcPr>
          <w:p>
            <w:pPr>
              <w:spacing w:after="0" w:line="240" w:lineRule="auto"/>
              <w:jc w:val="center"/>
            </w:pPr>
            <w:r>
              <w:rPr>
                <w:rFonts w:ascii="Arial" w:hAnsi="Arial" w:eastAsia="Arial"/>
                <w:b/>
                <w:sz w:val="18"/>
              </w:rPr>
            </w:r>
            <w:r>
              <w:rPr>
                <w:rFonts w:ascii="Arial" w:hAnsi="Arial" w:eastAsia="Arial"/>
                <w:b/>
                <w:sz w:val="18"/>
              </w:rPr>
              <w:t>Membru al asocierii</w:t>
            </w:r>
          </w:p>
        </w:tc>
        <w:tc>
          <w:tcPr>
            <w:tcW w:type="dxa" w:w="3324"/>
            <w:vAlign w:val="center"/>
            <w:shd w:fill="E7E6E6"/>
          </w:tcPr>
          <w:p>
            <w:pPr>
              <w:spacing w:after="0" w:line="240" w:lineRule="auto"/>
              <w:jc w:val="center"/>
            </w:pPr>
            <w:r>
              <w:rPr>
                <w:rFonts w:ascii="Arial" w:hAnsi="Arial" w:eastAsia="Arial"/>
                <w:b/>
                <w:sz w:val="18"/>
              </w:rPr>
            </w:r>
            <w:r>
              <w:rPr>
                <w:rFonts w:ascii="Arial" w:hAnsi="Arial" w:eastAsia="Arial"/>
                <w:b/>
                <w:sz w:val="18"/>
              </w:rPr>
              <w:t>Activități / responsabilități</w:t>
            </w:r>
          </w:p>
        </w:tc>
        <w:tc>
          <w:tcPr>
            <w:tcW w:type="dxa" w:w="3324"/>
            <w:vAlign w:val="center"/>
            <w:shd w:fill="E7E6E6"/>
          </w:tcPr>
          <w:p>
            <w:pPr>
              <w:spacing w:after="0" w:line="240" w:lineRule="auto"/>
              <w:jc w:val="center"/>
            </w:pPr>
            <w:r>
              <w:rPr>
                <w:rFonts w:ascii="Arial" w:hAnsi="Arial" w:eastAsia="Arial"/>
                <w:b/>
                <w:sz w:val="18"/>
              </w:rPr>
            </w:r>
            <w:r>
              <w:rPr>
                <w:rFonts w:ascii="Arial" w:hAnsi="Arial" w:eastAsia="Arial"/>
                <w:b/>
                <w:sz w:val="18"/>
              </w:rPr>
              <w:t>Procent de participare</w:t>
            </w:r>
          </w:p>
        </w:tc>
      </w:tr>
      <w:tr>
        <w:trPr>
          <w:trHeight w:val="482"/>
          <w:cantSplit/>
        </w:trPr>
        <w:tc>
          <w:tcPr>
            <w:tcW w:type="dxa" w:w="3324"/>
            <w:vAlign w:val="center"/>
          </w:tcPr>
          <w:p>
            <w:pPr>
              <w:spacing w:after="0" w:line="240" w:lineRule="auto"/>
            </w:pPr>
            <w:r>
              <w:rPr>
                <w:rFonts w:ascii="Arial" w:hAnsi="Arial" w:eastAsia="Arial"/>
                <w:sz w:val="18"/>
              </w:rPr>
            </w:r>
            <w:r>
              <w:rPr>
                <w:rFonts w:ascii="Arial" w:hAnsi="Arial" w:eastAsia="Arial"/>
                <w:b w:val="0"/>
                <w:sz w:val="18"/>
              </w:rPr>
              <w:t>Lider</w:t>
            </w:r>
          </w:p>
        </w:tc>
        <w:tc>
          <w:tcPr>
            <w:tcW w:type="dxa" w:w="3324"/>
            <w:vAlign w:val="center"/>
          </w:tcPr>
          <w:p>
            <w:pPr>
              <w:spacing w:after="0" w:line="240" w:lineRule="auto"/>
            </w:pPr>
            <w:r>
              <w:rPr>
                <w:rFonts w:ascii="Arial" w:hAnsi="Arial" w:eastAsia="Arial"/>
                <w:sz w:val="18"/>
              </w:rPr>
            </w:r>
            <w:r>
              <w:rPr>
                <w:rFonts w:ascii="Arial" w:hAnsi="Arial" w:eastAsia="Arial"/>
                <w:b w:val="0"/>
                <w:sz w:val="18"/>
              </w:rPr>
            </w:r>
          </w:p>
        </w:tc>
        <w:tc>
          <w:tcPr>
            <w:tcW w:type="dxa" w:w="3324"/>
            <w:vAlign w:val="center"/>
          </w:tcPr>
          <w:p>
            <w:pPr>
              <w:spacing w:after="0" w:line="240" w:lineRule="auto"/>
            </w:pPr>
            <w:r>
              <w:rPr>
                <w:rFonts w:ascii="Arial" w:hAnsi="Arial" w:eastAsia="Arial"/>
                <w:sz w:val="18"/>
              </w:rPr>
            </w:r>
            <w:r>
              <w:rPr>
                <w:rFonts w:ascii="Arial" w:hAnsi="Arial" w:eastAsia="Arial"/>
                <w:b w:val="0"/>
                <w:sz w:val="18"/>
              </w:rPr>
              <w:t>____ %</w:t>
            </w:r>
          </w:p>
        </w:tc>
      </w:tr>
      <w:tr>
        <w:trPr>
          <w:trHeight w:val="482"/>
          <w:cantSplit/>
        </w:trPr>
        <w:tc>
          <w:tcPr>
            <w:tcW w:type="dxa" w:w="3324"/>
            <w:vAlign w:val="center"/>
          </w:tcPr>
          <w:p>
            <w:pPr>
              <w:spacing w:after="0" w:line="240" w:lineRule="auto"/>
            </w:pPr>
            <w:r>
              <w:rPr>
                <w:rFonts w:ascii="Arial" w:hAnsi="Arial" w:eastAsia="Arial"/>
                <w:sz w:val="18"/>
              </w:rPr>
            </w:r>
            <w:r>
              <w:rPr>
                <w:rFonts w:ascii="Arial" w:hAnsi="Arial" w:eastAsia="Arial"/>
                <w:b w:val="0"/>
                <w:sz w:val="18"/>
              </w:rPr>
              <w:t>Asociat</w:t>
            </w:r>
          </w:p>
        </w:tc>
        <w:tc>
          <w:tcPr>
            <w:tcW w:type="dxa" w:w="3324"/>
            <w:vAlign w:val="center"/>
          </w:tcPr>
          <w:p>
            <w:pPr>
              <w:spacing w:after="0" w:line="240" w:lineRule="auto"/>
            </w:pPr>
            <w:r>
              <w:rPr>
                <w:rFonts w:ascii="Arial" w:hAnsi="Arial" w:eastAsia="Arial"/>
                <w:sz w:val="18"/>
              </w:rPr>
            </w:r>
            <w:r>
              <w:rPr>
                <w:rFonts w:ascii="Arial" w:hAnsi="Arial" w:eastAsia="Arial"/>
                <w:b w:val="0"/>
                <w:sz w:val="18"/>
              </w:rPr>
            </w:r>
          </w:p>
        </w:tc>
        <w:tc>
          <w:tcPr>
            <w:tcW w:type="dxa" w:w="3324"/>
            <w:vAlign w:val="center"/>
          </w:tcPr>
          <w:p>
            <w:pPr>
              <w:spacing w:after="0" w:line="240" w:lineRule="auto"/>
            </w:pPr>
            <w:r>
              <w:rPr>
                <w:rFonts w:ascii="Arial" w:hAnsi="Arial" w:eastAsia="Arial"/>
                <w:sz w:val="18"/>
              </w:rPr>
            </w:r>
            <w:r>
              <w:rPr>
                <w:rFonts w:ascii="Arial" w:hAnsi="Arial" w:eastAsia="Arial"/>
                <w:b w:val="0"/>
                <w:sz w:val="18"/>
              </w:rPr>
              <w:t>____ %</w:t>
            </w:r>
          </w:p>
        </w:tc>
      </w:tr>
    </w:tbl>
    <w:p>
      <w:pPr>
        <w:widowControl/>
        <w:spacing w:after="80" w:line="252" w:lineRule="auto"/>
      </w:pPr>
      <w:r>
        <w:rPr>
          <w:rFonts w:ascii="Arial" w:hAnsi="Arial" w:eastAsia="Arial"/>
          <w:b/>
          <w:i w:val="0"/>
          <w:sz w:val="20"/>
        </w:rPr>
        <w:t>2. Liderul asocierii</w:t>
      </w:r>
    </w:p>
    <w:p>
      <w:pPr>
        <w:widowControl/>
        <w:spacing w:after="80" w:line="252" w:lineRule="auto"/>
      </w:pPr>
      <w:r>
        <w:rPr>
          <w:rFonts w:ascii="Arial" w:hAnsi="Arial" w:eastAsia="Arial"/>
          <w:b w:val="0"/>
          <w:i w:val="0"/>
          <w:sz w:val="20"/>
        </w:rPr>
        <w:t>Se împuternicește ______________________________________ să reprezinte asocierea în relația cu Autoritatea Contractantă, să semneze și să depună oferta și, în cazul atribuirii, să semneze contractul în numele asocierii, în limitele mandatului acordat.</w:t>
      </w:r>
    </w:p>
    <w:p>
      <w:pPr>
        <w:widowControl/>
        <w:spacing w:after="80" w:line="252" w:lineRule="auto"/>
      </w:pPr>
      <w:r>
        <w:rPr>
          <w:rFonts w:ascii="Arial" w:hAnsi="Arial" w:eastAsia="Arial"/>
          <w:b/>
          <w:i w:val="0"/>
          <w:sz w:val="20"/>
        </w:rPr>
        <w:t>3. Răspunderea</w:t>
      </w:r>
    </w:p>
    <w:p>
      <w:pPr>
        <w:widowControl/>
        <w:spacing w:after="80" w:line="252" w:lineRule="auto"/>
      </w:pPr>
      <w:r>
        <w:rPr>
          <w:rFonts w:ascii="Arial" w:hAnsi="Arial" w:eastAsia="Arial"/>
          <w:b w:val="0"/>
          <w:i w:val="0"/>
          <w:sz w:val="20"/>
        </w:rPr>
        <w:t>Membrii asocierii răspund solidar față de Autoritatea Contractantă pentru executarea obligațiilor asumate prin contract, în condițiile legislației și ale contractului.</w:t>
      </w:r>
    </w:p>
    <w:p>
      <w:pPr>
        <w:widowControl/>
        <w:spacing w:after="80" w:line="252" w:lineRule="auto"/>
      </w:pPr>
      <w:r>
        <w:rPr>
          <w:rFonts w:ascii="Arial" w:hAnsi="Arial" w:eastAsia="Arial"/>
          <w:b/>
          <w:i w:val="0"/>
          <w:sz w:val="20"/>
        </w:rPr>
        <w:t>4. Durata</w:t>
      </w:r>
    </w:p>
    <w:p>
      <w:pPr>
        <w:widowControl/>
        <w:spacing w:after="80" w:line="252" w:lineRule="auto"/>
      </w:pPr>
      <w:r>
        <w:rPr>
          <w:rFonts w:ascii="Arial" w:hAnsi="Arial" w:eastAsia="Arial"/>
          <w:b w:val="0"/>
          <w:i w:val="0"/>
          <w:sz w:val="20"/>
        </w:rPr>
        <w:t>Acordul produce efecte pe durata achiziției și, în cazul atribuirii contractului asocierii, pe întreaga perioadă de executare a contractului și a obligațiilor care decurg din acesta.</w:t>
      </w:r>
    </w:p>
    <w:p>
      <w:pPr>
        <w:widowControl/>
        <w:spacing w:after="80" w:line="252" w:lineRule="auto"/>
      </w:pPr>
      <w:r>
        <w:rPr>
          <w:rFonts w:ascii="Arial" w:hAnsi="Arial" w:eastAsia="Arial"/>
          <w:b/>
          <w:i w:val="0"/>
          <w:sz w:val="20"/>
        </w:rPr>
        <w:t>5. Alte clauze</w:t>
      </w:r>
    </w:p>
    <w:p>
      <w:pPr>
        <w:widowControl/>
        <w:spacing w:after="80" w:line="252" w:lineRule="auto"/>
      </w:pPr>
      <w:r>
        <w:rPr>
          <w:rFonts w:ascii="Arial" w:hAnsi="Arial" w:eastAsia="Arial"/>
          <w:b w:val="0"/>
          <w:i w:val="0"/>
          <w:sz w:val="20"/>
        </w:rPr>
        <w:t>Părțile pot completa prezentul acord cu alte clauze care nu contravin documentelor achiziției și legislației aplicabile.</w:t>
      </w:r>
    </w:p>
    <w:p>
      <w:pPr>
        <w:widowControl/>
        <w:spacing w:after="80" w:line="252" w:lineRule="auto"/>
      </w:pPr>
      <w:r>
        <w:rPr>
          <w:rFonts w:ascii="Arial" w:hAnsi="Arial" w:eastAsia="Arial"/>
          <w:b w:val="0"/>
          <w:i w:val="0"/>
          <w:sz w:val="20"/>
        </w:rPr>
        <w:t>LIDER: ____________________  Reprezentant: ____________________  Semnătura: __________</w:t>
      </w:r>
    </w:p>
    <w:p>
      <w:pPr>
        <w:widowControl/>
        <w:spacing w:after="80" w:line="252" w:lineRule="auto"/>
      </w:pPr>
      <w:r>
        <w:rPr>
          <w:rFonts w:ascii="Arial" w:hAnsi="Arial" w:eastAsia="Arial"/>
          <w:b w:val="0"/>
          <w:i w:val="0"/>
          <w:sz w:val="20"/>
        </w:rPr>
        <w:t>ASOCIAT: __________________  Reprezentant: ____________________  Semnătura: __________</w:t>
      </w:r>
    </w:p>
    <w:p>
      <w:pPr>
        <w:widowControl/>
        <w:spacing w:line="252" w:lineRule="auto" w:after="80"/>
      </w:pPr>
      <w:r>
        <w:rPr>
          <w:rFonts w:ascii="Arial" w:hAnsi="Arial" w:eastAsia="Arial"/>
          <w:sz w:val="21"/>
        </w:rPr>
        <w:br w:type="page"/>
      </w:r>
    </w:p>
    <w:p>
      <w:pPr>
        <w:keepNext/>
        <w:widowControl/>
        <w:spacing w:after="40" w:line="252" w:lineRule="auto"/>
        <w:jc w:val="center"/>
      </w:pPr>
      <w:r>
        <w:rPr>
          <w:rFonts w:ascii="Arial" w:hAnsi="Arial" w:eastAsia="Arial"/>
          <w:b/>
          <w:i w:val="0"/>
          <w:sz w:val="20"/>
        </w:rPr>
        <w:t>FORMULARUL NR. 10</w:t>
      </w:r>
    </w:p>
    <w:p>
      <w:pPr>
        <w:keepNext/>
        <w:widowControl/>
        <w:spacing w:after="200" w:line="252" w:lineRule="auto"/>
        <w:jc w:val="center"/>
      </w:pPr>
      <w:r>
        <w:rPr>
          <w:rFonts w:ascii="Arial" w:hAnsi="Arial" w:eastAsia="Arial"/>
          <w:b/>
          <w:i w:val="0"/>
          <w:sz w:val="24"/>
        </w:rPr>
        <w:t>ACORD DE SUBCONTRACTARE – MODEL</w:t>
      </w:r>
    </w:p>
    <w:p>
      <w:pPr>
        <w:widowControl/>
        <w:spacing w:after="80" w:line="252" w:lineRule="auto"/>
      </w:pPr>
      <w:r>
        <w:rPr>
          <w:rFonts w:ascii="Arial" w:hAnsi="Arial" w:eastAsia="Arial"/>
          <w:b w:val="0"/>
          <w:i w:val="0"/>
          <w:sz w:val="20"/>
        </w:rPr>
        <w:t>Nr. ________ / ______________</w:t>
      </w:r>
    </w:p>
    <w:p>
      <w:pPr>
        <w:widowControl/>
        <w:spacing w:after="80" w:line="252" w:lineRule="auto"/>
      </w:pPr>
      <w:r>
        <w:rPr>
          <w:rFonts w:ascii="Arial" w:hAnsi="Arial" w:eastAsia="Arial"/>
          <w:b w:val="0"/>
          <w:i w:val="0"/>
          <w:sz w:val="20"/>
        </w:rPr>
        <w:t>Între ______________________________________, în calitate de contractant/ofertant, și ______________________________________, în calitate de subcontractant, se încheie prezentul acord.</w:t>
      </w:r>
    </w:p>
    <w:p>
      <w:pPr>
        <w:widowControl/>
        <w:spacing w:after="80" w:line="252" w:lineRule="auto"/>
      </w:pPr>
      <w:r>
        <w:rPr>
          <w:rFonts w:ascii="Arial" w:hAnsi="Arial" w:eastAsia="Arial"/>
          <w:b w:val="0"/>
          <w:i w:val="0"/>
          <w:sz w:val="20"/>
        </w:rPr>
        <w:t>În cazul atribuirii contractului pentru obiectivul Bustuchin, subcontractantul va executa următoarele activități:</w:t>
      </w:r>
    </w:p>
    <w:tbl>
      <w:tblPr>
        <w:tblW w:type="auto" w:w="0"/>
        <w:tblLayout w:type="autofit"/>
        <w:tblLook w:firstColumn="1" w:firstRow="1" w:lastColumn="0" w:lastRow="0" w:noHBand="0" w:noVBand="1" w:val="04A0"/>
        <w:jc w:val="center"/>
        <w:tblBorders>
          <w:top w:val="single" w:sz="5" w:space="0" w:color="000000"/>
          <w:left w:val="single" w:sz="5" w:space="0" w:color="000000"/>
          <w:bottom w:val="single" w:sz="5" w:space="0" w:color="000000"/>
          <w:right w:val="single" w:sz="5" w:space="0" w:color="000000"/>
          <w:insideH w:val="single" w:sz="5" w:space="0" w:color="000000"/>
          <w:insideV w:val="single" w:sz="5" w:space="0" w:color="000000"/>
        </w:tblBorders>
        <w:tblCellMar>
          <w:top w:w="90" w:type="dxa"/>
          <w:left w:w="90" w:type="dxa"/>
          <w:bottom w:w="90" w:type="dxa"/>
          <w:right w:w="90" w:type="dxa"/>
        </w:tblCellMar>
      </w:tblPr>
      <w:tblGrid>
        <w:gridCol w:w="3324"/>
        <w:gridCol w:w="3324"/>
        <w:gridCol w:w="3324"/>
      </w:tblGrid>
      <w:tr>
        <w:trPr>
          <w:trHeight w:val="425"/>
          <w:cantSplit/>
        </w:trPr>
        <w:tc>
          <w:tcPr>
            <w:tcW w:type="dxa" w:w="3324"/>
            <w:vAlign w:val="center"/>
            <w:shd w:fill="E7E6E6"/>
          </w:tcPr>
          <w:p>
            <w:pPr>
              <w:spacing w:after="0" w:line="240" w:lineRule="auto"/>
              <w:jc w:val="center"/>
            </w:pPr>
            <w:r>
              <w:rPr>
                <w:rFonts w:ascii="Arial" w:hAnsi="Arial" w:eastAsia="Arial"/>
                <w:b/>
                <w:sz w:val="18"/>
              </w:rPr>
            </w:r>
            <w:r>
              <w:rPr>
                <w:rFonts w:ascii="Arial" w:hAnsi="Arial" w:eastAsia="Arial"/>
                <w:b/>
                <w:sz w:val="18"/>
              </w:rPr>
              <w:t>Activități subcontractate</w:t>
            </w:r>
          </w:p>
        </w:tc>
        <w:tc>
          <w:tcPr>
            <w:tcW w:type="dxa" w:w="3324"/>
            <w:vAlign w:val="center"/>
            <w:shd w:fill="E7E6E6"/>
          </w:tcPr>
          <w:p>
            <w:pPr>
              <w:spacing w:after="0" w:line="240" w:lineRule="auto"/>
              <w:jc w:val="center"/>
            </w:pPr>
            <w:r>
              <w:rPr>
                <w:rFonts w:ascii="Arial" w:hAnsi="Arial" w:eastAsia="Arial"/>
                <w:b/>
                <w:sz w:val="18"/>
              </w:rPr>
            </w:r>
            <w:r>
              <w:rPr>
                <w:rFonts w:ascii="Arial" w:hAnsi="Arial" w:eastAsia="Arial"/>
                <w:b/>
                <w:sz w:val="18"/>
              </w:rPr>
              <w:t>Valoare estimată / procent din contract</w:t>
            </w:r>
          </w:p>
        </w:tc>
        <w:tc>
          <w:tcPr>
            <w:tcW w:type="dxa" w:w="3324"/>
            <w:vAlign w:val="center"/>
            <w:shd w:fill="E7E6E6"/>
          </w:tcPr>
          <w:p>
            <w:pPr>
              <w:spacing w:after="0" w:line="240" w:lineRule="auto"/>
              <w:jc w:val="center"/>
            </w:pPr>
            <w:r>
              <w:rPr>
                <w:rFonts w:ascii="Arial" w:hAnsi="Arial" w:eastAsia="Arial"/>
                <w:b/>
                <w:sz w:val="18"/>
              </w:rPr>
            </w:r>
            <w:r>
              <w:rPr>
                <w:rFonts w:ascii="Arial" w:hAnsi="Arial" w:eastAsia="Arial"/>
                <w:b/>
                <w:sz w:val="18"/>
              </w:rPr>
              <w:t>Resurse / autorizări relevante</w:t>
            </w:r>
          </w:p>
        </w:tc>
      </w:tr>
      <w:tr>
        <w:trPr>
          <w:trHeight w:val="482"/>
          <w:cantSplit/>
        </w:trPr>
        <w:tc>
          <w:tcPr>
            <w:tcW w:type="dxa" w:w="3324"/>
            <w:vAlign w:val="center"/>
          </w:tcPr>
          <w:p>
            <w:pPr>
              <w:spacing w:after="0" w:line="240" w:lineRule="auto"/>
            </w:pPr>
            <w:r>
              <w:rPr>
                <w:rFonts w:ascii="Arial" w:hAnsi="Arial" w:eastAsia="Arial"/>
                <w:sz w:val="18"/>
              </w:rPr>
            </w:r>
            <w:r>
              <w:rPr>
                <w:rFonts w:ascii="Arial" w:hAnsi="Arial" w:eastAsia="Arial"/>
                <w:b w:val="0"/>
                <w:sz w:val="18"/>
              </w:rPr>
            </w:r>
          </w:p>
        </w:tc>
        <w:tc>
          <w:tcPr>
            <w:tcW w:type="dxa" w:w="3324"/>
            <w:vAlign w:val="center"/>
          </w:tcPr>
          <w:p>
            <w:pPr>
              <w:spacing w:after="0" w:line="240" w:lineRule="auto"/>
            </w:pPr>
            <w:r>
              <w:rPr>
                <w:rFonts w:ascii="Arial" w:hAnsi="Arial" w:eastAsia="Arial"/>
                <w:sz w:val="18"/>
              </w:rPr>
            </w:r>
            <w:r>
              <w:rPr>
                <w:rFonts w:ascii="Arial" w:hAnsi="Arial" w:eastAsia="Arial"/>
                <w:b w:val="0"/>
                <w:sz w:val="18"/>
              </w:rPr>
              <w:t>________ lei / ______ %</w:t>
            </w:r>
          </w:p>
        </w:tc>
        <w:tc>
          <w:tcPr>
            <w:tcW w:type="dxa" w:w="3324"/>
            <w:vAlign w:val="center"/>
          </w:tcPr>
          <w:p>
            <w:pPr>
              <w:spacing w:after="0" w:line="240" w:lineRule="auto"/>
            </w:pPr>
            <w:r>
              <w:rPr>
                <w:rFonts w:ascii="Arial" w:hAnsi="Arial" w:eastAsia="Arial"/>
                <w:sz w:val="18"/>
              </w:rPr>
            </w:r>
            <w:r>
              <w:rPr>
                <w:rFonts w:ascii="Arial" w:hAnsi="Arial" w:eastAsia="Arial"/>
                <w:b w:val="0"/>
                <w:sz w:val="18"/>
              </w:rPr>
            </w:r>
          </w:p>
        </w:tc>
      </w:tr>
    </w:tbl>
    <w:p>
      <w:pPr>
        <w:widowControl/>
        <w:spacing w:after="80" w:line="252" w:lineRule="auto"/>
      </w:pPr>
      <w:r>
        <w:rPr>
          <w:rFonts w:ascii="Arial" w:hAnsi="Arial" w:eastAsia="Arial"/>
          <w:b w:val="0"/>
          <w:i w:val="0"/>
          <w:sz w:val="20"/>
        </w:rPr>
        <w:t>Durata activităților subcontractate: ______________________________.</w:t>
      </w:r>
    </w:p>
    <w:p>
      <w:pPr>
        <w:widowControl/>
        <w:spacing w:after="80" w:line="252" w:lineRule="auto"/>
      </w:pPr>
      <w:r>
        <w:rPr>
          <w:rFonts w:ascii="Arial" w:hAnsi="Arial" w:eastAsia="Arial"/>
          <w:b w:val="0"/>
          <w:i w:val="0"/>
          <w:sz w:val="20"/>
        </w:rPr>
        <w:t>Subcontractantul se obligă să respecte cerințele tehnice, de calitate, SSM, PSI, mediu și celelalte obligații aplicabile activităților subcontractate. Contractantul rămâne responsabil față de Autoritatea Contractantă pentru îndeplinirea contractului.</w:t>
      </w:r>
    </w:p>
    <w:p>
      <w:pPr>
        <w:widowControl/>
        <w:spacing w:after="80" w:line="252" w:lineRule="auto"/>
      </w:pPr>
      <w:r>
        <w:rPr>
          <w:rFonts w:ascii="Arial" w:hAnsi="Arial" w:eastAsia="Arial"/>
          <w:b w:val="0"/>
          <w:i w:val="0"/>
          <w:sz w:val="20"/>
        </w:rPr>
        <w:t>Este interzisă subcontractarea totală a contractului.</w:t>
      </w:r>
    </w:p>
    <w:p>
      <w:pPr>
        <w:widowControl/>
        <w:spacing w:after="80" w:line="252" w:lineRule="auto"/>
      </w:pPr>
      <w:r>
        <w:rPr>
          <w:rFonts w:ascii="Arial" w:hAnsi="Arial" w:eastAsia="Arial"/>
          <w:b w:val="0"/>
          <w:i w:val="0"/>
          <w:sz w:val="20"/>
        </w:rPr>
        <w:t>CONTRACTANT/OFERTANT: ____________________  Semnătura: __________</w:t>
      </w:r>
    </w:p>
    <w:p>
      <w:pPr>
        <w:widowControl/>
        <w:spacing w:after="80" w:line="252" w:lineRule="auto"/>
      </w:pPr>
      <w:r>
        <w:rPr>
          <w:rFonts w:ascii="Arial" w:hAnsi="Arial" w:eastAsia="Arial"/>
          <w:b w:val="0"/>
          <w:i w:val="0"/>
          <w:sz w:val="20"/>
        </w:rPr>
        <w:t>SUBCONTRACTANT: __________________________  Semnătura: __________</w:t>
      </w:r>
    </w:p>
    <w:p>
      <w:pPr>
        <w:widowControl/>
        <w:spacing w:line="252" w:lineRule="auto" w:after="80"/>
      </w:pPr>
      <w:r>
        <w:rPr>
          <w:rFonts w:ascii="Arial" w:hAnsi="Arial" w:eastAsia="Arial"/>
          <w:sz w:val="21"/>
        </w:rPr>
        <w:br w:type="page"/>
      </w:r>
    </w:p>
    <w:p>
      <w:pPr>
        <w:keepNext/>
        <w:widowControl/>
        <w:spacing w:after="40" w:line="252" w:lineRule="auto"/>
        <w:jc w:val="center"/>
      </w:pPr>
      <w:r>
        <w:rPr>
          <w:rFonts w:ascii="Arial" w:hAnsi="Arial" w:eastAsia="Arial"/>
          <w:b/>
          <w:i w:val="0"/>
          <w:sz w:val="20"/>
        </w:rPr>
        <w:t>FORMULARUL NR. 11</w:t>
      </w:r>
    </w:p>
    <w:p>
      <w:pPr>
        <w:keepNext/>
        <w:widowControl/>
        <w:spacing w:after="200" w:line="252" w:lineRule="auto"/>
        <w:jc w:val="center"/>
      </w:pPr>
      <w:r>
        <w:rPr>
          <w:rFonts w:ascii="Arial" w:hAnsi="Arial" w:eastAsia="Arial"/>
          <w:b/>
          <w:i w:val="0"/>
          <w:sz w:val="24"/>
        </w:rPr>
        <w:t>ANGAJAMENT FERM AL TERȚULUI SUSȚINĂTOR PRIVIND SUSȚINEREA TEHNICĂ ȘI/SAU PROFESIONALĂ</w:t>
      </w:r>
    </w:p>
    <w:p>
      <w:pPr>
        <w:widowControl/>
        <w:spacing w:after="80" w:line="252" w:lineRule="auto"/>
      </w:pPr>
      <w:r>
        <w:rPr>
          <w:rFonts w:ascii="Arial" w:hAnsi="Arial" w:eastAsia="Arial"/>
          <w:b w:val="0"/>
          <w:i w:val="0"/>
          <w:sz w:val="20"/>
        </w:rPr>
        <w:t>Către: UAT COMUNA BUSTUCHIN, județul Gorj</w:t>
      </w:r>
    </w:p>
    <w:p>
      <w:pPr>
        <w:widowControl/>
        <w:spacing w:after="80" w:line="252" w:lineRule="auto"/>
      </w:pPr>
      <w:r>
        <w:rPr>
          <w:rFonts w:ascii="Arial" w:hAnsi="Arial" w:eastAsia="Arial"/>
          <w:b w:val="0"/>
          <w:i w:val="0"/>
          <w:sz w:val="20"/>
        </w:rPr>
        <w:t>Subsemnatul(a) ______________________________________, reprezentant legal al ______________________________________, în calitate de terț susținător al ______________________________________, ne angajăm ferm, necondiționat și irevocabil să punem la dispoziția ofertantului resursele tehnice și/sau profesionale necesare pentru îndeplinirea cerinței/cerințelor pentru care se acordă susținerea.</w:t>
      </w:r>
    </w:p>
    <w:tbl>
      <w:tblPr>
        <w:tblW w:type="auto" w:w="0"/>
        <w:tblLayout w:type="autofit"/>
        <w:tblLook w:firstColumn="1" w:firstRow="1" w:lastColumn="0" w:lastRow="0" w:noHBand="0" w:noVBand="1" w:val="04A0"/>
        <w:jc w:val="center"/>
        <w:tblBorders>
          <w:top w:val="single" w:sz="5" w:space="0" w:color="000000"/>
          <w:left w:val="single" w:sz="5" w:space="0" w:color="000000"/>
          <w:bottom w:val="single" w:sz="5" w:space="0" w:color="000000"/>
          <w:right w:val="single" w:sz="5" w:space="0" w:color="000000"/>
          <w:insideH w:val="single" w:sz="5" w:space="0" w:color="000000"/>
          <w:insideV w:val="single" w:sz="5" w:space="0" w:color="000000"/>
        </w:tblBorders>
        <w:tblCellMar>
          <w:top w:w="90" w:type="dxa"/>
          <w:left w:w="90" w:type="dxa"/>
          <w:bottom w:w="90" w:type="dxa"/>
          <w:right w:w="90" w:type="dxa"/>
        </w:tblCellMar>
      </w:tblPr>
      <w:tblGrid>
        <w:gridCol w:w="3324"/>
        <w:gridCol w:w="3324"/>
        <w:gridCol w:w="3324"/>
      </w:tblGrid>
      <w:tr>
        <w:trPr>
          <w:trHeight w:val="425"/>
          <w:cantSplit/>
        </w:trPr>
        <w:tc>
          <w:tcPr>
            <w:tcW w:type="dxa" w:w="3324"/>
            <w:vAlign w:val="center"/>
            <w:shd w:fill="E7E6E6"/>
          </w:tcPr>
          <w:p>
            <w:pPr>
              <w:spacing w:after="0" w:line="240" w:lineRule="auto"/>
              <w:jc w:val="center"/>
            </w:pPr>
            <w:r>
              <w:rPr>
                <w:rFonts w:ascii="Arial" w:hAnsi="Arial" w:eastAsia="Arial"/>
                <w:b/>
                <w:sz w:val="18"/>
              </w:rPr>
            </w:r>
            <w:r>
              <w:rPr>
                <w:rFonts w:ascii="Arial" w:hAnsi="Arial" w:eastAsia="Arial"/>
                <w:b/>
                <w:sz w:val="18"/>
              </w:rPr>
              <w:t>Cerința susținută</w:t>
            </w:r>
          </w:p>
        </w:tc>
        <w:tc>
          <w:tcPr>
            <w:tcW w:type="dxa" w:w="3324"/>
            <w:vAlign w:val="center"/>
            <w:shd w:fill="E7E6E6"/>
          </w:tcPr>
          <w:p>
            <w:pPr>
              <w:spacing w:after="0" w:line="240" w:lineRule="auto"/>
              <w:jc w:val="center"/>
            </w:pPr>
            <w:r>
              <w:rPr>
                <w:rFonts w:ascii="Arial" w:hAnsi="Arial" w:eastAsia="Arial"/>
                <w:b/>
                <w:sz w:val="18"/>
              </w:rPr>
            </w:r>
            <w:r>
              <w:rPr>
                <w:rFonts w:ascii="Arial" w:hAnsi="Arial" w:eastAsia="Arial"/>
                <w:b/>
                <w:sz w:val="18"/>
              </w:rPr>
              <w:t>Resurse concrete puse la dispoziție</w:t>
            </w:r>
          </w:p>
        </w:tc>
        <w:tc>
          <w:tcPr>
            <w:tcW w:type="dxa" w:w="3324"/>
            <w:vAlign w:val="center"/>
            <w:shd w:fill="E7E6E6"/>
          </w:tcPr>
          <w:p>
            <w:pPr>
              <w:spacing w:after="0" w:line="240" w:lineRule="auto"/>
              <w:jc w:val="center"/>
            </w:pPr>
            <w:r>
              <w:rPr>
                <w:rFonts w:ascii="Arial" w:hAnsi="Arial" w:eastAsia="Arial"/>
                <w:b/>
                <w:sz w:val="18"/>
              </w:rPr>
            </w:r>
            <w:r>
              <w:rPr>
                <w:rFonts w:ascii="Arial" w:hAnsi="Arial" w:eastAsia="Arial"/>
                <w:b/>
                <w:sz w:val="18"/>
              </w:rPr>
              <w:t>Modalitatea și perioada punerii la dispoziție</w:t>
            </w:r>
          </w:p>
        </w:tc>
      </w:tr>
      <w:tr>
        <w:trPr>
          <w:trHeight w:val="482"/>
          <w:cantSplit/>
        </w:trPr>
        <w:tc>
          <w:tcPr>
            <w:tcW w:type="dxa" w:w="3324"/>
            <w:vAlign w:val="center"/>
          </w:tcPr>
          <w:p>
            <w:pPr>
              <w:spacing w:after="0" w:line="240" w:lineRule="auto"/>
            </w:pPr>
            <w:r>
              <w:rPr>
                <w:rFonts w:ascii="Arial" w:hAnsi="Arial" w:eastAsia="Arial"/>
                <w:sz w:val="18"/>
              </w:rPr>
            </w:r>
            <w:r>
              <w:rPr>
                <w:rFonts w:ascii="Arial" w:hAnsi="Arial" w:eastAsia="Arial"/>
                <w:b w:val="0"/>
                <w:sz w:val="18"/>
              </w:rPr>
            </w:r>
          </w:p>
        </w:tc>
        <w:tc>
          <w:tcPr>
            <w:tcW w:type="dxa" w:w="3324"/>
            <w:vAlign w:val="center"/>
          </w:tcPr>
          <w:p>
            <w:pPr>
              <w:spacing w:after="0" w:line="240" w:lineRule="auto"/>
            </w:pPr>
            <w:r>
              <w:rPr>
                <w:rFonts w:ascii="Arial" w:hAnsi="Arial" w:eastAsia="Arial"/>
                <w:sz w:val="18"/>
              </w:rPr>
            </w:r>
            <w:r>
              <w:rPr>
                <w:rFonts w:ascii="Arial" w:hAnsi="Arial" w:eastAsia="Arial"/>
                <w:b w:val="0"/>
                <w:sz w:val="18"/>
              </w:rPr>
            </w:r>
          </w:p>
        </w:tc>
        <w:tc>
          <w:tcPr>
            <w:tcW w:type="dxa" w:w="3324"/>
            <w:vAlign w:val="center"/>
          </w:tcPr>
          <w:p>
            <w:pPr>
              <w:spacing w:after="0" w:line="240" w:lineRule="auto"/>
            </w:pPr>
            <w:r>
              <w:rPr>
                <w:rFonts w:ascii="Arial" w:hAnsi="Arial" w:eastAsia="Arial"/>
                <w:sz w:val="18"/>
              </w:rPr>
            </w:r>
            <w:r>
              <w:rPr>
                <w:rFonts w:ascii="Arial" w:hAnsi="Arial" w:eastAsia="Arial"/>
                <w:b w:val="0"/>
                <w:sz w:val="18"/>
              </w:rPr>
            </w:r>
          </w:p>
        </w:tc>
      </w:tr>
      <w:tr>
        <w:trPr>
          <w:trHeight w:val="482"/>
          <w:cantSplit/>
        </w:trPr>
        <w:tc>
          <w:tcPr>
            <w:tcW w:type="dxa" w:w="3324"/>
            <w:vAlign w:val="center"/>
          </w:tcPr>
          <w:p>
            <w:pPr>
              <w:spacing w:after="0" w:line="240" w:lineRule="auto"/>
            </w:pPr>
            <w:r>
              <w:rPr>
                <w:rFonts w:ascii="Arial" w:hAnsi="Arial" w:eastAsia="Arial"/>
                <w:sz w:val="18"/>
              </w:rPr>
            </w:r>
            <w:r>
              <w:rPr>
                <w:rFonts w:ascii="Arial" w:hAnsi="Arial" w:eastAsia="Arial"/>
                <w:b w:val="0"/>
                <w:sz w:val="18"/>
              </w:rPr>
            </w:r>
          </w:p>
        </w:tc>
        <w:tc>
          <w:tcPr>
            <w:tcW w:type="dxa" w:w="3324"/>
            <w:vAlign w:val="center"/>
          </w:tcPr>
          <w:p>
            <w:pPr>
              <w:spacing w:after="0" w:line="240" w:lineRule="auto"/>
            </w:pPr>
            <w:r>
              <w:rPr>
                <w:rFonts w:ascii="Arial" w:hAnsi="Arial" w:eastAsia="Arial"/>
                <w:sz w:val="18"/>
              </w:rPr>
            </w:r>
            <w:r>
              <w:rPr>
                <w:rFonts w:ascii="Arial" w:hAnsi="Arial" w:eastAsia="Arial"/>
                <w:b w:val="0"/>
                <w:sz w:val="18"/>
              </w:rPr>
            </w:r>
          </w:p>
        </w:tc>
        <w:tc>
          <w:tcPr>
            <w:tcW w:type="dxa" w:w="3324"/>
            <w:vAlign w:val="center"/>
          </w:tcPr>
          <w:p>
            <w:pPr>
              <w:spacing w:after="0" w:line="240" w:lineRule="auto"/>
            </w:pPr>
            <w:r>
              <w:rPr>
                <w:rFonts w:ascii="Arial" w:hAnsi="Arial" w:eastAsia="Arial"/>
                <w:sz w:val="18"/>
              </w:rPr>
            </w:r>
            <w:r>
              <w:rPr>
                <w:rFonts w:ascii="Arial" w:hAnsi="Arial" w:eastAsia="Arial"/>
                <w:b w:val="0"/>
                <w:sz w:val="18"/>
              </w:rPr>
            </w:r>
          </w:p>
        </w:tc>
      </w:tr>
    </w:tbl>
    <w:p>
      <w:pPr>
        <w:widowControl/>
        <w:spacing w:after="80" w:line="252" w:lineRule="auto"/>
      </w:pPr>
      <w:r>
        <w:rPr>
          <w:rFonts w:ascii="Arial" w:hAnsi="Arial" w:eastAsia="Arial"/>
          <w:b w:val="0"/>
          <w:i w:val="0"/>
          <w:sz w:val="20"/>
        </w:rPr>
        <w:t>Ne asumăm obligațiile care decurg din susținerea acordată și răspunderea față de Autoritatea Contractantă în limitele și condițiile prevăzute de art. 182 din Legea nr. 98/2016 și de documentele achiziției.</w:t>
      </w:r>
    </w:p>
    <w:p>
      <w:pPr>
        <w:widowControl/>
        <w:spacing w:after="80" w:line="252" w:lineRule="auto"/>
      </w:pPr>
      <w:r>
        <w:rPr>
          <w:rFonts w:ascii="Arial" w:hAnsi="Arial" w:eastAsia="Arial"/>
          <w:b w:val="0"/>
          <w:i w:val="0"/>
          <w:sz w:val="20"/>
        </w:rPr>
        <w:t>Anexăm documentele din care rezultă modul efectiv în care resursele declarate vor fi puse la dispoziția ofertantului pentru executarea contractului.</w:t>
      </w:r>
    </w:p>
    <w:p>
      <w:pPr>
        <w:keepLines/>
        <w:widowControl/>
        <w:spacing w:after="60" w:line="252" w:lineRule="auto"/>
      </w:pPr>
      <w:r>
        <w:rPr>
          <w:rFonts w:ascii="Arial" w:hAnsi="Arial" w:eastAsia="Arial"/>
          <w:b w:val="0"/>
          <w:i w:val="0"/>
          <w:sz w:val="20"/>
        </w:rPr>
        <w:t>Data: ________________</w:t>
      </w:r>
    </w:p>
    <w:p>
      <w:pPr>
        <w:keepLines/>
        <w:widowControl/>
        <w:spacing w:after="60" w:line="252" w:lineRule="auto"/>
      </w:pPr>
      <w:r>
        <w:rPr>
          <w:rFonts w:ascii="Arial" w:hAnsi="Arial" w:eastAsia="Arial"/>
          <w:b w:val="0"/>
          <w:i w:val="0"/>
          <w:sz w:val="20"/>
        </w:rPr>
        <w:t>Operator economic: __________________________________________</w:t>
      </w:r>
    </w:p>
    <w:p>
      <w:pPr>
        <w:keepLines/>
        <w:widowControl/>
        <w:spacing w:after="60" w:line="252" w:lineRule="auto"/>
      </w:pPr>
      <w:r>
        <w:rPr>
          <w:rFonts w:ascii="Arial" w:hAnsi="Arial" w:eastAsia="Arial"/>
          <w:b w:val="0"/>
          <w:i w:val="0"/>
          <w:sz w:val="20"/>
        </w:rPr>
        <w:t>Reprezentant legal/împuternicit: _____________________________</w:t>
      </w:r>
    </w:p>
    <w:p>
      <w:pPr>
        <w:keepLines/>
        <w:widowControl/>
        <w:spacing w:after="60" w:line="252" w:lineRule="auto"/>
      </w:pPr>
      <w:r>
        <w:rPr>
          <w:rFonts w:ascii="Arial" w:hAnsi="Arial" w:eastAsia="Arial"/>
          <w:b w:val="0"/>
          <w:i w:val="0"/>
          <w:sz w:val="20"/>
        </w:rPr>
        <w:t>Funcția: ______________________     Semnătura: ________________</w:t>
      </w:r>
    </w:p>
    <w:p>
      <w:pPr>
        <w:widowControl/>
        <w:spacing w:line="252" w:lineRule="auto" w:after="80"/>
      </w:pPr>
      <w:r>
        <w:rPr>
          <w:rFonts w:ascii="Arial" w:hAnsi="Arial" w:eastAsia="Arial"/>
          <w:sz w:val="21"/>
        </w:rPr>
        <w:br w:type="page"/>
      </w:r>
    </w:p>
    <w:p>
      <w:pPr>
        <w:keepNext/>
        <w:widowControl/>
        <w:spacing w:after="40" w:line="252" w:lineRule="auto"/>
        <w:jc w:val="center"/>
      </w:pPr>
      <w:r>
        <w:rPr>
          <w:rFonts w:ascii="Arial" w:hAnsi="Arial" w:eastAsia="Arial"/>
          <w:b/>
          <w:i w:val="0"/>
          <w:sz w:val="20"/>
        </w:rPr>
        <w:t>FORMULARUL NR. 12</w:t>
      </w:r>
    </w:p>
    <w:p>
      <w:pPr>
        <w:keepNext/>
        <w:widowControl/>
        <w:spacing w:after="200" w:line="252" w:lineRule="auto"/>
        <w:jc w:val="center"/>
      </w:pPr>
      <w:r>
        <w:rPr>
          <w:rFonts w:ascii="Arial" w:hAnsi="Arial" w:eastAsia="Arial"/>
          <w:b/>
          <w:i w:val="0"/>
          <w:sz w:val="24"/>
        </w:rPr>
        <w:t>DECLARAȚIE DE ACCEPTARE A CONDIȚIILOR CONTRACTUALE</w:t>
      </w:r>
    </w:p>
    <w:p>
      <w:pPr>
        <w:widowControl/>
        <w:spacing w:after="80" w:line="252" w:lineRule="auto"/>
      </w:pPr>
      <w:r>
        <w:rPr>
          <w:rFonts w:ascii="Arial" w:hAnsi="Arial" w:eastAsia="Arial"/>
          <w:b w:val="0"/>
          <w:i w:val="0"/>
          <w:sz w:val="20"/>
        </w:rPr>
        <w:t>Subsemnatul(a) ______________________________________, reprezentant legal/împuternicit al ______________________________________, declar că am analizat modelul de contract și documentele achiziției aferente obiectivului „CREȘTEREA EFICIENȚEI ENERGETICE A INFRASTRUCTURII DE ILUMINAT PUBLIC DIN COMUNA BUSTUCHIN, JUDEȚUL GORJ”.</w:t>
      </w:r>
    </w:p>
    <w:p>
      <w:pPr>
        <w:widowControl/>
        <w:spacing w:after="80" w:line="252" w:lineRule="auto"/>
      </w:pPr>
      <w:r>
        <w:rPr>
          <w:rFonts w:ascii="Arial" w:hAnsi="Arial" w:eastAsia="Arial"/>
          <w:b w:val="0"/>
          <w:i w:val="0"/>
          <w:sz w:val="20"/>
        </w:rPr>
        <w:t>Bifați opțiunea corespunzătoare:</w:t>
      </w:r>
    </w:p>
    <w:p>
      <w:pPr>
        <w:widowControl/>
        <w:spacing w:after="80" w:line="252" w:lineRule="auto"/>
      </w:pPr>
      <w:r>
        <w:rPr>
          <w:rFonts w:ascii="Arial" w:hAnsi="Arial" w:eastAsia="Arial"/>
          <w:b w:val="0"/>
          <w:i w:val="0"/>
          <w:sz w:val="20"/>
        </w:rPr>
        <w:t>☐ Ne însușim integral clauzele contractuale stabilite de Autoritatea Contractantă și ne obligăm să le respectăm în cazul atribuirii contractului.</w:t>
      </w:r>
    </w:p>
    <w:p>
      <w:pPr>
        <w:widowControl/>
        <w:spacing w:after="80" w:line="252" w:lineRule="auto"/>
      </w:pPr>
      <w:r>
        <w:rPr>
          <w:rFonts w:ascii="Arial" w:hAnsi="Arial" w:eastAsia="Arial"/>
          <w:b w:val="0"/>
          <w:i w:val="0"/>
          <w:sz w:val="20"/>
        </w:rPr>
        <w:t>☐ Formulăm următoarele observații/amendamente, fără a afecta cerințele obligatorii ale documentației:</w:t>
      </w:r>
    </w:p>
    <w:p>
      <w:pPr>
        <w:widowControl/>
        <w:spacing w:after="200" w:line="252" w:lineRule="auto"/>
      </w:pPr>
      <w:r>
        <w:rPr>
          <w:rFonts w:ascii="Arial" w:hAnsi="Arial" w:eastAsia="Arial"/>
          <w:b w:val="0"/>
          <w:i w:val="0"/>
          <w:sz w:val="20"/>
        </w:rPr>
        <w:t>1. ______________________________________________________________________________</w:t>
      </w:r>
    </w:p>
    <w:p>
      <w:pPr>
        <w:widowControl/>
        <w:spacing w:after="200" w:line="252" w:lineRule="auto"/>
      </w:pPr>
      <w:r>
        <w:rPr>
          <w:rFonts w:ascii="Arial" w:hAnsi="Arial" w:eastAsia="Arial"/>
          <w:b w:val="0"/>
          <w:i w:val="0"/>
          <w:sz w:val="20"/>
        </w:rPr>
        <w:t>2. ______________________________________________________________________________</w:t>
      </w:r>
    </w:p>
    <w:p>
      <w:pPr>
        <w:widowControl/>
        <w:spacing w:after="200" w:line="252" w:lineRule="auto"/>
      </w:pPr>
      <w:r>
        <w:rPr>
          <w:rFonts w:ascii="Arial" w:hAnsi="Arial" w:eastAsia="Arial"/>
          <w:b w:val="0"/>
          <w:i w:val="0"/>
          <w:sz w:val="20"/>
        </w:rPr>
        <w:t>3. ______________________________________________________________________________</w:t>
      </w:r>
    </w:p>
    <w:p>
      <w:pPr>
        <w:keepLines/>
        <w:widowControl/>
        <w:spacing w:after="60" w:line="252" w:lineRule="auto"/>
      </w:pPr>
      <w:r>
        <w:rPr>
          <w:rFonts w:ascii="Arial" w:hAnsi="Arial" w:eastAsia="Arial"/>
          <w:b w:val="0"/>
          <w:i w:val="0"/>
          <w:sz w:val="20"/>
        </w:rPr>
        <w:t>Data: ________________</w:t>
      </w:r>
    </w:p>
    <w:p>
      <w:pPr>
        <w:keepLines/>
        <w:widowControl/>
        <w:spacing w:after="60" w:line="252" w:lineRule="auto"/>
      </w:pPr>
      <w:r>
        <w:rPr>
          <w:rFonts w:ascii="Arial" w:hAnsi="Arial" w:eastAsia="Arial"/>
          <w:b w:val="0"/>
          <w:i w:val="0"/>
          <w:sz w:val="20"/>
        </w:rPr>
        <w:t>Operator economic: __________________________________________</w:t>
      </w:r>
    </w:p>
    <w:p>
      <w:pPr>
        <w:keepLines/>
        <w:widowControl/>
        <w:spacing w:after="60" w:line="252" w:lineRule="auto"/>
      </w:pPr>
      <w:r>
        <w:rPr>
          <w:rFonts w:ascii="Arial" w:hAnsi="Arial" w:eastAsia="Arial"/>
          <w:b w:val="0"/>
          <w:i w:val="0"/>
          <w:sz w:val="20"/>
        </w:rPr>
        <w:t>Reprezentant legal/împuternicit: _____________________________</w:t>
      </w:r>
    </w:p>
    <w:p>
      <w:pPr>
        <w:keepLines/>
        <w:widowControl/>
        <w:spacing w:after="60" w:line="252" w:lineRule="auto"/>
      </w:pPr>
      <w:r>
        <w:rPr>
          <w:rFonts w:ascii="Arial" w:hAnsi="Arial" w:eastAsia="Arial"/>
          <w:b w:val="0"/>
          <w:i w:val="0"/>
          <w:sz w:val="20"/>
        </w:rPr>
        <w:t>Funcția: ______________________     Semnătura: ________________</w:t>
      </w:r>
    </w:p>
    <w:p>
      <w:pPr>
        <w:widowControl/>
        <w:spacing w:line="252" w:lineRule="auto" w:after="80"/>
      </w:pPr>
      <w:r>
        <w:rPr>
          <w:rFonts w:ascii="Arial" w:hAnsi="Arial" w:eastAsia="Arial"/>
          <w:sz w:val="21"/>
        </w:rPr>
        <w:br w:type="page"/>
      </w:r>
    </w:p>
    <w:p>
      <w:pPr>
        <w:widowControl/>
        <w:spacing w:after="80" w:line="252" w:lineRule="auto" w:before="160"/>
        <w:jc w:val="center"/>
      </w:pPr>
      <w:r>
        <w:rPr>
          <w:rFonts w:ascii="Arial" w:hAnsi="Arial" w:eastAsia="Arial"/>
          <w:b/>
          <w:i w:val="0"/>
          <w:sz w:val="20"/>
        </w:rPr>
        <w:t>NOTĂ PRIVIND UTILIZAREA FORMULARELOR</w:t>
      </w:r>
    </w:p>
    <w:p>
      <w:pPr>
        <w:widowControl/>
        <w:spacing w:after="80" w:line="252" w:lineRule="auto"/>
      </w:pPr>
      <w:r>
        <w:rPr>
          <w:rFonts w:ascii="Arial" w:hAnsi="Arial" w:eastAsia="Arial"/>
          <w:b w:val="0"/>
          <w:i w:val="0"/>
          <w:sz w:val="20"/>
        </w:rPr>
        <w:t>Formularele se completează numai în măsura în care sunt aplicabile situației ofertantului. Acordul de asociere, acordul de subcontractare și angajamentul terțului susținător se prezintă numai dacă oferta implică asociere, subcontractare, respectiv susținerea unui terț.</w:t>
      </w:r>
    </w:p>
    <w:p>
      <w:pPr>
        <w:widowControl/>
        <w:spacing w:after="80" w:line="252" w:lineRule="auto"/>
      </w:pPr>
      <w:r>
        <w:rPr>
          <w:rFonts w:ascii="Arial" w:hAnsi="Arial" w:eastAsia="Arial"/>
          <w:b w:val="0"/>
          <w:i w:val="0"/>
          <w:sz w:val="20"/>
        </w:rPr>
        <w:t>Documentele justificative privind experiența similară, atestarea ANRE și autorizarea personalului se anexează formularelor corespunzătoare. Documentele echivalente emise în alte state se acceptă în condițiile legislației aplicabile.</w:t>
      </w:r>
    </w:p>
    <w:p>
      <w:pPr>
        <w:widowControl/>
        <w:spacing w:after="80" w:line="252" w:lineRule="auto"/>
      </w:pPr>
      <w:r>
        <w:rPr>
          <w:rFonts w:ascii="Arial" w:hAnsi="Arial" w:eastAsia="Arial"/>
          <w:b w:val="0"/>
          <w:i w:val="0"/>
          <w:sz w:val="20"/>
        </w:rPr>
        <w:t>În caz de neconcordanță între un formular și cerințele publicate în anunț, Caietul de Sarcini sau clarificările Autorității Contractante, prevalează cerințele documentelor achiziției, astfel cum au fost publicate/clarificate.</w:t>
      </w:r>
    </w:p>
    <w:sectPr w:rsidR="00FC693F" w:rsidRPr="0006063C" w:rsidSect="00034616">
      <w:headerReference w:type="default" r:id="rId9"/>
      <w:footerReference w:type="default" r:id="rId10"/>
      <w:pgSz w:w="12240" w:h="15840"/>
      <w:pgMar w:top="935" w:right="1020" w:bottom="879" w:left="1020" w:header="369" w:footer="369" w:gutter="0"/>
      <w:cols w:space="720"/>
      <w:docGrid w:linePitch="360"/>
      <w:pgBorders w:offsetFrom="page">
        <w:top w:val="single" w:sz="4" w:space="18" w:color="000000"/>
        <w:left w:val="single" w:sz="4" w:space="18" w:color="000000"/>
        <w:bottom w:val="single" w:sz="4" w:space="18" w:color="000000"/>
        <w:right w:val="single" w:sz="4" w:space="18" w:color="000000"/>
      </w:pgBorder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sz w:val="16"/>
      </w:rPr>
      <w:t xml:space="preserve">Bustuchin - PT106/2026   |   Pagina </w:t>
    </w:r>
    <w:fldSimple w:instr="PAG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center"/>
      <w:pBdr>
        <w:bottom w:val="single" w:sz="4" w:space="2" w:color="000000"/>
      </w:pBdr>
    </w:pPr>
    <w:r>
      <w:rPr>
        <w:rFonts w:ascii="Arial" w:hAnsi="Arial" w:eastAsia="Arial"/>
        <w:b/>
        <w:sz w:val="16"/>
      </w:rPr>
      <w:t>UAT COMUNA BUSTUCHIN  |  FORMULARE - ACHIZIȚIE DIRECTĂ DE LUCRĂRI</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sz w:val="24"/>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sz w:val="22"/>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b/>
      <w:spacing w:val="5"/>
      <w:kern w:val="28"/>
      <w:sz w:val="3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