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44815" w14:textId="77777777" w:rsidR="00EA46A3" w:rsidRDefault="00000000">
      <w:pPr>
        <w:jc w:val="center"/>
      </w:pPr>
      <w:r>
        <w:rPr>
          <w:b/>
          <w:sz w:val="28"/>
        </w:rPr>
        <w:t>FORMULAR – PROPUNERE FINANCIARĂ</w:t>
      </w:r>
    </w:p>
    <w:p w14:paraId="11DE40F2" w14:textId="77777777" w:rsidR="00EA46A3" w:rsidRDefault="00000000">
      <w:pPr>
        <w:jc w:val="center"/>
      </w:pPr>
      <w:r>
        <w:rPr>
          <w:b/>
          <w:sz w:val="20"/>
        </w:rPr>
        <w:t>Servicii de preparare și livrare a hranei la domiciliul beneficiarilor</w:t>
      </w:r>
      <w:r>
        <w:rPr>
          <w:b/>
          <w:sz w:val="20"/>
        </w:rPr>
        <w:br/>
        <w:t>CPV 55521100-9 – Servicii de livrare a mâncării la domiciliu</w:t>
      </w:r>
    </w:p>
    <w:p w14:paraId="166E4C4C" w14:textId="77777777" w:rsidR="00EA46A3" w:rsidRDefault="00000000">
      <w:pPr>
        <w:spacing w:before="140"/>
      </w:pPr>
      <w:r>
        <w:rPr>
          <w:b/>
          <w:sz w:val="20"/>
        </w:rPr>
        <w:t>1. Datele ofertantului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51"/>
        <w:gridCol w:w="6535"/>
      </w:tblGrid>
      <w:tr w:rsidR="00EA46A3" w14:paraId="5131D920" w14:textId="77777777">
        <w:trPr>
          <w:tblHeader/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71C4EC" w14:textId="77777777" w:rsidR="00EA46A3" w:rsidRDefault="00000000">
            <w:pPr>
              <w:jc w:val="center"/>
            </w:pPr>
            <w:r>
              <w:rPr>
                <w:b/>
                <w:sz w:val="17"/>
              </w:rPr>
              <w:t>Element</w:t>
            </w:r>
          </w:p>
        </w:tc>
        <w:tc>
          <w:tcPr>
            <w:tcW w:w="708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C45E2" w14:textId="77777777" w:rsidR="00EA46A3" w:rsidRDefault="00000000">
            <w:pPr>
              <w:jc w:val="center"/>
            </w:pPr>
            <w:r>
              <w:rPr>
                <w:b/>
                <w:sz w:val="17"/>
              </w:rPr>
              <w:t>Informații ofertant</w:t>
            </w:r>
          </w:p>
        </w:tc>
      </w:tr>
      <w:tr w:rsidR="00EA46A3" w14:paraId="04291C1C" w14:textId="77777777">
        <w:trPr>
          <w:jc w:val="center"/>
        </w:trPr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37B4B" w14:textId="77777777" w:rsidR="00EA46A3" w:rsidRDefault="00000000">
            <w:r>
              <w:t>Denumire operator economic</w:t>
            </w:r>
          </w:p>
        </w:tc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D977C" w14:textId="77777777" w:rsidR="00EA46A3" w:rsidRDefault="00000000">
            <w:r>
              <w:t>................................................................................................</w:t>
            </w:r>
          </w:p>
        </w:tc>
      </w:tr>
      <w:tr w:rsidR="00EA46A3" w14:paraId="77CCD045" w14:textId="77777777">
        <w:trPr>
          <w:jc w:val="center"/>
        </w:trPr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81887" w14:textId="77777777" w:rsidR="00EA46A3" w:rsidRDefault="00000000">
            <w:r>
              <w:t>CUI/CIF</w:t>
            </w:r>
          </w:p>
        </w:tc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1C91A" w14:textId="77777777" w:rsidR="00EA46A3" w:rsidRDefault="00000000">
            <w:r>
              <w:t>................................................................................................</w:t>
            </w:r>
          </w:p>
        </w:tc>
      </w:tr>
      <w:tr w:rsidR="00EA46A3" w14:paraId="58AC833B" w14:textId="77777777">
        <w:trPr>
          <w:jc w:val="center"/>
        </w:trPr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EE194" w14:textId="77777777" w:rsidR="00EA46A3" w:rsidRDefault="00000000">
            <w:r>
              <w:t>Sediu</w:t>
            </w:r>
          </w:p>
        </w:tc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09DA4" w14:textId="77777777" w:rsidR="00EA46A3" w:rsidRDefault="00000000">
            <w:r>
              <w:t>................................................................................................</w:t>
            </w:r>
          </w:p>
        </w:tc>
      </w:tr>
      <w:tr w:rsidR="00EA46A3" w14:paraId="2039B65E" w14:textId="77777777">
        <w:trPr>
          <w:jc w:val="center"/>
        </w:trPr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3426D" w14:textId="77777777" w:rsidR="00EA46A3" w:rsidRDefault="00000000">
            <w:r>
              <w:t>Reprezentant legal / împuternicit</w:t>
            </w:r>
          </w:p>
        </w:tc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84130" w14:textId="77777777" w:rsidR="00EA46A3" w:rsidRDefault="00000000">
            <w:r>
              <w:t>................................................................................................</w:t>
            </w:r>
          </w:p>
        </w:tc>
      </w:tr>
    </w:tbl>
    <w:p w14:paraId="6115E526" w14:textId="77777777" w:rsidR="00EA46A3" w:rsidRDefault="00000000">
      <w:pPr>
        <w:spacing w:before="140"/>
      </w:pPr>
      <w:r>
        <w:rPr>
          <w:b/>
          <w:sz w:val="20"/>
        </w:rPr>
        <w:t>2. Oferta financiară</w:t>
      </w:r>
    </w:p>
    <w:p w14:paraId="2004DB11" w14:textId="77777777" w:rsidR="00EA46A3" w:rsidRDefault="00000000">
      <w:r>
        <w:t>În urma examinării documentației de atribuire, ne oferim să prestăm serviciile solicitate la următoarele prețuri: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85"/>
        <w:gridCol w:w="2098"/>
        <w:gridCol w:w="2098"/>
        <w:gridCol w:w="2085"/>
        <w:gridCol w:w="2085"/>
      </w:tblGrid>
      <w:tr w:rsidR="00EA46A3" w14:paraId="597D9345" w14:textId="77777777">
        <w:trPr>
          <w:tblHeader/>
          <w:jc w:val="center"/>
        </w:trPr>
        <w:tc>
          <w:tcPr>
            <w:tcW w:w="198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4E31B" w14:textId="77777777" w:rsidR="00EA46A3" w:rsidRDefault="00000000">
            <w:pPr>
              <w:jc w:val="center"/>
            </w:pPr>
            <w:r>
              <w:rPr>
                <w:b/>
                <w:sz w:val="17"/>
              </w:rPr>
              <w:t>Cantitate maximă estimată</w:t>
            </w:r>
          </w:p>
        </w:tc>
        <w:tc>
          <w:tcPr>
            <w:tcW w:w="209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96B08" w14:textId="77777777" w:rsidR="00EA46A3" w:rsidRDefault="00000000">
            <w:pPr>
              <w:jc w:val="center"/>
            </w:pPr>
            <w:r>
              <w:rPr>
                <w:b/>
                <w:sz w:val="17"/>
              </w:rPr>
              <w:t>Preț unitar fără TVA (lei/porție)</w:t>
            </w:r>
          </w:p>
        </w:tc>
        <w:tc>
          <w:tcPr>
            <w:tcW w:w="209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C0539" w14:textId="77777777" w:rsidR="00EA46A3" w:rsidRDefault="00000000">
            <w:pPr>
              <w:jc w:val="center"/>
            </w:pPr>
            <w:r>
              <w:rPr>
                <w:b/>
                <w:sz w:val="17"/>
              </w:rPr>
              <w:t>Valoare totală fără TVA (lei)</w:t>
            </w:r>
          </w:p>
        </w:tc>
        <w:tc>
          <w:tcPr>
            <w:tcW w:w="170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12417" w14:textId="77777777" w:rsidR="00EA46A3" w:rsidRDefault="00000000">
            <w:pPr>
              <w:jc w:val="center"/>
            </w:pPr>
            <w:r>
              <w:rPr>
                <w:b/>
                <w:sz w:val="17"/>
              </w:rPr>
              <w:t>TVA (lei)</w:t>
            </w:r>
          </w:p>
        </w:tc>
        <w:tc>
          <w:tcPr>
            <w:tcW w:w="204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24BAA" w14:textId="77777777" w:rsidR="00EA46A3" w:rsidRDefault="00000000">
            <w:pPr>
              <w:jc w:val="center"/>
            </w:pPr>
            <w:r>
              <w:rPr>
                <w:b/>
                <w:sz w:val="17"/>
              </w:rPr>
              <w:t>Valoare totală cu TVA (lei)</w:t>
            </w:r>
          </w:p>
        </w:tc>
      </w:tr>
      <w:tr w:rsidR="00EA46A3" w14:paraId="596A6A93" w14:textId="77777777">
        <w:trPr>
          <w:jc w:val="center"/>
        </w:trPr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7A817" w14:textId="77777777" w:rsidR="00EA46A3" w:rsidRDefault="00000000">
            <w:r>
              <w:t>27.216 porții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85506" w14:textId="77777777" w:rsidR="00EA46A3" w:rsidRDefault="00000000">
            <w:r>
              <w:t>____________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2726A" w14:textId="77777777" w:rsidR="00EA46A3" w:rsidRDefault="00000000">
            <w:r>
              <w:t>____________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C1EED" w14:textId="77777777" w:rsidR="00EA46A3" w:rsidRDefault="00000000">
            <w:r>
              <w:t>____________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B62CE" w14:textId="77777777" w:rsidR="00EA46A3" w:rsidRDefault="00000000">
            <w:r>
              <w:t>____________</w:t>
            </w:r>
          </w:p>
        </w:tc>
      </w:tr>
    </w:tbl>
    <w:p w14:paraId="62877F6A" w14:textId="77777777" w:rsidR="00EA46A3" w:rsidRDefault="00000000">
      <w:r>
        <w:t>Formula de calcul: Valoarea totală fără TVA = 27.216 × prețul unitar fără TVA/porție.</w:t>
      </w:r>
    </w:p>
    <w:p w14:paraId="032FE293" w14:textId="77777777" w:rsidR="00EA46A3" w:rsidRDefault="00000000">
      <w:r>
        <w:t>În caz de neconcordanță aritmetică între prețul unitar și valoarea totală înscrisă în formular, evaluarea și eventualele clarificări se realizează în condițiile documentației de atribuire și ale legislației aplicabile.</w:t>
      </w:r>
    </w:p>
    <w:p w14:paraId="5F13C571" w14:textId="77777777" w:rsidR="00EA46A3" w:rsidRDefault="00000000">
      <w:r>
        <w:t>Valoarea estimată a achiziției este de 952.560,00 lei fără TVA. Valoarea de 35,00 lei/porție fără TVA reprezintă reperul utilizat la estimarea achiziției și fundamentarea bugetului; admisibilitatea propunerii financiare se raportează la valoarea estimată totală și la fondurile disponibile, potrivit documentației de atribuire.</w:t>
      </w:r>
    </w:p>
    <w:p w14:paraId="148A680E" w14:textId="77777777" w:rsidR="00EA46A3" w:rsidRDefault="00000000">
      <w:pPr>
        <w:spacing w:before="140"/>
      </w:pPr>
      <w:r>
        <w:rPr>
          <w:b/>
          <w:sz w:val="20"/>
        </w:rPr>
        <w:t>3. Conținutul prețului unitar</w:t>
      </w:r>
    </w:p>
    <w:p w14:paraId="1CC6B010" w14:textId="77777777" w:rsidR="00EA46A3" w:rsidRDefault="00000000">
      <w:r>
        <w:t>Prețul unitar ofertat pentru o porție/pachet complet include toate costurile necesare executării complete a serviciului, inclusiv:</w:t>
      </w:r>
    </w:p>
    <w:p w14:paraId="0D5D1A86" w14:textId="77777777" w:rsidR="00EA46A3" w:rsidRDefault="00000000">
      <w:pPr>
        <w:ind w:left="255" w:hanging="142"/>
      </w:pPr>
      <w:r>
        <w:rPr>
          <w:b/>
        </w:rPr>
        <w:t xml:space="preserve">• </w:t>
      </w:r>
      <w:r>
        <w:t>materii prime și ingrediente;</w:t>
      </w:r>
    </w:p>
    <w:p w14:paraId="47CF4FCF" w14:textId="77777777" w:rsidR="00EA46A3" w:rsidRDefault="00000000">
      <w:pPr>
        <w:ind w:left="255" w:hanging="142"/>
      </w:pPr>
      <w:r>
        <w:t>• felul principal, în condițiile Caietului de sarcini;</w:t>
      </w:r>
    </w:p>
    <w:p w14:paraId="77359CD3" w14:textId="77777777" w:rsidR="00EA46A3" w:rsidRDefault="00000000">
      <w:pPr>
        <w:ind w:left="255" w:hanging="142"/>
      </w:pPr>
      <w:r>
        <w:rPr>
          <w:b/>
        </w:rPr>
        <w:t xml:space="preserve">• </w:t>
      </w:r>
      <w:r>
        <w:t>apa plată;</w:t>
      </w:r>
    </w:p>
    <w:p w14:paraId="5ECE48AE" w14:textId="77777777" w:rsidR="00EA46A3" w:rsidRDefault="00000000">
      <w:r>
        <w:t>• asigurarea, la solicitarea scrisă și motivată comunicată în condițiile Caietului de sarcini, a meniurilor adaptate, la același preț unitar ofertat;</w:t>
      </w:r>
    </w:p>
    <w:p w14:paraId="2AC72922" w14:textId="77777777" w:rsidR="00EA46A3" w:rsidRDefault="00000000">
      <w:pPr>
        <w:ind w:left="255" w:hanging="142"/>
      </w:pPr>
      <w:r>
        <w:rPr>
          <w:b/>
        </w:rPr>
        <w:t xml:space="preserve">• </w:t>
      </w:r>
      <w:r>
        <w:t>prepararea, porționarea și ambalarea;</w:t>
      </w:r>
    </w:p>
    <w:p w14:paraId="3581C2BC" w14:textId="77777777" w:rsidR="00EA46A3" w:rsidRDefault="00000000">
      <w:pPr>
        <w:ind w:left="255" w:hanging="142"/>
      </w:pPr>
      <w:r>
        <w:rPr>
          <w:b/>
        </w:rPr>
        <w:t xml:space="preserve">• </w:t>
      </w:r>
      <w:r>
        <w:t>manipularea, transportul și livrarea la domiciliul beneficiarilor;</w:t>
      </w:r>
    </w:p>
    <w:p w14:paraId="4E1887C7" w14:textId="77777777" w:rsidR="00EA46A3" w:rsidRDefault="00000000">
      <w:pPr>
        <w:ind w:left="255" w:hanging="142"/>
      </w:pPr>
      <w:r>
        <w:rPr>
          <w:b/>
        </w:rPr>
        <w:t xml:space="preserve">• </w:t>
      </w:r>
      <w:r>
        <w:t>documentele și operațiunile necesare prestării, trasabilității și recepției;</w:t>
      </w:r>
    </w:p>
    <w:p w14:paraId="1E1DC333" w14:textId="77777777" w:rsidR="00EA46A3" w:rsidRDefault="00000000">
      <w:pPr>
        <w:ind w:left="255" w:hanging="142"/>
      </w:pPr>
      <w:r>
        <w:rPr>
          <w:b/>
        </w:rPr>
        <w:t xml:space="preserve">• </w:t>
      </w:r>
      <w:r>
        <w:t>pâinea, atunci când aceasta este asigurată potrivit Caietului de sarcini, fără evidențiere sau facturare distinctă;</w:t>
      </w:r>
    </w:p>
    <w:p w14:paraId="76D63033" w14:textId="77777777" w:rsidR="00EA46A3" w:rsidRDefault="00000000">
      <w:pPr>
        <w:ind w:left="255" w:hanging="142"/>
      </w:pPr>
      <w:r>
        <w:rPr>
          <w:b/>
        </w:rPr>
        <w:t xml:space="preserve">• </w:t>
      </w:r>
      <w:r>
        <w:t>orice alte costuri necesare îndeplinirii integrale a obligațiilor asumate prin ofertă și contract.</w:t>
      </w:r>
    </w:p>
    <w:p w14:paraId="120408F8" w14:textId="77777777" w:rsidR="00EA46A3" w:rsidRDefault="00000000">
      <w:pPr>
        <w:spacing w:before="140"/>
      </w:pPr>
      <w:r>
        <w:rPr>
          <w:b/>
          <w:sz w:val="20"/>
        </w:rPr>
        <w:t>4. Declarații și asumări</w:t>
      </w:r>
    </w:p>
    <w:p w14:paraId="3FD8D00F" w14:textId="77777777" w:rsidR="00EA46A3" w:rsidRDefault="00000000">
      <w:pPr>
        <w:ind w:left="255" w:hanging="142"/>
      </w:pPr>
      <w:r>
        <w:rPr>
          <w:b/>
        </w:rPr>
        <w:t xml:space="preserve">• </w:t>
      </w:r>
      <w:r>
        <w:t>Oferta financiară este valabilă minimum 60 de zile de la data-limită de depunere a ofertelor.</w:t>
      </w:r>
    </w:p>
    <w:p w14:paraId="7BB2B19A" w14:textId="77777777" w:rsidR="00EA46A3" w:rsidRDefault="00000000">
      <w:pPr>
        <w:ind w:left="255" w:hanging="142"/>
      </w:pPr>
      <w:r>
        <w:rPr>
          <w:b/>
        </w:rPr>
        <w:t xml:space="preserve">• </w:t>
      </w:r>
      <w:r>
        <w:t>Facturarea se va realiza exclusiv pentru cantitățile efectiv comandate, prestate și recepționate; cantitatea de 27.216 porții reprezintă cantitatea maximă estimată și nu este garantată integral.</w:t>
      </w:r>
    </w:p>
    <w:p w14:paraId="11545F34" w14:textId="77777777" w:rsidR="00EA46A3" w:rsidRDefault="00000000">
      <w:pPr>
        <w:ind w:left="255" w:hanging="142"/>
      </w:pPr>
      <w:r>
        <w:rPr>
          <w:b/>
        </w:rPr>
        <w:t xml:space="preserve">• </w:t>
      </w:r>
      <w:r>
        <w:t>Prețurile sunt exprimate în lei, iar TVA este evidențiat distinct potrivit regimului fiscal aplicabil.</w:t>
      </w:r>
    </w:p>
    <w:p w14:paraId="6CD503E9" w14:textId="77777777" w:rsidR="00EA46A3" w:rsidRDefault="00000000">
      <w:pPr>
        <w:ind w:left="255" w:hanging="142"/>
      </w:pPr>
      <w:r>
        <w:rPr>
          <w:b/>
        </w:rPr>
        <w:lastRenderedPageBreak/>
        <w:t xml:space="preserve">• </w:t>
      </w:r>
      <w:r>
        <w:t>Nu solicităm facturarea distinctă a transportului, ambalajelor, apei plate, pâinii ori a altor costuri incluse în prețul unitar.</w:t>
      </w:r>
    </w:p>
    <w:p w14:paraId="4304006C" w14:textId="77777777" w:rsidR="00EA46A3" w:rsidRDefault="00000000">
      <w:pPr>
        <w:ind w:left="255" w:hanging="142"/>
      </w:pPr>
      <w:r>
        <w:rPr>
          <w:b/>
        </w:rPr>
        <w:t xml:space="preserve">• </w:t>
      </w:r>
      <w:r>
        <w:t>Acceptăm că propunerea financiară va face parte din contractul de achiziție publică, în cazul declarării ofertei ca fiind câștigătoare.</w:t>
      </w:r>
    </w:p>
    <w:p w14:paraId="0B9115F7" w14:textId="77777777" w:rsidR="00EA46A3" w:rsidRDefault="00000000">
      <w:pPr>
        <w:spacing w:before="140"/>
      </w:pPr>
      <w:r>
        <w:rPr>
          <w:b/>
          <w:sz w:val="20"/>
        </w:rPr>
        <w:t>5. Centralizator financiar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03"/>
        <w:gridCol w:w="2841"/>
        <w:gridCol w:w="1456"/>
        <w:gridCol w:w="1521"/>
        <w:gridCol w:w="1661"/>
        <w:gridCol w:w="1704"/>
      </w:tblGrid>
      <w:tr w:rsidR="00EA46A3" w14:paraId="7FF161A0" w14:textId="77777777">
        <w:trPr>
          <w:tblHeader/>
          <w:jc w:val="center"/>
        </w:trPr>
        <w:tc>
          <w:tcPr>
            <w:tcW w:w="73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45954" w14:textId="77777777" w:rsidR="00EA46A3" w:rsidRDefault="00000000">
            <w:pPr>
              <w:jc w:val="center"/>
            </w:pPr>
            <w:r>
              <w:rPr>
                <w:b/>
                <w:sz w:val="17"/>
              </w:rPr>
              <w:t>Nr. crt.</w:t>
            </w:r>
          </w:p>
        </w:tc>
        <w:tc>
          <w:tcPr>
            <w:tcW w:w="3402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3D8FD" w14:textId="77777777" w:rsidR="00EA46A3" w:rsidRDefault="00000000">
            <w:pPr>
              <w:jc w:val="center"/>
            </w:pPr>
            <w:r>
              <w:rPr>
                <w:b/>
                <w:sz w:val="17"/>
              </w:rPr>
              <w:t>Element</w:t>
            </w:r>
          </w:p>
        </w:tc>
        <w:tc>
          <w:tcPr>
            <w:tcW w:w="850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823D8" w14:textId="77777777" w:rsidR="00EA46A3" w:rsidRDefault="00000000">
            <w:pPr>
              <w:jc w:val="center"/>
            </w:pPr>
            <w:r>
              <w:rPr>
                <w:b/>
                <w:sz w:val="17"/>
              </w:rPr>
              <w:t>UM</w:t>
            </w:r>
          </w:p>
        </w:tc>
        <w:tc>
          <w:tcPr>
            <w:tcW w:w="141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540FAD" w14:textId="77777777" w:rsidR="00EA46A3" w:rsidRDefault="00000000">
            <w:pPr>
              <w:jc w:val="center"/>
            </w:pPr>
            <w:r>
              <w:rPr>
                <w:b/>
                <w:sz w:val="17"/>
              </w:rPr>
              <w:t>Cantitate maximă</w:t>
            </w:r>
          </w:p>
        </w:tc>
        <w:tc>
          <w:tcPr>
            <w:tcW w:w="181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A4394" w14:textId="77777777" w:rsidR="00EA46A3" w:rsidRDefault="00000000">
            <w:pPr>
              <w:jc w:val="center"/>
            </w:pPr>
            <w:r>
              <w:rPr>
                <w:b/>
                <w:sz w:val="17"/>
              </w:rPr>
              <w:t>Preț unitar fără TVA</w:t>
            </w:r>
          </w:p>
        </w:tc>
        <w:tc>
          <w:tcPr>
            <w:tcW w:w="187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F558A" w14:textId="77777777" w:rsidR="00EA46A3" w:rsidRDefault="00000000">
            <w:pPr>
              <w:jc w:val="center"/>
            </w:pPr>
            <w:r>
              <w:rPr>
                <w:b/>
                <w:sz w:val="17"/>
              </w:rPr>
              <w:t>Valoare fără TVA</w:t>
            </w:r>
          </w:p>
        </w:tc>
      </w:tr>
      <w:tr w:rsidR="00EA46A3" w14:paraId="003B0EDA" w14:textId="77777777">
        <w:trPr>
          <w:jc w:val="center"/>
        </w:trPr>
        <w:tc>
          <w:tcPr>
            <w:tcW w:w="17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B36CD" w14:textId="77777777" w:rsidR="00EA46A3" w:rsidRDefault="00000000">
            <w:r>
              <w:t>1</w:t>
            </w:r>
          </w:p>
        </w:tc>
        <w:tc>
          <w:tcPr>
            <w:tcW w:w="17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24417" w14:textId="77777777" w:rsidR="00EA46A3" w:rsidRDefault="00000000">
            <w:r>
              <w:t>Pachet alimentar complet: fel principal + apă plată, inclusiv toate operațiunile și costurile necesare preparării, ambalării, transportului și livrării la domiciliu, conform Caietului de sarcini</w:t>
            </w:r>
          </w:p>
        </w:tc>
        <w:tc>
          <w:tcPr>
            <w:tcW w:w="17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B1C97" w14:textId="77777777" w:rsidR="00EA46A3" w:rsidRDefault="00000000">
            <w:r>
              <w:t>porție</w:t>
            </w:r>
          </w:p>
        </w:tc>
        <w:tc>
          <w:tcPr>
            <w:tcW w:w="17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4BEF9" w14:textId="77777777" w:rsidR="00EA46A3" w:rsidRDefault="00000000">
            <w:r>
              <w:t>27.216</w:t>
            </w:r>
          </w:p>
        </w:tc>
        <w:tc>
          <w:tcPr>
            <w:tcW w:w="17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F226E" w14:textId="77777777" w:rsidR="00EA46A3" w:rsidRDefault="00000000">
            <w:r>
              <w:t>__________</w:t>
            </w:r>
          </w:p>
        </w:tc>
        <w:tc>
          <w:tcPr>
            <w:tcW w:w="17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8DD36" w14:textId="77777777" w:rsidR="00EA46A3" w:rsidRDefault="00000000">
            <w:r>
              <w:t>__________</w:t>
            </w:r>
          </w:p>
        </w:tc>
      </w:tr>
      <w:tr w:rsidR="00EA46A3" w14:paraId="47F18056" w14:textId="77777777">
        <w:trPr>
          <w:jc w:val="center"/>
        </w:trPr>
        <w:tc>
          <w:tcPr>
            <w:tcW w:w="8690" w:type="dxa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57771" w14:textId="77777777" w:rsidR="00EA46A3" w:rsidRDefault="00000000">
            <w:r>
              <w:t>TOTAL FĂRĂ TVA</w:t>
            </w:r>
          </w:p>
        </w:tc>
        <w:tc>
          <w:tcPr>
            <w:tcW w:w="17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4175F" w14:textId="77777777" w:rsidR="00EA46A3" w:rsidRDefault="00000000">
            <w:r>
              <w:t>__________</w:t>
            </w:r>
          </w:p>
        </w:tc>
      </w:tr>
      <w:tr w:rsidR="00EA46A3" w14:paraId="0585D4CE" w14:textId="77777777">
        <w:trPr>
          <w:jc w:val="center"/>
        </w:trPr>
        <w:tc>
          <w:tcPr>
            <w:tcW w:w="8690" w:type="dxa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54194" w14:textId="77777777" w:rsidR="00EA46A3" w:rsidRDefault="00000000">
            <w:r>
              <w:t>TVA</w:t>
            </w:r>
          </w:p>
        </w:tc>
        <w:tc>
          <w:tcPr>
            <w:tcW w:w="17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1988B" w14:textId="77777777" w:rsidR="00EA46A3" w:rsidRDefault="00000000">
            <w:r>
              <w:t>__________</w:t>
            </w:r>
          </w:p>
        </w:tc>
      </w:tr>
      <w:tr w:rsidR="00EA46A3" w14:paraId="6ADE9BE8" w14:textId="77777777">
        <w:trPr>
          <w:jc w:val="center"/>
        </w:trPr>
        <w:tc>
          <w:tcPr>
            <w:tcW w:w="8690" w:type="dxa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1A12C" w14:textId="77777777" w:rsidR="00EA46A3" w:rsidRDefault="00000000">
            <w:r>
              <w:t>TOTAL CU TVA</w:t>
            </w:r>
          </w:p>
        </w:tc>
        <w:tc>
          <w:tcPr>
            <w:tcW w:w="173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119FB" w14:textId="77777777" w:rsidR="00EA46A3" w:rsidRDefault="00000000">
            <w:r>
              <w:t>__________</w:t>
            </w:r>
          </w:p>
        </w:tc>
      </w:tr>
    </w:tbl>
    <w:p w14:paraId="790FF86E" w14:textId="77777777" w:rsidR="00EA46A3" w:rsidRDefault="00000000">
      <w:r>
        <w:t>Data: ________________        Reprezentant legal/împuternicit: ______________________________</w:t>
      </w:r>
      <w:r>
        <w:br/>
        <w:t>Funcția: ____________________        Semnătura: ______________________________</w:t>
      </w:r>
    </w:p>
    <w:sectPr w:rsidR="00EA46A3" w:rsidSect="00034616">
      <w:headerReference w:type="default" r:id="rId8"/>
      <w:footerReference w:type="default" r:id="rId9"/>
      <w:pgSz w:w="12240" w:h="15840"/>
      <w:pgMar w:top="680" w:right="907" w:bottom="68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46B4E" w14:textId="77777777" w:rsidR="00C36EB9" w:rsidRDefault="00C36EB9">
      <w:pPr>
        <w:spacing w:after="0"/>
      </w:pPr>
      <w:r>
        <w:separator/>
      </w:r>
    </w:p>
  </w:endnote>
  <w:endnote w:type="continuationSeparator" w:id="0">
    <w:p w14:paraId="4D3038A4" w14:textId="77777777" w:rsidR="00C36EB9" w:rsidRDefault="00C36E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248C5" w14:textId="77777777" w:rsidR="00EA46A3" w:rsidRDefault="00000000">
    <w:pPr>
      <w:pStyle w:val="Footer"/>
      <w:jc w:val="center"/>
    </w:pPr>
    <w:r>
      <w:rPr>
        <w:sz w:val="16"/>
      </w:rPr>
      <w:t xml:space="preserve">COMUNA BUSTUCHIN • SMIS 349079 • </w:t>
    </w:r>
    <w:proofErr w:type="spellStart"/>
    <w:r>
      <w:rPr>
        <w:sz w:val="16"/>
      </w:rPr>
      <w:t>Documentație</w:t>
    </w:r>
    <w:proofErr w:type="spellEnd"/>
    <w:r>
      <w:rPr>
        <w:sz w:val="16"/>
      </w:rPr>
      <w:t xml:space="preserve"> de </w:t>
    </w:r>
    <w:proofErr w:type="spellStart"/>
    <w:r>
      <w:rPr>
        <w:sz w:val="16"/>
      </w:rPr>
      <w:t>atribuire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30911" w14:textId="77777777" w:rsidR="00C36EB9" w:rsidRDefault="00C36EB9">
      <w:pPr>
        <w:spacing w:after="0"/>
      </w:pPr>
      <w:r>
        <w:separator/>
      </w:r>
    </w:p>
  </w:footnote>
  <w:footnote w:type="continuationSeparator" w:id="0">
    <w:p w14:paraId="69CCB7A5" w14:textId="77777777" w:rsidR="00C36EB9" w:rsidRDefault="00C36E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5A526" w14:textId="77777777" w:rsidR="00EA46A3" w:rsidRDefault="00EA46A3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46"/>
      <w:gridCol w:w="5046"/>
    </w:tblGrid>
    <w:tr w:rsidR="00EA46A3" w14:paraId="24BCBDB0" w14:textId="77777777">
      <w:trPr>
        <w:jc w:val="center"/>
      </w:trPr>
      <w:tc>
        <w:tcPr>
          <w:tcW w:w="5046" w:type="dxa"/>
          <w:tcMar>
            <w:top w:w="0" w:type="dxa"/>
            <w:left w:w="0" w:type="dxa"/>
            <w:bottom w:w="0" w:type="dxa"/>
            <w:right w:w="0" w:type="dxa"/>
          </w:tcMar>
        </w:tcPr>
        <w:p w14:paraId="396D9106" w14:textId="77777777" w:rsidR="00EA46A3" w:rsidRDefault="00000000">
          <w:r>
            <w:rPr>
              <w:noProof/>
            </w:rPr>
            <w:drawing>
              <wp:inline distT="0" distB="0" distL="0" distR="0" wp14:anchorId="47D356DC" wp14:editId="11B8232C">
                <wp:extent cx="2015999" cy="42204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661e35e-abc8-4e44-b816-9ad06d2e56d9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5999" cy="422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6" w:type="dxa"/>
          <w:tcMar>
            <w:top w:w="0" w:type="dxa"/>
            <w:left w:w="0" w:type="dxa"/>
            <w:bottom w:w="0" w:type="dxa"/>
            <w:right w:w="0" w:type="dxa"/>
          </w:tcMar>
        </w:tcPr>
        <w:p w14:paraId="3B617470" w14:textId="77777777" w:rsidR="00EA46A3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6029FC04" wp14:editId="45B605A9">
                <wp:extent cx="1044000" cy="102478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11a38fe-6288-4e57-9d50-f73e32c371d8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4000" cy="1024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8250993">
    <w:abstractNumId w:val="8"/>
  </w:num>
  <w:num w:numId="2" w16cid:durableId="232737774">
    <w:abstractNumId w:val="6"/>
  </w:num>
  <w:num w:numId="3" w16cid:durableId="2048413148">
    <w:abstractNumId w:val="5"/>
  </w:num>
  <w:num w:numId="4" w16cid:durableId="1273589163">
    <w:abstractNumId w:val="4"/>
  </w:num>
  <w:num w:numId="5" w16cid:durableId="737048382">
    <w:abstractNumId w:val="7"/>
  </w:num>
  <w:num w:numId="6" w16cid:durableId="181668877">
    <w:abstractNumId w:val="3"/>
  </w:num>
  <w:num w:numId="7" w16cid:durableId="305547406">
    <w:abstractNumId w:val="2"/>
  </w:num>
  <w:num w:numId="8" w16cid:durableId="1585913204">
    <w:abstractNumId w:val="1"/>
  </w:num>
  <w:num w:numId="9" w16cid:durableId="349647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2F5"/>
    <w:rsid w:val="0006063C"/>
    <w:rsid w:val="0015074B"/>
    <w:rsid w:val="0029639D"/>
    <w:rsid w:val="00326F90"/>
    <w:rsid w:val="00712625"/>
    <w:rsid w:val="00AA1D8D"/>
    <w:rsid w:val="00B47730"/>
    <w:rsid w:val="00C36EB9"/>
    <w:rsid w:val="00CB0664"/>
    <w:rsid w:val="00EA46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EE2A1D"/>
  <w14:defaultImageDpi w14:val="300"/>
  <w15:docId w15:val="{2A886572-5ED1-4E62-AEF1-D463924A8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balacesculavinia@gmail.com</cp:lastModifiedBy>
  <cp:revision>3</cp:revision>
  <dcterms:created xsi:type="dcterms:W3CDTF">2013-12-23T23:15:00Z</dcterms:created>
  <dcterms:modified xsi:type="dcterms:W3CDTF">2026-09-30T11:03:00Z</dcterms:modified>
  <cp:category/>
</cp:coreProperties>
</file>