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5F8208" w14:textId="77777777" w:rsidR="009E709C" w:rsidRDefault="009E709C">
      <w:pPr>
        <w:spacing w:after="80" w:line="252" w:lineRule="auto"/>
        <w:jc w:val="center"/>
        <w:rPr>
          <w:b/>
          <w:sz w:val="26"/>
        </w:rPr>
      </w:pPr>
    </w:p>
    <w:p w14:paraId="12012FC3" w14:textId="77777777" w:rsidR="009E709C" w:rsidRDefault="009E709C">
      <w:pPr>
        <w:spacing w:after="80" w:line="252" w:lineRule="auto"/>
        <w:jc w:val="center"/>
        <w:rPr>
          <w:b/>
          <w:sz w:val="26"/>
        </w:rPr>
      </w:pPr>
    </w:p>
    <w:p w14:paraId="461956CE" w14:textId="77777777" w:rsidR="009E709C" w:rsidRDefault="009E709C">
      <w:pPr>
        <w:spacing w:after="80" w:line="252" w:lineRule="auto"/>
        <w:jc w:val="center"/>
        <w:rPr>
          <w:b/>
          <w:sz w:val="26"/>
        </w:rPr>
      </w:pPr>
    </w:p>
    <w:p w14:paraId="1A441509" w14:textId="52920010" w:rsidR="00251486" w:rsidRDefault="00000000">
      <w:pPr>
        <w:spacing w:after="80" w:line="252" w:lineRule="auto"/>
        <w:jc w:val="center"/>
      </w:pPr>
      <w:r>
        <w:rPr>
          <w:b/>
          <w:sz w:val="26"/>
        </w:rPr>
        <w:t>FORMULAR A</w:t>
      </w:r>
      <w:r>
        <w:rPr>
          <w:b/>
          <w:sz w:val="26"/>
        </w:rPr>
        <w:br/>
        <w:t>SCRISOARE DE ÎNAINTARE</w:t>
      </w:r>
    </w:p>
    <w:p w14:paraId="5F3CA235" w14:textId="77777777" w:rsidR="009E709C" w:rsidRDefault="009E709C">
      <w:pPr>
        <w:spacing w:after="80" w:line="252" w:lineRule="auto"/>
        <w:jc w:val="center"/>
        <w:rPr>
          <w:i/>
        </w:rPr>
      </w:pPr>
    </w:p>
    <w:p w14:paraId="74116C0E" w14:textId="77777777" w:rsidR="009E709C" w:rsidRDefault="009E709C">
      <w:pPr>
        <w:spacing w:after="80" w:line="252" w:lineRule="auto"/>
        <w:jc w:val="center"/>
        <w:rPr>
          <w:i/>
        </w:rPr>
      </w:pPr>
    </w:p>
    <w:p w14:paraId="40E7AFB2" w14:textId="3427C085" w:rsidR="00251486" w:rsidRDefault="00000000">
      <w:pPr>
        <w:spacing w:after="80" w:line="252" w:lineRule="auto"/>
        <w:jc w:val="center"/>
      </w:pPr>
      <w:proofErr w:type="spellStart"/>
      <w:r>
        <w:rPr>
          <w:i/>
        </w:rPr>
        <w:t>Achiziție</w:t>
      </w:r>
      <w:proofErr w:type="spellEnd"/>
      <w:r>
        <w:rPr>
          <w:i/>
        </w:rPr>
        <w:t xml:space="preserve">: </w:t>
      </w:r>
      <w:proofErr w:type="spellStart"/>
      <w:r>
        <w:rPr>
          <w:i/>
        </w:rPr>
        <w:t>servicii</w:t>
      </w:r>
      <w:proofErr w:type="spellEnd"/>
      <w:r>
        <w:rPr>
          <w:i/>
        </w:rPr>
        <w:t xml:space="preserve"> de </w:t>
      </w:r>
      <w:proofErr w:type="spellStart"/>
      <w:r>
        <w:rPr>
          <w:i/>
        </w:rPr>
        <w:t>preparare</w:t>
      </w:r>
      <w:proofErr w:type="spellEnd"/>
      <w:r>
        <w:rPr>
          <w:i/>
        </w:rPr>
        <w:t xml:space="preserve"> și livrare a hranei la domiciliul beneficiarilor – CPV 55521100-9</w:t>
      </w:r>
    </w:p>
    <w:p w14:paraId="134C06B3" w14:textId="77777777" w:rsidR="00251486" w:rsidRDefault="00000000">
      <w:pPr>
        <w:spacing w:after="60" w:line="252" w:lineRule="auto"/>
      </w:pPr>
      <w:r>
        <w:rPr>
          <w:b/>
        </w:rPr>
        <w:t>Operator economic</w:t>
      </w:r>
      <w:r>
        <w:t xml:space="preserve"> ................................................................................................................</w:t>
      </w:r>
    </w:p>
    <w:p w14:paraId="66A9BBFE" w14:textId="77777777" w:rsidR="00251486" w:rsidRDefault="00000000">
      <w:pPr>
        <w:spacing w:after="60" w:line="252" w:lineRule="auto"/>
      </w:pPr>
      <w:r>
        <w:rPr>
          <w:b/>
        </w:rPr>
        <w:t>Sediu</w:t>
      </w:r>
      <w:r>
        <w:t xml:space="preserve"> ................................................................................................................</w:t>
      </w:r>
    </w:p>
    <w:p w14:paraId="189DFD9B" w14:textId="77777777" w:rsidR="00251486" w:rsidRDefault="00000000">
      <w:pPr>
        <w:spacing w:after="60" w:line="252" w:lineRule="auto"/>
      </w:pPr>
      <w:r>
        <w:rPr>
          <w:b/>
        </w:rPr>
        <w:t>CUI / nr. înregistrare</w:t>
      </w:r>
      <w:r>
        <w:t xml:space="preserve"> ................................................................................................................</w:t>
      </w:r>
    </w:p>
    <w:p w14:paraId="0016E03B" w14:textId="77777777" w:rsidR="00251486" w:rsidRDefault="00000000">
      <w:pPr>
        <w:spacing w:after="60" w:line="252" w:lineRule="auto"/>
      </w:pPr>
      <w:r>
        <w:rPr>
          <w:b/>
        </w:rPr>
        <w:t>Telefon / e-mail</w:t>
      </w:r>
      <w:r>
        <w:t xml:space="preserve"> ................................................................................................................</w:t>
      </w:r>
    </w:p>
    <w:p w14:paraId="08A4DE66" w14:textId="77777777" w:rsidR="00251486" w:rsidRDefault="00000000">
      <w:pPr>
        <w:spacing w:after="80" w:line="252" w:lineRule="auto"/>
      </w:pPr>
      <w:r>
        <w:t>Către: COMUNA BUSTUCHIN, județul Gorj</w:t>
      </w:r>
    </w:p>
    <w:p w14:paraId="37F4B3EA" w14:textId="77777777" w:rsidR="00251486" w:rsidRDefault="00000000">
      <w:pPr>
        <w:spacing w:after="80" w:line="252" w:lineRule="auto"/>
      </w:pPr>
      <w:r>
        <w:t>Ca urmare a anunțului de participare pentru atribuirea contractului având ca obiect „Servicii de preparare și livrare a hranei la domiciliul beneficiarilor”, CPV 55521100-9, vă transmitem oferta noastră, constituită potrivit documentației de atribuire.</w:t>
      </w:r>
    </w:p>
    <w:p w14:paraId="41A6FCBB" w14:textId="77777777" w:rsidR="00251486" w:rsidRDefault="00000000">
      <w:pPr>
        <w:spacing w:after="80" w:line="252" w:lineRule="auto"/>
      </w:pPr>
      <w:r>
        <w:t>Declarăm că documentele depuse ne angajează în condițiile documentației de atribuire și că oferta este valabilă pentru perioada asumată prin aceasta.</w:t>
      </w:r>
    </w:p>
    <w:p w14:paraId="3E3A68B3" w14:textId="77777777" w:rsidR="00251486" w:rsidRDefault="00000000">
      <w:pPr>
        <w:spacing w:after="60" w:line="252" w:lineRule="auto"/>
      </w:pPr>
      <w:r>
        <w:rPr>
          <w:b/>
        </w:rPr>
        <w:t>Persoană de contact pentru clarificări</w:t>
      </w:r>
      <w:r>
        <w:t xml:space="preserve"> ................................................................................................................</w:t>
      </w:r>
    </w:p>
    <w:p w14:paraId="61CF81E7" w14:textId="77777777" w:rsidR="00251486" w:rsidRDefault="00000000">
      <w:pPr>
        <w:spacing w:after="60" w:line="252" w:lineRule="auto"/>
      </w:pPr>
      <w:r>
        <w:rPr>
          <w:b/>
        </w:rPr>
        <w:t>Telefon / e-mail</w:t>
      </w:r>
      <w:r>
        <w:t xml:space="preserve"> ................................................................................................................</w:t>
      </w:r>
    </w:p>
    <w:p w14:paraId="70B763D1" w14:textId="77777777" w:rsidR="00251486" w:rsidRDefault="00251486">
      <w:pPr>
        <w:spacing w:after="80" w:line="252" w:lineRule="auto"/>
      </w:pPr>
    </w:p>
    <w:p w14:paraId="467D2E27" w14:textId="77777777" w:rsidR="00251486" w:rsidRDefault="00000000">
      <w:pPr>
        <w:spacing w:after="60" w:line="252" w:lineRule="auto"/>
      </w:pPr>
      <w:r>
        <w:rPr>
          <w:b/>
        </w:rPr>
        <w:t>Data</w:t>
      </w:r>
      <w:r>
        <w:t xml:space="preserve"> ................................................................................................................</w:t>
      </w:r>
    </w:p>
    <w:p w14:paraId="4B60774B" w14:textId="77777777" w:rsidR="00251486" w:rsidRDefault="00000000">
      <w:pPr>
        <w:spacing w:after="60" w:line="252" w:lineRule="auto"/>
      </w:pPr>
      <w:r>
        <w:rPr>
          <w:b/>
        </w:rPr>
        <w:t>Reprezentant legal / împuternicit</w:t>
      </w:r>
      <w:r>
        <w:t xml:space="preserve"> ................................................................................................................</w:t>
      </w:r>
    </w:p>
    <w:p w14:paraId="4ECD4C04" w14:textId="77777777" w:rsidR="00251486" w:rsidRDefault="00000000">
      <w:pPr>
        <w:spacing w:after="60" w:line="252" w:lineRule="auto"/>
      </w:pPr>
      <w:r>
        <w:rPr>
          <w:b/>
        </w:rPr>
        <w:t>Funcția</w:t>
      </w:r>
      <w:r>
        <w:t xml:space="preserve"> ................................................................................................................</w:t>
      </w:r>
    </w:p>
    <w:p w14:paraId="34EA1224" w14:textId="77777777" w:rsidR="00251486" w:rsidRDefault="00000000">
      <w:pPr>
        <w:spacing w:after="60" w:line="252" w:lineRule="auto"/>
      </w:pPr>
      <w:r>
        <w:rPr>
          <w:b/>
        </w:rPr>
        <w:t>Semnătura</w:t>
      </w:r>
      <w:r>
        <w:t xml:space="preserve"> ................................................................................................................</w:t>
      </w:r>
    </w:p>
    <w:p w14:paraId="12C6BD02" w14:textId="77777777" w:rsidR="00251486" w:rsidRDefault="00000000">
      <w:pPr>
        <w:spacing w:after="80" w:line="252" w:lineRule="auto"/>
      </w:pPr>
      <w:r>
        <w:br w:type="page"/>
      </w:r>
    </w:p>
    <w:p w14:paraId="33B7D7E0" w14:textId="77777777" w:rsidR="00CF17C9" w:rsidRDefault="00CF17C9">
      <w:pPr>
        <w:spacing w:after="80" w:line="252" w:lineRule="auto"/>
        <w:jc w:val="center"/>
        <w:rPr>
          <w:b/>
          <w:sz w:val="26"/>
        </w:rPr>
      </w:pPr>
    </w:p>
    <w:p w14:paraId="1D9615C4" w14:textId="77777777" w:rsidR="00CF17C9" w:rsidRDefault="00CF17C9">
      <w:pPr>
        <w:spacing w:after="80" w:line="252" w:lineRule="auto"/>
        <w:jc w:val="center"/>
        <w:rPr>
          <w:b/>
          <w:sz w:val="26"/>
        </w:rPr>
      </w:pPr>
    </w:p>
    <w:p w14:paraId="6DF3EF0A" w14:textId="77777777" w:rsidR="00CF17C9" w:rsidRDefault="00CF17C9">
      <w:pPr>
        <w:spacing w:after="80" w:line="252" w:lineRule="auto"/>
        <w:jc w:val="center"/>
        <w:rPr>
          <w:b/>
          <w:sz w:val="26"/>
        </w:rPr>
      </w:pPr>
    </w:p>
    <w:p w14:paraId="53758B37" w14:textId="77777777" w:rsidR="00CF17C9" w:rsidRDefault="00CF17C9">
      <w:pPr>
        <w:spacing w:after="80" w:line="252" w:lineRule="auto"/>
        <w:jc w:val="center"/>
        <w:rPr>
          <w:b/>
          <w:sz w:val="26"/>
        </w:rPr>
      </w:pPr>
    </w:p>
    <w:p w14:paraId="6D4DA59A" w14:textId="4226541C" w:rsidR="00251486" w:rsidRDefault="00000000">
      <w:pPr>
        <w:spacing w:after="80" w:line="252" w:lineRule="auto"/>
        <w:jc w:val="center"/>
      </w:pPr>
      <w:r>
        <w:rPr>
          <w:b/>
          <w:sz w:val="26"/>
        </w:rPr>
        <w:t>FORMULAR 1</w:t>
      </w:r>
      <w:r>
        <w:rPr>
          <w:b/>
          <w:sz w:val="26"/>
        </w:rPr>
        <w:br/>
        <w:t>DECLARAȚIE PRIVIND NEÎNCADRAREA ÎN MOTIVELE DE EXCLUDERE</w:t>
      </w:r>
      <w:r>
        <w:rPr>
          <w:b/>
          <w:sz w:val="26"/>
        </w:rPr>
        <w:br/>
        <w:t>prevăzute la art. 164, 165 și 167 din Legea nr. 98/2016</w:t>
      </w:r>
    </w:p>
    <w:p w14:paraId="56D707C5" w14:textId="77777777" w:rsidR="00251486" w:rsidRDefault="00000000">
      <w:pPr>
        <w:spacing w:after="80" w:line="252" w:lineRule="auto"/>
        <w:jc w:val="center"/>
      </w:pPr>
      <w:r>
        <w:rPr>
          <w:i/>
        </w:rPr>
        <w:t>Achiziție: servicii de preparare și livrare a hranei la domiciliul beneficiarilor – CPV 55521100-9</w:t>
      </w:r>
    </w:p>
    <w:p w14:paraId="18175D3B" w14:textId="77777777" w:rsidR="00CF17C9" w:rsidRDefault="00CF17C9">
      <w:pPr>
        <w:spacing w:after="60" w:line="252" w:lineRule="auto"/>
        <w:rPr>
          <w:b/>
        </w:rPr>
      </w:pPr>
    </w:p>
    <w:p w14:paraId="31EA3E88" w14:textId="77777777" w:rsidR="00CF17C9" w:rsidRDefault="00CF17C9">
      <w:pPr>
        <w:spacing w:after="60" w:line="252" w:lineRule="auto"/>
        <w:rPr>
          <w:b/>
        </w:rPr>
      </w:pPr>
    </w:p>
    <w:p w14:paraId="47AF7EA7" w14:textId="77777777" w:rsidR="00CF17C9" w:rsidRDefault="00CF17C9">
      <w:pPr>
        <w:spacing w:after="60" w:line="252" w:lineRule="auto"/>
        <w:rPr>
          <w:b/>
        </w:rPr>
      </w:pPr>
    </w:p>
    <w:p w14:paraId="734E8240" w14:textId="77777777" w:rsidR="00CF17C9" w:rsidRDefault="00CF17C9">
      <w:pPr>
        <w:spacing w:after="60" w:line="252" w:lineRule="auto"/>
        <w:rPr>
          <w:b/>
        </w:rPr>
      </w:pPr>
    </w:p>
    <w:p w14:paraId="1251F01A" w14:textId="329AAF94" w:rsidR="00251486" w:rsidRDefault="00000000">
      <w:pPr>
        <w:spacing w:after="60" w:line="252" w:lineRule="auto"/>
      </w:pPr>
      <w:r>
        <w:rPr>
          <w:b/>
        </w:rPr>
        <w:t>Operator economic</w:t>
      </w:r>
      <w:r>
        <w:t xml:space="preserve"> ................................................................................................................</w:t>
      </w:r>
    </w:p>
    <w:p w14:paraId="6C74DF9F" w14:textId="77777777" w:rsidR="00251486" w:rsidRDefault="00000000">
      <w:pPr>
        <w:spacing w:after="60" w:line="252" w:lineRule="auto"/>
      </w:pPr>
      <w:r>
        <w:rPr>
          <w:b/>
        </w:rPr>
        <w:t>Calitatea în procedură: ofertant / asociat / subcontractant / terț susținător</w:t>
      </w:r>
      <w:r>
        <w:t xml:space="preserve"> ................................................................................................................</w:t>
      </w:r>
    </w:p>
    <w:p w14:paraId="5AB3D038" w14:textId="77777777" w:rsidR="00251486" w:rsidRDefault="00000000">
      <w:pPr>
        <w:spacing w:after="80" w:line="252" w:lineRule="auto"/>
      </w:pPr>
      <w:r>
        <w:t>Subsemnatul(a), reprezentant legal/împuternicit al operatorului economic menționat mai sus, declar pe propria răspundere că operatorul economic nu se află în situațiile de excludere prevăzute la art. 164, art. 165 și art. 167 din Legea nr. 98/2016, cu modificările și completările ulterioare, în măsura aplicabilă prezentei proceduri.</w:t>
      </w:r>
    </w:p>
    <w:p w14:paraId="3F47DF1E" w14:textId="77777777" w:rsidR="00251486" w:rsidRDefault="00000000">
      <w:pPr>
        <w:spacing w:after="80" w:line="252" w:lineRule="auto"/>
      </w:pPr>
      <w:r>
        <w:t>Declar că informațiile furnizate sunt reale, complete și actuale și mă oblig să comunic fără întârziere autorității contractante orice modificare relevantă intervenită pe parcursul procedurii.</w:t>
      </w:r>
    </w:p>
    <w:p w14:paraId="43475585" w14:textId="77777777" w:rsidR="00251486" w:rsidRDefault="00000000">
      <w:pPr>
        <w:spacing w:after="80" w:line="252" w:lineRule="auto"/>
      </w:pPr>
      <w:r>
        <w:t>Înțeleg că autoritatea contractantă poate solicita documente justificative pentru verificarea prezentei declarații, iar ofertantului clasat pe primul loc îi vor fi solicitate, înainte de atribuirea contractului, documentele justificative actualizate prevăzute în documentația de atribuire, inclusiv certificatele de atestare fiscală privind obligațiile de plată la bugetul de stat și bugetul local, valabile la momentul prezentării.</w:t>
      </w:r>
    </w:p>
    <w:p w14:paraId="22A89E11" w14:textId="77777777" w:rsidR="00251486" w:rsidRDefault="00251486">
      <w:pPr>
        <w:spacing w:after="80" w:line="252" w:lineRule="auto"/>
      </w:pPr>
    </w:p>
    <w:p w14:paraId="39C4C858" w14:textId="77777777" w:rsidR="00251486" w:rsidRDefault="00000000">
      <w:pPr>
        <w:spacing w:after="60" w:line="252" w:lineRule="auto"/>
      </w:pPr>
      <w:r>
        <w:rPr>
          <w:b/>
        </w:rPr>
        <w:t>Data</w:t>
      </w:r>
      <w:r>
        <w:t xml:space="preserve"> ................................................................................................................</w:t>
      </w:r>
    </w:p>
    <w:p w14:paraId="4D46AD76" w14:textId="77777777" w:rsidR="00251486" w:rsidRDefault="00000000">
      <w:pPr>
        <w:spacing w:after="60" w:line="252" w:lineRule="auto"/>
      </w:pPr>
      <w:r>
        <w:rPr>
          <w:b/>
        </w:rPr>
        <w:t>Reprezentant legal / împuternicit</w:t>
      </w:r>
      <w:r>
        <w:t xml:space="preserve"> ................................................................................................................</w:t>
      </w:r>
    </w:p>
    <w:p w14:paraId="2B796B60" w14:textId="77777777" w:rsidR="00251486" w:rsidRDefault="00000000">
      <w:pPr>
        <w:spacing w:after="60" w:line="252" w:lineRule="auto"/>
      </w:pPr>
      <w:r>
        <w:rPr>
          <w:b/>
        </w:rPr>
        <w:t>Funcția</w:t>
      </w:r>
      <w:r>
        <w:t xml:space="preserve"> ................................................................................................................</w:t>
      </w:r>
    </w:p>
    <w:p w14:paraId="6C18FDBE" w14:textId="77777777" w:rsidR="00251486" w:rsidRDefault="00000000">
      <w:pPr>
        <w:spacing w:after="60" w:line="252" w:lineRule="auto"/>
      </w:pPr>
      <w:r>
        <w:rPr>
          <w:b/>
        </w:rPr>
        <w:t>Semnătura</w:t>
      </w:r>
      <w:r>
        <w:t xml:space="preserve"> ................................................................................................................</w:t>
      </w:r>
    </w:p>
    <w:p w14:paraId="15CB40E3" w14:textId="77777777" w:rsidR="00251486" w:rsidRDefault="00000000">
      <w:pPr>
        <w:spacing w:after="80" w:line="252" w:lineRule="auto"/>
      </w:pPr>
      <w:r>
        <w:br w:type="page"/>
      </w:r>
    </w:p>
    <w:p w14:paraId="47F0F12F" w14:textId="77777777" w:rsidR="00CF17C9" w:rsidRDefault="00CF17C9">
      <w:pPr>
        <w:spacing w:after="80" w:line="252" w:lineRule="auto"/>
        <w:jc w:val="center"/>
        <w:rPr>
          <w:b/>
          <w:sz w:val="26"/>
        </w:rPr>
      </w:pPr>
    </w:p>
    <w:p w14:paraId="10A9E336" w14:textId="77777777" w:rsidR="00CF17C9" w:rsidRDefault="00CF17C9">
      <w:pPr>
        <w:spacing w:after="80" w:line="252" w:lineRule="auto"/>
        <w:jc w:val="center"/>
        <w:rPr>
          <w:b/>
          <w:sz w:val="26"/>
        </w:rPr>
      </w:pPr>
    </w:p>
    <w:p w14:paraId="67EE020D" w14:textId="77777777" w:rsidR="00CF17C9" w:rsidRDefault="00CF17C9">
      <w:pPr>
        <w:spacing w:after="80" w:line="252" w:lineRule="auto"/>
        <w:jc w:val="center"/>
        <w:rPr>
          <w:b/>
          <w:sz w:val="26"/>
        </w:rPr>
      </w:pPr>
    </w:p>
    <w:p w14:paraId="762EB9EA" w14:textId="77777777" w:rsidR="00CF17C9" w:rsidRDefault="00CF17C9">
      <w:pPr>
        <w:spacing w:after="80" w:line="252" w:lineRule="auto"/>
        <w:jc w:val="center"/>
        <w:rPr>
          <w:b/>
          <w:sz w:val="26"/>
        </w:rPr>
      </w:pPr>
    </w:p>
    <w:p w14:paraId="6CEE079A" w14:textId="77777777" w:rsidR="00CF17C9" w:rsidRDefault="00CF17C9">
      <w:pPr>
        <w:spacing w:after="80" w:line="252" w:lineRule="auto"/>
        <w:jc w:val="center"/>
        <w:rPr>
          <w:b/>
          <w:sz w:val="26"/>
        </w:rPr>
      </w:pPr>
    </w:p>
    <w:p w14:paraId="3184F671" w14:textId="799F3CD7" w:rsidR="00251486" w:rsidRDefault="00000000">
      <w:pPr>
        <w:spacing w:after="80" w:line="252" w:lineRule="auto"/>
        <w:jc w:val="center"/>
      </w:pPr>
      <w:r>
        <w:rPr>
          <w:b/>
          <w:sz w:val="26"/>
        </w:rPr>
        <w:t>FORMULAR 2</w:t>
      </w:r>
      <w:r>
        <w:rPr>
          <w:b/>
          <w:sz w:val="26"/>
        </w:rPr>
        <w:br/>
        <w:t>DECLARAȚIE PRIVIND EVITAREA CONFLICTULUI DE INTERESE</w:t>
      </w:r>
      <w:r>
        <w:rPr>
          <w:b/>
          <w:sz w:val="26"/>
        </w:rPr>
        <w:br/>
        <w:t>art. 59-60 din Legea nr. 98/2016</w:t>
      </w:r>
    </w:p>
    <w:p w14:paraId="54EF2CCF" w14:textId="77777777" w:rsidR="00251486" w:rsidRDefault="00000000">
      <w:pPr>
        <w:spacing w:after="80" w:line="252" w:lineRule="auto"/>
        <w:jc w:val="center"/>
      </w:pPr>
      <w:r>
        <w:rPr>
          <w:i/>
        </w:rPr>
        <w:t>Achiziție: servicii de preparare și livrare a hranei la domiciliul beneficiarilor – CPV 55521100-9</w:t>
      </w:r>
    </w:p>
    <w:p w14:paraId="4BF25509" w14:textId="77777777" w:rsidR="00CF17C9" w:rsidRDefault="00CF17C9">
      <w:pPr>
        <w:spacing w:after="60" w:line="252" w:lineRule="auto"/>
        <w:rPr>
          <w:b/>
        </w:rPr>
      </w:pPr>
    </w:p>
    <w:p w14:paraId="00F97188" w14:textId="77777777" w:rsidR="00CF17C9" w:rsidRDefault="00CF17C9">
      <w:pPr>
        <w:spacing w:after="60" w:line="252" w:lineRule="auto"/>
        <w:rPr>
          <w:b/>
        </w:rPr>
      </w:pPr>
    </w:p>
    <w:p w14:paraId="18A5C178" w14:textId="77777777" w:rsidR="00CF17C9" w:rsidRDefault="00CF17C9">
      <w:pPr>
        <w:spacing w:after="60" w:line="252" w:lineRule="auto"/>
        <w:rPr>
          <w:b/>
        </w:rPr>
      </w:pPr>
    </w:p>
    <w:p w14:paraId="3E8E00A8" w14:textId="77777777" w:rsidR="00CF17C9" w:rsidRDefault="00CF17C9">
      <w:pPr>
        <w:spacing w:after="60" w:line="252" w:lineRule="auto"/>
        <w:rPr>
          <w:b/>
        </w:rPr>
      </w:pPr>
    </w:p>
    <w:p w14:paraId="7696E048" w14:textId="29FBDE5B" w:rsidR="00251486" w:rsidRDefault="00000000">
      <w:pPr>
        <w:spacing w:after="60" w:line="252" w:lineRule="auto"/>
      </w:pPr>
      <w:r>
        <w:rPr>
          <w:b/>
        </w:rPr>
        <w:t>Operator economic</w:t>
      </w:r>
      <w:r>
        <w:t xml:space="preserve"> ................................................................................................................</w:t>
      </w:r>
    </w:p>
    <w:p w14:paraId="15271741" w14:textId="77777777" w:rsidR="00251486" w:rsidRDefault="00000000">
      <w:pPr>
        <w:spacing w:after="60" w:line="252" w:lineRule="auto"/>
      </w:pPr>
      <w:r>
        <w:rPr>
          <w:b/>
        </w:rPr>
        <w:t>Calitatea în procedură: ofertant / asociat / subcontractant / terț susținător</w:t>
      </w:r>
      <w:r>
        <w:t xml:space="preserve"> ................................................................................................................</w:t>
      </w:r>
    </w:p>
    <w:p w14:paraId="17B3DE13" w14:textId="77777777" w:rsidR="00251486" w:rsidRDefault="00000000">
      <w:pPr>
        <w:spacing w:after="80" w:line="252" w:lineRule="auto"/>
      </w:pPr>
      <w:r>
        <w:t>Subsemnatul(a), reprezentant legal/împuternicit al operatorului economic menționat mai sus, declar pe propria răspundere că, raportat la persoanele cu funcții de decizie indicate în documentația de atribuire, operatorul economic nu se află într-o situație de conflict de interese în sensul art. 59 și art. 60 din Legea nr. 98/2016.</w:t>
      </w:r>
    </w:p>
    <w:p w14:paraId="6A5B40FD" w14:textId="77777777" w:rsidR="00251486" w:rsidRDefault="00000000">
      <w:pPr>
        <w:spacing w:after="80" w:line="252" w:lineRule="auto"/>
      </w:pPr>
      <w:r>
        <w:t>Persoanele cu funcții de decizie indicate de autoritatea contractantă sunt: Ciocea Ion – Primar / Ordonator principal de credite; Popa Iulius Claudiu – Viceprimar; Mihailescu Radu Ranut – Secretar General UAT; Sbora Elena Gianina – Contabil; Balacescu Maria Lavinia – Consilier achiziții publice.</w:t>
      </w:r>
    </w:p>
    <w:p w14:paraId="49D90BB1" w14:textId="77777777" w:rsidR="00251486" w:rsidRDefault="00000000">
      <w:pPr>
        <w:spacing w:after="80" w:line="252" w:lineRule="auto"/>
      </w:pPr>
      <w:r>
        <w:t>Mă oblig să informez imediat autoritatea contractantă dacă, pe parcursul procedurii, intervine o situație care poate genera un conflict de interese.</w:t>
      </w:r>
    </w:p>
    <w:p w14:paraId="26A260B7" w14:textId="77777777" w:rsidR="00251486" w:rsidRDefault="00251486">
      <w:pPr>
        <w:spacing w:after="80" w:line="252" w:lineRule="auto"/>
      </w:pPr>
    </w:p>
    <w:p w14:paraId="3E651709" w14:textId="77777777" w:rsidR="00251486" w:rsidRDefault="00000000">
      <w:pPr>
        <w:spacing w:after="60" w:line="252" w:lineRule="auto"/>
      </w:pPr>
      <w:r>
        <w:rPr>
          <w:b/>
        </w:rPr>
        <w:t>Data</w:t>
      </w:r>
      <w:r>
        <w:t xml:space="preserve"> ................................................................................................................</w:t>
      </w:r>
    </w:p>
    <w:p w14:paraId="473183D8" w14:textId="77777777" w:rsidR="00251486" w:rsidRDefault="00000000">
      <w:pPr>
        <w:spacing w:after="60" w:line="252" w:lineRule="auto"/>
      </w:pPr>
      <w:r>
        <w:rPr>
          <w:b/>
        </w:rPr>
        <w:t>Reprezentant legal / împuternicit</w:t>
      </w:r>
      <w:r>
        <w:t xml:space="preserve"> ................................................................................................................</w:t>
      </w:r>
    </w:p>
    <w:p w14:paraId="519BCB90" w14:textId="77777777" w:rsidR="00251486" w:rsidRDefault="00000000">
      <w:pPr>
        <w:spacing w:after="60" w:line="252" w:lineRule="auto"/>
      </w:pPr>
      <w:r>
        <w:rPr>
          <w:b/>
        </w:rPr>
        <w:t>Funcția</w:t>
      </w:r>
      <w:r>
        <w:t xml:space="preserve"> ................................................................................................................</w:t>
      </w:r>
    </w:p>
    <w:p w14:paraId="60DD21D6" w14:textId="77777777" w:rsidR="00251486" w:rsidRDefault="00000000">
      <w:pPr>
        <w:spacing w:after="60" w:line="252" w:lineRule="auto"/>
      </w:pPr>
      <w:r>
        <w:rPr>
          <w:b/>
        </w:rPr>
        <w:t>Semnătura</w:t>
      </w:r>
      <w:r>
        <w:t xml:space="preserve"> ................................................................................................................</w:t>
      </w:r>
    </w:p>
    <w:p w14:paraId="1E67F65F" w14:textId="77777777" w:rsidR="00251486" w:rsidRDefault="00000000">
      <w:pPr>
        <w:spacing w:after="80" w:line="252" w:lineRule="auto"/>
      </w:pPr>
      <w:r>
        <w:br w:type="page"/>
      </w:r>
    </w:p>
    <w:p w14:paraId="0F18B96E" w14:textId="77777777" w:rsidR="00CF17C9" w:rsidRDefault="00CF17C9">
      <w:pPr>
        <w:spacing w:after="80" w:line="252" w:lineRule="auto"/>
        <w:jc w:val="center"/>
        <w:rPr>
          <w:b/>
          <w:sz w:val="26"/>
        </w:rPr>
      </w:pPr>
    </w:p>
    <w:p w14:paraId="6D08DED6" w14:textId="77777777" w:rsidR="00CF17C9" w:rsidRDefault="00CF17C9">
      <w:pPr>
        <w:spacing w:after="80" w:line="252" w:lineRule="auto"/>
        <w:jc w:val="center"/>
        <w:rPr>
          <w:b/>
          <w:sz w:val="26"/>
        </w:rPr>
      </w:pPr>
    </w:p>
    <w:p w14:paraId="495E4BCE" w14:textId="77777777" w:rsidR="00CF17C9" w:rsidRDefault="00CF17C9">
      <w:pPr>
        <w:spacing w:after="80" w:line="252" w:lineRule="auto"/>
        <w:jc w:val="center"/>
        <w:rPr>
          <w:b/>
          <w:sz w:val="26"/>
        </w:rPr>
      </w:pPr>
    </w:p>
    <w:p w14:paraId="15635602" w14:textId="5CA1E1BF" w:rsidR="00251486" w:rsidRDefault="00000000">
      <w:pPr>
        <w:spacing w:after="80" w:line="252" w:lineRule="auto"/>
        <w:jc w:val="center"/>
      </w:pPr>
      <w:r>
        <w:rPr>
          <w:b/>
          <w:sz w:val="26"/>
        </w:rPr>
        <w:t>FORMULAR 3</w:t>
      </w:r>
      <w:r>
        <w:rPr>
          <w:b/>
          <w:sz w:val="26"/>
        </w:rPr>
        <w:br/>
        <w:t>DECLARAȚIE / CENTRALIZATOR PRIVIND EXPERIENȚA SIMILARĂ</w:t>
      </w:r>
    </w:p>
    <w:p w14:paraId="1EE746BF" w14:textId="77777777" w:rsidR="00251486" w:rsidRDefault="00000000">
      <w:pPr>
        <w:spacing w:after="80" w:line="252" w:lineRule="auto"/>
        <w:jc w:val="center"/>
      </w:pPr>
      <w:r>
        <w:rPr>
          <w:i/>
        </w:rPr>
        <w:t>Achiziție: servicii de preparare și livrare a hranei la domiciliul beneficiarilor – CPV 55521100-9</w:t>
      </w:r>
    </w:p>
    <w:p w14:paraId="75824A31" w14:textId="77777777" w:rsidR="00CF17C9" w:rsidRDefault="00CF17C9">
      <w:pPr>
        <w:spacing w:after="60" w:line="252" w:lineRule="auto"/>
        <w:rPr>
          <w:b/>
        </w:rPr>
      </w:pPr>
    </w:p>
    <w:p w14:paraId="1F46F75C" w14:textId="77777777" w:rsidR="00CF17C9" w:rsidRDefault="00CF17C9">
      <w:pPr>
        <w:spacing w:after="60" w:line="252" w:lineRule="auto"/>
        <w:rPr>
          <w:b/>
        </w:rPr>
      </w:pPr>
    </w:p>
    <w:p w14:paraId="1E96E0BD" w14:textId="77777777" w:rsidR="00CF17C9" w:rsidRDefault="00CF17C9">
      <w:pPr>
        <w:spacing w:after="60" w:line="252" w:lineRule="auto"/>
        <w:rPr>
          <w:b/>
        </w:rPr>
      </w:pPr>
    </w:p>
    <w:p w14:paraId="18348412" w14:textId="77777777" w:rsidR="00CF17C9" w:rsidRDefault="00CF17C9">
      <w:pPr>
        <w:spacing w:after="60" w:line="252" w:lineRule="auto"/>
        <w:rPr>
          <w:b/>
        </w:rPr>
      </w:pPr>
    </w:p>
    <w:p w14:paraId="2991D3D2" w14:textId="1D386983" w:rsidR="00251486" w:rsidRDefault="00000000">
      <w:pPr>
        <w:spacing w:after="60" w:line="252" w:lineRule="auto"/>
      </w:pPr>
      <w:proofErr w:type="spellStart"/>
      <w:r>
        <w:rPr>
          <w:b/>
        </w:rPr>
        <w:t>Ofertant</w:t>
      </w:r>
      <w:proofErr w:type="spellEnd"/>
      <w:r>
        <w:rPr>
          <w:b/>
        </w:rPr>
        <w:t xml:space="preserve"> / membru al asocierii</w:t>
      </w:r>
      <w:r>
        <w:t xml:space="preserve"> ................................................................................................................</w:t>
      </w:r>
    </w:p>
    <w:p w14:paraId="5A77EF3C" w14:textId="77777777" w:rsidR="00251486" w:rsidRDefault="00000000">
      <w:pPr>
        <w:spacing w:after="80" w:line="252" w:lineRule="auto"/>
      </w:pPr>
      <w:r>
        <w:t>Pentru demonstrarea experienței similare declarăm următoarele servicii efectiv prestate în perioada de referință stabilită prin Fișa de date:</w:t>
      </w:r>
    </w:p>
    <w:tbl>
      <w:tblPr>
        <w:tblStyle w:val="TableGrid"/>
        <w:tblW w:w="0" w:type="auto"/>
        <w:jc w:val="center"/>
        <w:tblLook w:val="04A0" w:firstRow="1" w:lastRow="0" w:firstColumn="1" w:lastColumn="0" w:noHBand="0" w:noVBand="1"/>
      </w:tblPr>
      <w:tblGrid>
        <w:gridCol w:w="454"/>
        <w:gridCol w:w="1701"/>
        <w:gridCol w:w="2551"/>
        <w:gridCol w:w="1417"/>
        <w:gridCol w:w="1701"/>
        <w:gridCol w:w="1984"/>
      </w:tblGrid>
      <w:tr w:rsidR="00251486" w14:paraId="7113A243" w14:textId="77777777">
        <w:trPr>
          <w:jc w:val="center"/>
        </w:trPr>
        <w:tc>
          <w:tcPr>
            <w:tcW w:w="454" w:type="dxa"/>
            <w:shd w:val="clear" w:color="auto" w:fill="D9EAF7"/>
            <w:vAlign w:val="center"/>
          </w:tcPr>
          <w:p w14:paraId="4621C9BB" w14:textId="77777777" w:rsidR="00251486" w:rsidRDefault="00000000">
            <w:r>
              <w:rPr>
                <w:b/>
                <w:sz w:val="17"/>
              </w:rPr>
              <w:t>Nr.</w:t>
            </w:r>
          </w:p>
        </w:tc>
        <w:tc>
          <w:tcPr>
            <w:tcW w:w="1701" w:type="dxa"/>
            <w:shd w:val="clear" w:color="auto" w:fill="D9EAF7"/>
            <w:vAlign w:val="center"/>
          </w:tcPr>
          <w:p w14:paraId="1944EB38" w14:textId="77777777" w:rsidR="00251486" w:rsidRDefault="00000000">
            <w:r>
              <w:rPr>
                <w:b/>
                <w:sz w:val="17"/>
              </w:rPr>
              <w:t>Beneficiar</w:t>
            </w:r>
          </w:p>
        </w:tc>
        <w:tc>
          <w:tcPr>
            <w:tcW w:w="2551" w:type="dxa"/>
            <w:shd w:val="clear" w:color="auto" w:fill="D9EAF7"/>
            <w:vAlign w:val="center"/>
          </w:tcPr>
          <w:p w14:paraId="0400867C" w14:textId="77777777" w:rsidR="00251486" w:rsidRDefault="00000000">
            <w:r>
              <w:rPr>
                <w:b/>
                <w:sz w:val="17"/>
              </w:rPr>
              <w:t>Obiect contract / servicii similare</w:t>
            </w:r>
          </w:p>
        </w:tc>
        <w:tc>
          <w:tcPr>
            <w:tcW w:w="1417" w:type="dxa"/>
            <w:shd w:val="clear" w:color="auto" w:fill="D9EAF7"/>
            <w:vAlign w:val="center"/>
          </w:tcPr>
          <w:p w14:paraId="2333ECEF" w14:textId="77777777" w:rsidR="00251486" w:rsidRDefault="00000000">
            <w:r>
              <w:rPr>
                <w:b/>
                <w:sz w:val="17"/>
              </w:rPr>
              <w:t>Perioada prestării</w:t>
            </w:r>
          </w:p>
        </w:tc>
        <w:tc>
          <w:tcPr>
            <w:tcW w:w="1701" w:type="dxa"/>
            <w:shd w:val="clear" w:color="auto" w:fill="D9EAF7"/>
            <w:vAlign w:val="center"/>
          </w:tcPr>
          <w:p w14:paraId="1A1554E8" w14:textId="77777777" w:rsidR="00251486" w:rsidRDefault="00000000">
            <w:r>
              <w:rPr>
                <w:b/>
                <w:sz w:val="17"/>
              </w:rPr>
              <w:t>Valoarea serviciilor similare fără TVA (lei)</w:t>
            </w:r>
          </w:p>
        </w:tc>
        <w:tc>
          <w:tcPr>
            <w:tcW w:w="1984" w:type="dxa"/>
            <w:shd w:val="clear" w:color="auto" w:fill="D9EAF7"/>
            <w:vAlign w:val="center"/>
          </w:tcPr>
          <w:p w14:paraId="3F671815" w14:textId="77777777" w:rsidR="00251486" w:rsidRDefault="00000000">
            <w:r>
              <w:rPr>
                <w:b/>
                <w:sz w:val="17"/>
              </w:rPr>
              <w:t>Document justificativ anexat</w:t>
            </w:r>
          </w:p>
        </w:tc>
      </w:tr>
      <w:tr w:rsidR="00251486" w14:paraId="7ED6FC52" w14:textId="77777777">
        <w:trPr>
          <w:jc w:val="center"/>
        </w:trPr>
        <w:tc>
          <w:tcPr>
            <w:tcW w:w="454" w:type="dxa"/>
            <w:vAlign w:val="center"/>
          </w:tcPr>
          <w:p w14:paraId="1944CCDE" w14:textId="77777777" w:rsidR="00251486" w:rsidRDefault="00000000">
            <w:r>
              <w:rPr>
                <w:sz w:val="17"/>
              </w:rPr>
              <w:t>1</w:t>
            </w:r>
          </w:p>
        </w:tc>
        <w:tc>
          <w:tcPr>
            <w:tcW w:w="1701" w:type="dxa"/>
            <w:vAlign w:val="center"/>
          </w:tcPr>
          <w:p w14:paraId="7F74231B" w14:textId="77777777" w:rsidR="00251486" w:rsidRDefault="00251486"/>
        </w:tc>
        <w:tc>
          <w:tcPr>
            <w:tcW w:w="2551" w:type="dxa"/>
            <w:vAlign w:val="center"/>
          </w:tcPr>
          <w:p w14:paraId="2573C76F" w14:textId="77777777" w:rsidR="00251486" w:rsidRDefault="00251486"/>
        </w:tc>
        <w:tc>
          <w:tcPr>
            <w:tcW w:w="1417" w:type="dxa"/>
            <w:vAlign w:val="center"/>
          </w:tcPr>
          <w:p w14:paraId="65B6B448" w14:textId="77777777" w:rsidR="00251486" w:rsidRDefault="00251486"/>
        </w:tc>
        <w:tc>
          <w:tcPr>
            <w:tcW w:w="1701" w:type="dxa"/>
            <w:vAlign w:val="center"/>
          </w:tcPr>
          <w:p w14:paraId="2D2F0885" w14:textId="77777777" w:rsidR="00251486" w:rsidRDefault="00251486"/>
        </w:tc>
        <w:tc>
          <w:tcPr>
            <w:tcW w:w="1984" w:type="dxa"/>
            <w:vAlign w:val="center"/>
          </w:tcPr>
          <w:p w14:paraId="0066B268" w14:textId="77777777" w:rsidR="00251486" w:rsidRDefault="00251486"/>
        </w:tc>
      </w:tr>
      <w:tr w:rsidR="00251486" w14:paraId="5924AC88" w14:textId="77777777">
        <w:trPr>
          <w:jc w:val="center"/>
        </w:trPr>
        <w:tc>
          <w:tcPr>
            <w:tcW w:w="454" w:type="dxa"/>
            <w:vAlign w:val="center"/>
          </w:tcPr>
          <w:p w14:paraId="189ACD01" w14:textId="77777777" w:rsidR="00251486" w:rsidRDefault="00000000">
            <w:r>
              <w:rPr>
                <w:sz w:val="17"/>
              </w:rPr>
              <w:t>2</w:t>
            </w:r>
          </w:p>
        </w:tc>
        <w:tc>
          <w:tcPr>
            <w:tcW w:w="1701" w:type="dxa"/>
            <w:vAlign w:val="center"/>
          </w:tcPr>
          <w:p w14:paraId="05B760EE" w14:textId="77777777" w:rsidR="00251486" w:rsidRDefault="00251486"/>
        </w:tc>
        <w:tc>
          <w:tcPr>
            <w:tcW w:w="2551" w:type="dxa"/>
            <w:vAlign w:val="center"/>
          </w:tcPr>
          <w:p w14:paraId="670E3B76" w14:textId="77777777" w:rsidR="00251486" w:rsidRDefault="00251486"/>
        </w:tc>
        <w:tc>
          <w:tcPr>
            <w:tcW w:w="1417" w:type="dxa"/>
            <w:vAlign w:val="center"/>
          </w:tcPr>
          <w:p w14:paraId="280C1621" w14:textId="77777777" w:rsidR="00251486" w:rsidRDefault="00251486"/>
        </w:tc>
        <w:tc>
          <w:tcPr>
            <w:tcW w:w="1701" w:type="dxa"/>
            <w:vAlign w:val="center"/>
          </w:tcPr>
          <w:p w14:paraId="72B9B7EB" w14:textId="77777777" w:rsidR="00251486" w:rsidRDefault="00251486"/>
        </w:tc>
        <w:tc>
          <w:tcPr>
            <w:tcW w:w="1984" w:type="dxa"/>
            <w:vAlign w:val="center"/>
          </w:tcPr>
          <w:p w14:paraId="59D19A98" w14:textId="77777777" w:rsidR="00251486" w:rsidRDefault="00251486"/>
        </w:tc>
      </w:tr>
      <w:tr w:rsidR="00251486" w14:paraId="19445FDD" w14:textId="77777777">
        <w:trPr>
          <w:jc w:val="center"/>
        </w:trPr>
        <w:tc>
          <w:tcPr>
            <w:tcW w:w="454" w:type="dxa"/>
            <w:vAlign w:val="center"/>
          </w:tcPr>
          <w:p w14:paraId="6EFBCC26" w14:textId="77777777" w:rsidR="00251486" w:rsidRDefault="00000000">
            <w:r>
              <w:rPr>
                <w:sz w:val="17"/>
              </w:rPr>
              <w:t>3</w:t>
            </w:r>
          </w:p>
        </w:tc>
        <w:tc>
          <w:tcPr>
            <w:tcW w:w="1701" w:type="dxa"/>
            <w:vAlign w:val="center"/>
          </w:tcPr>
          <w:p w14:paraId="4CD3B97A" w14:textId="77777777" w:rsidR="00251486" w:rsidRDefault="00251486"/>
        </w:tc>
        <w:tc>
          <w:tcPr>
            <w:tcW w:w="2551" w:type="dxa"/>
            <w:vAlign w:val="center"/>
          </w:tcPr>
          <w:p w14:paraId="717F57E8" w14:textId="77777777" w:rsidR="00251486" w:rsidRDefault="00251486"/>
        </w:tc>
        <w:tc>
          <w:tcPr>
            <w:tcW w:w="1417" w:type="dxa"/>
            <w:vAlign w:val="center"/>
          </w:tcPr>
          <w:p w14:paraId="3D5C5046" w14:textId="77777777" w:rsidR="00251486" w:rsidRDefault="00251486"/>
        </w:tc>
        <w:tc>
          <w:tcPr>
            <w:tcW w:w="1701" w:type="dxa"/>
            <w:vAlign w:val="center"/>
          </w:tcPr>
          <w:p w14:paraId="198063F9" w14:textId="77777777" w:rsidR="00251486" w:rsidRDefault="00251486"/>
        </w:tc>
        <w:tc>
          <w:tcPr>
            <w:tcW w:w="1984" w:type="dxa"/>
            <w:vAlign w:val="center"/>
          </w:tcPr>
          <w:p w14:paraId="6D88196D" w14:textId="77777777" w:rsidR="00251486" w:rsidRDefault="00251486"/>
        </w:tc>
      </w:tr>
      <w:tr w:rsidR="00251486" w14:paraId="62BBEE91" w14:textId="77777777">
        <w:trPr>
          <w:jc w:val="center"/>
        </w:trPr>
        <w:tc>
          <w:tcPr>
            <w:tcW w:w="454" w:type="dxa"/>
            <w:vAlign w:val="center"/>
          </w:tcPr>
          <w:p w14:paraId="6F1E5F19" w14:textId="77777777" w:rsidR="00251486" w:rsidRDefault="00000000">
            <w:r>
              <w:rPr>
                <w:sz w:val="17"/>
              </w:rPr>
              <w:t>4</w:t>
            </w:r>
          </w:p>
        </w:tc>
        <w:tc>
          <w:tcPr>
            <w:tcW w:w="1701" w:type="dxa"/>
            <w:vAlign w:val="center"/>
          </w:tcPr>
          <w:p w14:paraId="7B333CA9" w14:textId="77777777" w:rsidR="00251486" w:rsidRDefault="00251486"/>
        </w:tc>
        <w:tc>
          <w:tcPr>
            <w:tcW w:w="2551" w:type="dxa"/>
            <w:vAlign w:val="center"/>
          </w:tcPr>
          <w:p w14:paraId="77AB25E3" w14:textId="77777777" w:rsidR="00251486" w:rsidRDefault="00251486"/>
        </w:tc>
        <w:tc>
          <w:tcPr>
            <w:tcW w:w="1417" w:type="dxa"/>
            <w:vAlign w:val="center"/>
          </w:tcPr>
          <w:p w14:paraId="7BD97776" w14:textId="77777777" w:rsidR="00251486" w:rsidRDefault="00251486"/>
        </w:tc>
        <w:tc>
          <w:tcPr>
            <w:tcW w:w="1701" w:type="dxa"/>
            <w:vAlign w:val="center"/>
          </w:tcPr>
          <w:p w14:paraId="60C8EFC3" w14:textId="77777777" w:rsidR="00251486" w:rsidRDefault="00251486"/>
        </w:tc>
        <w:tc>
          <w:tcPr>
            <w:tcW w:w="1984" w:type="dxa"/>
            <w:vAlign w:val="center"/>
          </w:tcPr>
          <w:p w14:paraId="17A2FC76" w14:textId="77777777" w:rsidR="00251486" w:rsidRDefault="00251486"/>
        </w:tc>
      </w:tr>
      <w:tr w:rsidR="00251486" w14:paraId="1A6339AD" w14:textId="77777777">
        <w:trPr>
          <w:jc w:val="center"/>
        </w:trPr>
        <w:tc>
          <w:tcPr>
            <w:tcW w:w="454" w:type="dxa"/>
            <w:vAlign w:val="center"/>
          </w:tcPr>
          <w:p w14:paraId="5EBC1740" w14:textId="77777777" w:rsidR="00251486" w:rsidRDefault="00000000">
            <w:r>
              <w:rPr>
                <w:sz w:val="17"/>
              </w:rPr>
              <w:t>5</w:t>
            </w:r>
          </w:p>
        </w:tc>
        <w:tc>
          <w:tcPr>
            <w:tcW w:w="1701" w:type="dxa"/>
            <w:vAlign w:val="center"/>
          </w:tcPr>
          <w:p w14:paraId="70D4E5A3" w14:textId="77777777" w:rsidR="00251486" w:rsidRDefault="00251486"/>
        </w:tc>
        <w:tc>
          <w:tcPr>
            <w:tcW w:w="2551" w:type="dxa"/>
            <w:vAlign w:val="center"/>
          </w:tcPr>
          <w:p w14:paraId="327A93EE" w14:textId="77777777" w:rsidR="00251486" w:rsidRDefault="00251486"/>
        </w:tc>
        <w:tc>
          <w:tcPr>
            <w:tcW w:w="1417" w:type="dxa"/>
            <w:vAlign w:val="center"/>
          </w:tcPr>
          <w:p w14:paraId="2389D2BA" w14:textId="77777777" w:rsidR="00251486" w:rsidRDefault="00251486"/>
        </w:tc>
        <w:tc>
          <w:tcPr>
            <w:tcW w:w="1701" w:type="dxa"/>
            <w:vAlign w:val="center"/>
          </w:tcPr>
          <w:p w14:paraId="7965E50F" w14:textId="77777777" w:rsidR="00251486" w:rsidRDefault="00251486"/>
        </w:tc>
        <w:tc>
          <w:tcPr>
            <w:tcW w:w="1984" w:type="dxa"/>
            <w:vAlign w:val="center"/>
          </w:tcPr>
          <w:p w14:paraId="55117931" w14:textId="77777777" w:rsidR="00251486" w:rsidRDefault="00251486"/>
        </w:tc>
      </w:tr>
    </w:tbl>
    <w:p w14:paraId="6BA85266" w14:textId="77777777" w:rsidR="00251486" w:rsidRDefault="00000000">
      <w:pPr>
        <w:spacing w:after="80" w:line="252" w:lineRule="auto"/>
      </w:pPr>
      <w:r>
        <w:rPr>
          <w:b/>
        </w:rPr>
        <w:t xml:space="preserve">Total valoare servicii similare invocată: </w:t>
      </w:r>
      <w:r>
        <w:t>........................................ lei fără TVA.</w:t>
      </w:r>
    </w:p>
    <w:p w14:paraId="336E07DE" w14:textId="77777777" w:rsidR="00251486" w:rsidRDefault="00000000">
      <w:pPr>
        <w:spacing w:after="80" w:line="252" w:lineRule="auto"/>
      </w:pPr>
      <w:r>
        <w:t>Cerința din Fișa de date: servicii similare prestate în ultimii 3 ani calculați până la data-limită de depunere a ofertelor, în valoare cumulată de minimum 952.560,00 lei fără TVA, la nivelul unuia sau al mai multor contracte, fără ca numărul contractelor prezentate pentru îndeplinirea cerinței să fie mai mare de 5.</w:t>
      </w:r>
    </w:p>
    <w:p w14:paraId="1F30B062" w14:textId="77777777" w:rsidR="00251486" w:rsidRDefault="00000000">
      <w:pPr>
        <w:spacing w:after="80" w:line="252" w:lineRule="auto"/>
      </w:pPr>
      <w:r>
        <w:t>Pentru fiecare contract invocat se anexează certificate/documente constatatoare, recomandări, procese-verbale de recepție ori alte documente echivalente emise sau contrasemnate de beneficiar, din care să rezulte prestarea corespunzătoare.</w:t>
      </w:r>
    </w:p>
    <w:p w14:paraId="29EB6630" w14:textId="77777777" w:rsidR="00251486" w:rsidRDefault="00251486">
      <w:pPr>
        <w:spacing w:after="80" w:line="252" w:lineRule="auto"/>
      </w:pPr>
    </w:p>
    <w:p w14:paraId="46BBF6F6" w14:textId="77777777" w:rsidR="00251486" w:rsidRDefault="00000000">
      <w:pPr>
        <w:spacing w:after="60" w:line="252" w:lineRule="auto"/>
      </w:pPr>
      <w:r>
        <w:rPr>
          <w:b/>
        </w:rPr>
        <w:t>Data</w:t>
      </w:r>
      <w:r>
        <w:t xml:space="preserve"> ................................................................................................................</w:t>
      </w:r>
    </w:p>
    <w:p w14:paraId="33FE05B2" w14:textId="77777777" w:rsidR="00251486" w:rsidRDefault="00000000">
      <w:pPr>
        <w:spacing w:after="60" w:line="252" w:lineRule="auto"/>
      </w:pPr>
      <w:r>
        <w:rPr>
          <w:b/>
        </w:rPr>
        <w:t>Reprezentant legal / împuternicit</w:t>
      </w:r>
      <w:r>
        <w:t xml:space="preserve"> ................................................................................................................</w:t>
      </w:r>
    </w:p>
    <w:p w14:paraId="332D5EB3" w14:textId="77777777" w:rsidR="00251486" w:rsidRDefault="00000000">
      <w:pPr>
        <w:spacing w:after="60" w:line="252" w:lineRule="auto"/>
      </w:pPr>
      <w:r>
        <w:rPr>
          <w:b/>
        </w:rPr>
        <w:t>Funcția</w:t>
      </w:r>
      <w:r>
        <w:t xml:space="preserve"> ................................................................................................................</w:t>
      </w:r>
    </w:p>
    <w:p w14:paraId="6E96B51E" w14:textId="77777777" w:rsidR="00251486" w:rsidRDefault="00000000">
      <w:pPr>
        <w:spacing w:after="60" w:line="252" w:lineRule="auto"/>
      </w:pPr>
      <w:r>
        <w:rPr>
          <w:b/>
        </w:rPr>
        <w:t>Semnătura</w:t>
      </w:r>
      <w:r>
        <w:t xml:space="preserve"> ................................................................................................................</w:t>
      </w:r>
    </w:p>
    <w:p w14:paraId="26AF33AA" w14:textId="77777777" w:rsidR="00251486" w:rsidRDefault="00000000">
      <w:pPr>
        <w:spacing w:after="80" w:line="252" w:lineRule="auto"/>
      </w:pPr>
      <w:r>
        <w:br w:type="page"/>
      </w:r>
    </w:p>
    <w:p w14:paraId="7E8E299F" w14:textId="77777777" w:rsidR="00CF17C9" w:rsidRDefault="00CF17C9">
      <w:pPr>
        <w:spacing w:after="80" w:line="252" w:lineRule="auto"/>
        <w:jc w:val="center"/>
        <w:rPr>
          <w:b/>
          <w:sz w:val="26"/>
        </w:rPr>
      </w:pPr>
    </w:p>
    <w:p w14:paraId="57C91D60" w14:textId="77777777" w:rsidR="00CF17C9" w:rsidRDefault="00CF17C9">
      <w:pPr>
        <w:spacing w:after="80" w:line="252" w:lineRule="auto"/>
        <w:jc w:val="center"/>
        <w:rPr>
          <w:b/>
          <w:sz w:val="26"/>
        </w:rPr>
      </w:pPr>
    </w:p>
    <w:p w14:paraId="2A5DCCA9" w14:textId="2EDFB901" w:rsidR="00251486" w:rsidRDefault="00000000">
      <w:pPr>
        <w:spacing w:after="80" w:line="252" w:lineRule="auto"/>
        <w:jc w:val="center"/>
      </w:pPr>
      <w:r>
        <w:rPr>
          <w:b/>
          <w:sz w:val="26"/>
        </w:rPr>
        <w:t>FORMULAR 4</w:t>
      </w:r>
      <w:r>
        <w:rPr>
          <w:b/>
          <w:sz w:val="26"/>
        </w:rPr>
        <w:br/>
        <w:t>ACORD DE ASOCIERE</w:t>
      </w:r>
    </w:p>
    <w:p w14:paraId="6B81494E" w14:textId="77777777" w:rsidR="00251486" w:rsidRDefault="00000000">
      <w:pPr>
        <w:spacing w:after="80" w:line="252" w:lineRule="auto"/>
        <w:jc w:val="center"/>
      </w:pPr>
      <w:r>
        <w:rPr>
          <w:i/>
          <w:sz w:val="18"/>
        </w:rPr>
        <w:t>Se prezintă numai dacă oferta este depusă în asociere.</w:t>
      </w:r>
    </w:p>
    <w:p w14:paraId="59E63457" w14:textId="77777777" w:rsidR="00251486" w:rsidRDefault="00000000">
      <w:pPr>
        <w:spacing w:after="80" w:line="252" w:lineRule="auto"/>
        <w:jc w:val="center"/>
      </w:pPr>
      <w:r>
        <w:rPr>
          <w:i/>
        </w:rPr>
        <w:t>Achiziție: servicii de preparare și livrare a hranei la domiciliul beneficiarilor – CPV 55521100-9</w:t>
      </w:r>
    </w:p>
    <w:p w14:paraId="096B2D7A" w14:textId="77777777" w:rsidR="00CF17C9" w:rsidRDefault="00CF17C9">
      <w:pPr>
        <w:spacing w:after="80" w:line="252" w:lineRule="auto"/>
      </w:pPr>
    </w:p>
    <w:p w14:paraId="24B522D0" w14:textId="77777777" w:rsidR="00CF17C9" w:rsidRDefault="00CF17C9">
      <w:pPr>
        <w:spacing w:after="80" w:line="252" w:lineRule="auto"/>
      </w:pPr>
    </w:p>
    <w:p w14:paraId="69F3A913" w14:textId="77777777" w:rsidR="00CF17C9" w:rsidRDefault="00CF17C9">
      <w:pPr>
        <w:spacing w:after="80" w:line="252" w:lineRule="auto"/>
      </w:pPr>
    </w:p>
    <w:p w14:paraId="6F72C2F2" w14:textId="540549F9" w:rsidR="00251486" w:rsidRDefault="00000000">
      <w:pPr>
        <w:spacing w:after="80" w:line="252" w:lineRule="auto"/>
      </w:pPr>
      <w:proofErr w:type="spellStart"/>
      <w:r>
        <w:t>Părțile</w:t>
      </w:r>
      <w:proofErr w:type="spellEnd"/>
      <w:r>
        <w:t>:</w:t>
      </w:r>
    </w:p>
    <w:tbl>
      <w:tblPr>
        <w:tblStyle w:val="TableGrid"/>
        <w:tblW w:w="0" w:type="auto"/>
        <w:jc w:val="center"/>
        <w:tblLook w:val="04A0" w:firstRow="1" w:lastRow="0" w:firstColumn="1" w:lastColumn="0" w:noHBand="0" w:noVBand="1"/>
      </w:tblPr>
      <w:tblGrid>
        <w:gridCol w:w="454"/>
        <w:gridCol w:w="2551"/>
        <w:gridCol w:w="1701"/>
        <w:gridCol w:w="2268"/>
        <w:gridCol w:w="2268"/>
      </w:tblGrid>
      <w:tr w:rsidR="00251486" w14:paraId="7AB3C7D8" w14:textId="77777777">
        <w:trPr>
          <w:jc w:val="center"/>
        </w:trPr>
        <w:tc>
          <w:tcPr>
            <w:tcW w:w="454" w:type="dxa"/>
            <w:shd w:val="clear" w:color="auto" w:fill="D9EAF7"/>
            <w:vAlign w:val="center"/>
          </w:tcPr>
          <w:p w14:paraId="20ADB9D9" w14:textId="77777777" w:rsidR="00251486" w:rsidRDefault="00000000">
            <w:r>
              <w:rPr>
                <w:b/>
                <w:sz w:val="17"/>
              </w:rPr>
              <w:t>Nr.</w:t>
            </w:r>
          </w:p>
        </w:tc>
        <w:tc>
          <w:tcPr>
            <w:tcW w:w="2551" w:type="dxa"/>
            <w:shd w:val="clear" w:color="auto" w:fill="D9EAF7"/>
            <w:vAlign w:val="center"/>
          </w:tcPr>
          <w:p w14:paraId="43BF7E18" w14:textId="77777777" w:rsidR="00251486" w:rsidRDefault="00000000">
            <w:r>
              <w:rPr>
                <w:b/>
                <w:sz w:val="17"/>
              </w:rPr>
              <w:t>Denumirea operatorului economic</w:t>
            </w:r>
          </w:p>
        </w:tc>
        <w:tc>
          <w:tcPr>
            <w:tcW w:w="1701" w:type="dxa"/>
            <w:shd w:val="clear" w:color="auto" w:fill="D9EAF7"/>
            <w:vAlign w:val="center"/>
          </w:tcPr>
          <w:p w14:paraId="24552467" w14:textId="77777777" w:rsidR="00251486" w:rsidRDefault="00000000">
            <w:r>
              <w:rPr>
                <w:b/>
                <w:sz w:val="17"/>
              </w:rPr>
              <w:t>CUI / identificare</w:t>
            </w:r>
          </w:p>
        </w:tc>
        <w:tc>
          <w:tcPr>
            <w:tcW w:w="2268" w:type="dxa"/>
            <w:shd w:val="clear" w:color="auto" w:fill="D9EAF7"/>
            <w:vAlign w:val="center"/>
          </w:tcPr>
          <w:p w14:paraId="71625A68" w14:textId="77777777" w:rsidR="00251486" w:rsidRDefault="00000000">
            <w:r>
              <w:rPr>
                <w:b/>
                <w:sz w:val="17"/>
              </w:rPr>
              <w:t>Sediu</w:t>
            </w:r>
          </w:p>
        </w:tc>
        <w:tc>
          <w:tcPr>
            <w:tcW w:w="2268" w:type="dxa"/>
            <w:shd w:val="clear" w:color="auto" w:fill="D9EAF7"/>
            <w:vAlign w:val="center"/>
          </w:tcPr>
          <w:p w14:paraId="65334390" w14:textId="77777777" w:rsidR="00251486" w:rsidRDefault="00000000">
            <w:r>
              <w:rPr>
                <w:b/>
                <w:sz w:val="17"/>
              </w:rPr>
              <w:t>Reprezentant</w:t>
            </w:r>
          </w:p>
        </w:tc>
      </w:tr>
      <w:tr w:rsidR="00251486" w14:paraId="15038D3A" w14:textId="77777777">
        <w:trPr>
          <w:jc w:val="center"/>
        </w:trPr>
        <w:tc>
          <w:tcPr>
            <w:tcW w:w="454" w:type="dxa"/>
            <w:vAlign w:val="center"/>
          </w:tcPr>
          <w:p w14:paraId="5E06B62F" w14:textId="77777777" w:rsidR="00251486" w:rsidRDefault="00000000">
            <w:r>
              <w:rPr>
                <w:sz w:val="17"/>
              </w:rPr>
              <w:t>1</w:t>
            </w:r>
          </w:p>
        </w:tc>
        <w:tc>
          <w:tcPr>
            <w:tcW w:w="2551" w:type="dxa"/>
            <w:vAlign w:val="center"/>
          </w:tcPr>
          <w:p w14:paraId="428807B5" w14:textId="77777777" w:rsidR="00251486" w:rsidRDefault="00251486"/>
        </w:tc>
        <w:tc>
          <w:tcPr>
            <w:tcW w:w="1701" w:type="dxa"/>
            <w:vAlign w:val="center"/>
          </w:tcPr>
          <w:p w14:paraId="779C9466" w14:textId="77777777" w:rsidR="00251486" w:rsidRDefault="00251486"/>
        </w:tc>
        <w:tc>
          <w:tcPr>
            <w:tcW w:w="2268" w:type="dxa"/>
            <w:vAlign w:val="center"/>
          </w:tcPr>
          <w:p w14:paraId="4CF6119A" w14:textId="77777777" w:rsidR="00251486" w:rsidRDefault="00251486"/>
        </w:tc>
        <w:tc>
          <w:tcPr>
            <w:tcW w:w="2268" w:type="dxa"/>
            <w:vAlign w:val="center"/>
          </w:tcPr>
          <w:p w14:paraId="170E273A" w14:textId="77777777" w:rsidR="00251486" w:rsidRDefault="00251486"/>
        </w:tc>
      </w:tr>
      <w:tr w:rsidR="00251486" w14:paraId="484CFD7C" w14:textId="77777777">
        <w:trPr>
          <w:jc w:val="center"/>
        </w:trPr>
        <w:tc>
          <w:tcPr>
            <w:tcW w:w="454" w:type="dxa"/>
            <w:vAlign w:val="center"/>
          </w:tcPr>
          <w:p w14:paraId="444DA38A" w14:textId="77777777" w:rsidR="00251486" w:rsidRDefault="00000000">
            <w:r>
              <w:rPr>
                <w:sz w:val="17"/>
              </w:rPr>
              <w:t>2</w:t>
            </w:r>
          </w:p>
        </w:tc>
        <w:tc>
          <w:tcPr>
            <w:tcW w:w="2551" w:type="dxa"/>
            <w:vAlign w:val="center"/>
          </w:tcPr>
          <w:p w14:paraId="7187CB2F" w14:textId="77777777" w:rsidR="00251486" w:rsidRDefault="00251486"/>
        </w:tc>
        <w:tc>
          <w:tcPr>
            <w:tcW w:w="1701" w:type="dxa"/>
            <w:vAlign w:val="center"/>
          </w:tcPr>
          <w:p w14:paraId="018AB30E" w14:textId="77777777" w:rsidR="00251486" w:rsidRDefault="00251486"/>
        </w:tc>
        <w:tc>
          <w:tcPr>
            <w:tcW w:w="2268" w:type="dxa"/>
            <w:vAlign w:val="center"/>
          </w:tcPr>
          <w:p w14:paraId="4103BFA2" w14:textId="77777777" w:rsidR="00251486" w:rsidRDefault="00251486"/>
        </w:tc>
        <w:tc>
          <w:tcPr>
            <w:tcW w:w="2268" w:type="dxa"/>
            <w:vAlign w:val="center"/>
          </w:tcPr>
          <w:p w14:paraId="47DB6F63" w14:textId="77777777" w:rsidR="00251486" w:rsidRDefault="00251486"/>
        </w:tc>
      </w:tr>
      <w:tr w:rsidR="00251486" w14:paraId="362DAD29" w14:textId="77777777">
        <w:trPr>
          <w:jc w:val="center"/>
        </w:trPr>
        <w:tc>
          <w:tcPr>
            <w:tcW w:w="454" w:type="dxa"/>
            <w:vAlign w:val="center"/>
          </w:tcPr>
          <w:p w14:paraId="4CA553B1" w14:textId="77777777" w:rsidR="00251486" w:rsidRDefault="00000000">
            <w:r>
              <w:rPr>
                <w:sz w:val="17"/>
              </w:rPr>
              <w:t>3</w:t>
            </w:r>
          </w:p>
        </w:tc>
        <w:tc>
          <w:tcPr>
            <w:tcW w:w="2551" w:type="dxa"/>
            <w:vAlign w:val="center"/>
          </w:tcPr>
          <w:p w14:paraId="7D887860" w14:textId="77777777" w:rsidR="00251486" w:rsidRDefault="00251486"/>
        </w:tc>
        <w:tc>
          <w:tcPr>
            <w:tcW w:w="1701" w:type="dxa"/>
            <w:vAlign w:val="center"/>
          </w:tcPr>
          <w:p w14:paraId="777EFB39" w14:textId="77777777" w:rsidR="00251486" w:rsidRDefault="00251486"/>
        </w:tc>
        <w:tc>
          <w:tcPr>
            <w:tcW w:w="2268" w:type="dxa"/>
            <w:vAlign w:val="center"/>
          </w:tcPr>
          <w:p w14:paraId="5D78BFC1" w14:textId="77777777" w:rsidR="00251486" w:rsidRDefault="00251486"/>
        </w:tc>
        <w:tc>
          <w:tcPr>
            <w:tcW w:w="2268" w:type="dxa"/>
            <w:vAlign w:val="center"/>
          </w:tcPr>
          <w:p w14:paraId="7C61274D" w14:textId="77777777" w:rsidR="00251486" w:rsidRDefault="00251486"/>
        </w:tc>
      </w:tr>
    </w:tbl>
    <w:p w14:paraId="1158BEDC" w14:textId="77777777" w:rsidR="00251486" w:rsidRDefault="00000000">
      <w:pPr>
        <w:spacing w:after="80" w:line="252" w:lineRule="auto"/>
      </w:pPr>
      <w:r>
        <w:t>convin să participe în comun la procedura organizată de COMUNA BUSTUCHIN pentru atribuirea contractului „Servicii de preparare și livrare a hranei la domiciliul beneficiarilor”, CPV 55521100-9.</w:t>
      </w:r>
    </w:p>
    <w:p w14:paraId="149EC3E8" w14:textId="77777777" w:rsidR="00251486" w:rsidRDefault="00000000">
      <w:pPr>
        <w:spacing w:after="60" w:line="252" w:lineRule="auto"/>
      </w:pPr>
      <w:r>
        <w:rPr>
          <w:b/>
        </w:rPr>
        <w:t>Liderul asocierii</w:t>
      </w:r>
      <w:r>
        <w:t xml:space="preserve"> ................................................................................................................</w:t>
      </w:r>
    </w:p>
    <w:p w14:paraId="29CE67C9" w14:textId="77777777" w:rsidR="00251486" w:rsidRDefault="00000000">
      <w:pPr>
        <w:spacing w:after="80" w:line="252" w:lineRule="auto"/>
      </w:pPr>
      <w:r>
        <w:t>Activitățile/părțile din contract ce revin fiecărui asociat:</w:t>
      </w:r>
    </w:p>
    <w:tbl>
      <w:tblPr>
        <w:tblStyle w:val="TableGrid"/>
        <w:tblW w:w="0" w:type="auto"/>
        <w:jc w:val="center"/>
        <w:tblLook w:val="04A0" w:firstRow="1" w:lastRow="0" w:firstColumn="1" w:lastColumn="0" w:noHBand="0" w:noVBand="1"/>
      </w:tblPr>
      <w:tblGrid>
        <w:gridCol w:w="2835"/>
        <w:gridCol w:w="4535"/>
        <w:gridCol w:w="2268"/>
      </w:tblGrid>
      <w:tr w:rsidR="00251486" w14:paraId="528E8632" w14:textId="77777777">
        <w:trPr>
          <w:jc w:val="center"/>
        </w:trPr>
        <w:tc>
          <w:tcPr>
            <w:tcW w:w="2835" w:type="dxa"/>
            <w:shd w:val="clear" w:color="auto" w:fill="D9EAF7"/>
            <w:vAlign w:val="center"/>
          </w:tcPr>
          <w:p w14:paraId="6E704EF3" w14:textId="77777777" w:rsidR="00251486" w:rsidRDefault="00000000">
            <w:r>
              <w:rPr>
                <w:b/>
                <w:sz w:val="17"/>
              </w:rPr>
              <w:t>Asociat</w:t>
            </w:r>
          </w:p>
        </w:tc>
        <w:tc>
          <w:tcPr>
            <w:tcW w:w="4535" w:type="dxa"/>
            <w:shd w:val="clear" w:color="auto" w:fill="D9EAF7"/>
            <w:vAlign w:val="center"/>
          </w:tcPr>
          <w:p w14:paraId="6591C4AC" w14:textId="77777777" w:rsidR="00251486" w:rsidRDefault="00000000">
            <w:r>
              <w:rPr>
                <w:b/>
                <w:sz w:val="17"/>
              </w:rPr>
              <w:t>Activități / partea din contract</w:t>
            </w:r>
          </w:p>
        </w:tc>
        <w:tc>
          <w:tcPr>
            <w:tcW w:w="2268" w:type="dxa"/>
            <w:shd w:val="clear" w:color="auto" w:fill="D9EAF7"/>
            <w:vAlign w:val="center"/>
          </w:tcPr>
          <w:p w14:paraId="2432F931" w14:textId="77777777" w:rsidR="00251486" w:rsidRDefault="00000000">
            <w:r>
              <w:rPr>
                <w:b/>
                <w:sz w:val="17"/>
              </w:rPr>
              <w:t>Procent/pondere, dacă este cazul</w:t>
            </w:r>
          </w:p>
        </w:tc>
      </w:tr>
      <w:tr w:rsidR="00251486" w14:paraId="3C4A0FE4" w14:textId="77777777">
        <w:trPr>
          <w:jc w:val="center"/>
        </w:trPr>
        <w:tc>
          <w:tcPr>
            <w:tcW w:w="2835" w:type="dxa"/>
            <w:vAlign w:val="center"/>
          </w:tcPr>
          <w:p w14:paraId="40BF0B40" w14:textId="77777777" w:rsidR="00251486" w:rsidRDefault="00251486"/>
        </w:tc>
        <w:tc>
          <w:tcPr>
            <w:tcW w:w="4535" w:type="dxa"/>
            <w:vAlign w:val="center"/>
          </w:tcPr>
          <w:p w14:paraId="7C1F5CFB" w14:textId="77777777" w:rsidR="00251486" w:rsidRDefault="00251486"/>
        </w:tc>
        <w:tc>
          <w:tcPr>
            <w:tcW w:w="2268" w:type="dxa"/>
            <w:vAlign w:val="center"/>
          </w:tcPr>
          <w:p w14:paraId="5A3EF501" w14:textId="77777777" w:rsidR="00251486" w:rsidRDefault="00251486"/>
        </w:tc>
      </w:tr>
      <w:tr w:rsidR="00251486" w14:paraId="52E028DC" w14:textId="77777777">
        <w:trPr>
          <w:jc w:val="center"/>
        </w:trPr>
        <w:tc>
          <w:tcPr>
            <w:tcW w:w="2835" w:type="dxa"/>
            <w:vAlign w:val="center"/>
          </w:tcPr>
          <w:p w14:paraId="00506038" w14:textId="77777777" w:rsidR="00251486" w:rsidRDefault="00251486"/>
        </w:tc>
        <w:tc>
          <w:tcPr>
            <w:tcW w:w="4535" w:type="dxa"/>
            <w:vAlign w:val="center"/>
          </w:tcPr>
          <w:p w14:paraId="2687F546" w14:textId="77777777" w:rsidR="00251486" w:rsidRDefault="00251486"/>
        </w:tc>
        <w:tc>
          <w:tcPr>
            <w:tcW w:w="2268" w:type="dxa"/>
            <w:vAlign w:val="center"/>
          </w:tcPr>
          <w:p w14:paraId="48D9495C" w14:textId="77777777" w:rsidR="00251486" w:rsidRDefault="00251486"/>
        </w:tc>
      </w:tr>
      <w:tr w:rsidR="00251486" w14:paraId="2071BD39" w14:textId="77777777">
        <w:trPr>
          <w:jc w:val="center"/>
        </w:trPr>
        <w:tc>
          <w:tcPr>
            <w:tcW w:w="2835" w:type="dxa"/>
            <w:vAlign w:val="center"/>
          </w:tcPr>
          <w:p w14:paraId="7C8C62F9" w14:textId="77777777" w:rsidR="00251486" w:rsidRDefault="00251486"/>
        </w:tc>
        <w:tc>
          <w:tcPr>
            <w:tcW w:w="4535" w:type="dxa"/>
            <w:vAlign w:val="center"/>
          </w:tcPr>
          <w:p w14:paraId="30BDEF9B" w14:textId="77777777" w:rsidR="00251486" w:rsidRDefault="00251486"/>
        </w:tc>
        <w:tc>
          <w:tcPr>
            <w:tcW w:w="2268" w:type="dxa"/>
            <w:vAlign w:val="center"/>
          </w:tcPr>
          <w:p w14:paraId="019DDE9C" w14:textId="77777777" w:rsidR="00251486" w:rsidRDefault="00251486"/>
        </w:tc>
      </w:tr>
    </w:tbl>
    <w:p w14:paraId="4674F02D" w14:textId="77777777" w:rsidR="00251486" w:rsidRDefault="00000000">
      <w:pPr>
        <w:spacing w:after="80" w:line="252" w:lineRule="auto"/>
      </w:pPr>
      <w:r>
        <w:t>Asociații declară că răspund solidar pentru executarea contractului, în condițiile legislației aplicabile și ale documentației de atribuire. În cazul atribuirii contractului, asocierea va menține structura și responsabilitățile asumate, cu respectarea condițiilor legale privind eventualele modificări.</w:t>
      </w:r>
    </w:p>
    <w:p w14:paraId="0F2EC3BB" w14:textId="77777777" w:rsidR="00251486" w:rsidRDefault="00000000">
      <w:pPr>
        <w:spacing w:after="80" w:line="252" w:lineRule="auto"/>
      </w:pPr>
      <w:r>
        <w:t>Semnături asociați:</w:t>
      </w:r>
    </w:p>
    <w:tbl>
      <w:tblPr>
        <w:tblStyle w:val="TableGrid"/>
        <w:tblW w:w="0" w:type="auto"/>
        <w:jc w:val="center"/>
        <w:tblLook w:val="04A0" w:firstRow="1" w:lastRow="0" w:firstColumn="1" w:lastColumn="0" w:noHBand="0" w:noVBand="1"/>
      </w:tblPr>
      <w:tblGrid>
        <w:gridCol w:w="2835"/>
        <w:gridCol w:w="2835"/>
        <w:gridCol w:w="2268"/>
        <w:gridCol w:w="1701"/>
      </w:tblGrid>
      <w:tr w:rsidR="00251486" w14:paraId="303F5091" w14:textId="77777777">
        <w:trPr>
          <w:jc w:val="center"/>
        </w:trPr>
        <w:tc>
          <w:tcPr>
            <w:tcW w:w="2835" w:type="dxa"/>
            <w:shd w:val="clear" w:color="auto" w:fill="D9EAF7"/>
            <w:vAlign w:val="center"/>
          </w:tcPr>
          <w:p w14:paraId="1017A2C5" w14:textId="77777777" w:rsidR="00251486" w:rsidRDefault="00000000">
            <w:r>
              <w:rPr>
                <w:b/>
                <w:sz w:val="17"/>
              </w:rPr>
              <w:t>Operator economic</w:t>
            </w:r>
          </w:p>
        </w:tc>
        <w:tc>
          <w:tcPr>
            <w:tcW w:w="2835" w:type="dxa"/>
            <w:shd w:val="clear" w:color="auto" w:fill="D9EAF7"/>
            <w:vAlign w:val="center"/>
          </w:tcPr>
          <w:p w14:paraId="75CC1E21" w14:textId="77777777" w:rsidR="00251486" w:rsidRDefault="00000000">
            <w:r>
              <w:rPr>
                <w:b/>
                <w:sz w:val="17"/>
              </w:rPr>
              <w:t>Reprezentant</w:t>
            </w:r>
          </w:p>
        </w:tc>
        <w:tc>
          <w:tcPr>
            <w:tcW w:w="2268" w:type="dxa"/>
            <w:shd w:val="clear" w:color="auto" w:fill="D9EAF7"/>
            <w:vAlign w:val="center"/>
          </w:tcPr>
          <w:p w14:paraId="32ACCB87" w14:textId="77777777" w:rsidR="00251486" w:rsidRDefault="00000000">
            <w:r>
              <w:rPr>
                <w:b/>
                <w:sz w:val="17"/>
              </w:rPr>
              <w:t>Semnătura</w:t>
            </w:r>
          </w:p>
        </w:tc>
        <w:tc>
          <w:tcPr>
            <w:tcW w:w="1701" w:type="dxa"/>
            <w:shd w:val="clear" w:color="auto" w:fill="D9EAF7"/>
            <w:vAlign w:val="center"/>
          </w:tcPr>
          <w:p w14:paraId="2A08D77B" w14:textId="77777777" w:rsidR="00251486" w:rsidRDefault="00000000">
            <w:r>
              <w:rPr>
                <w:b/>
                <w:sz w:val="17"/>
              </w:rPr>
              <w:t>Data</w:t>
            </w:r>
          </w:p>
        </w:tc>
      </w:tr>
      <w:tr w:rsidR="00251486" w14:paraId="332560BB" w14:textId="77777777">
        <w:trPr>
          <w:jc w:val="center"/>
        </w:trPr>
        <w:tc>
          <w:tcPr>
            <w:tcW w:w="2835" w:type="dxa"/>
            <w:vAlign w:val="center"/>
          </w:tcPr>
          <w:p w14:paraId="08029E13" w14:textId="77777777" w:rsidR="00251486" w:rsidRDefault="00251486"/>
        </w:tc>
        <w:tc>
          <w:tcPr>
            <w:tcW w:w="2835" w:type="dxa"/>
            <w:vAlign w:val="center"/>
          </w:tcPr>
          <w:p w14:paraId="6776F8BF" w14:textId="77777777" w:rsidR="00251486" w:rsidRDefault="00251486"/>
        </w:tc>
        <w:tc>
          <w:tcPr>
            <w:tcW w:w="2268" w:type="dxa"/>
            <w:vAlign w:val="center"/>
          </w:tcPr>
          <w:p w14:paraId="5A3199EB" w14:textId="77777777" w:rsidR="00251486" w:rsidRDefault="00251486"/>
        </w:tc>
        <w:tc>
          <w:tcPr>
            <w:tcW w:w="1701" w:type="dxa"/>
            <w:vAlign w:val="center"/>
          </w:tcPr>
          <w:p w14:paraId="3BEAA0BE" w14:textId="77777777" w:rsidR="00251486" w:rsidRDefault="00251486"/>
        </w:tc>
      </w:tr>
      <w:tr w:rsidR="00251486" w14:paraId="75EC583E" w14:textId="77777777">
        <w:trPr>
          <w:jc w:val="center"/>
        </w:trPr>
        <w:tc>
          <w:tcPr>
            <w:tcW w:w="2835" w:type="dxa"/>
            <w:vAlign w:val="center"/>
          </w:tcPr>
          <w:p w14:paraId="3BFCB941" w14:textId="77777777" w:rsidR="00251486" w:rsidRDefault="00251486"/>
        </w:tc>
        <w:tc>
          <w:tcPr>
            <w:tcW w:w="2835" w:type="dxa"/>
            <w:vAlign w:val="center"/>
          </w:tcPr>
          <w:p w14:paraId="695BCBDA" w14:textId="77777777" w:rsidR="00251486" w:rsidRDefault="00251486"/>
        </w:tc>
        <w:tc>
          <w:tcPr>
            <w:tcW w:w="2268" w:type="dxa"/>
            <w:vAlign w:val="center"/>
          </w:tcPr>
          <w:p w14:paraId="01A850DA" w14:textId="77777777" w:rsidR="00251486" w:rsidRDefault="00251486"/>
        </w:tc>
        <w:tc>
          <w:tcPr>
            <w:tcW w:w="1701" w:type="dxa"/>
            <w:vAlign w:val="center"/>
          </w:tcPr>
          <w:p w14:paraId="313268D4" w14:textId="77777777" w:rsidR="00251486" w:rsidRDefault="00251486"/>
        </w:tc>
      </w:tr>
      <w:tr w:rsidR="00251486" w14:paraId="411E6642" w14:textId="77777777">
        <w:trPr>
          <w:jc w:val="center"/>
        </w:trPr>
        <w:tc>
          <w:tcPr>
            <w:tcW w:w="2835" w:type="dxa"/>
            <w:vAlign w:val="center"/>
          </w:tcPr>
          <w:p w14:paraId="070235F4" w14:textId="77777777" w:rsidR="00251486" w:rsidRDefault="00251486"/>
        </w:tc>
        <w:tc>
          <w:tcPr>
            <w:tcW w:w="2835" w:type="dxa"/>
            <w:vAlign w:val="center"/>
          </w:tcPr>
          <w:p w14:paraId="7ADC9167" w14:textId="77777777" w:rsidR="00251486" w:rsidRDefault="00251486"/>
        </w:tc>
        <w:tc>
          <w:tcPr>
            <w:tcW w:w="2268" w:type="dxa"/>
            <w:vAlign w:val="center"/>
          </w:tcPr>
          <w:p w14:paraId="7AC30C5C" w14:textId="77777777" w:rsidR="00251486" w:rsidRDefault="00251486"/>
        </w:tc>
        <w:tc>
          <w:tcPr>
            <w:tcW w:w="1701" w:type="dxa"/>
            <w:vAlign w:val="center"/>
          </w:tcPr>
          <w:p w14:paraId="27BE0DA6" w14:textId="77777777" w:rsidR="00251486" w:rsidRDefault="00251486"/>
        </w:tc>
      </w:tr>
    </w:tbl>
    <w:p w14:paraId="4645BA5B" w14:textId="77777777" w:rsidR="00251486" w:rsidRDefault="00000000">
      <w:pPr>
        <w:spacing w:after="80" w:line="252" w:lineRule="auto"/>
      </w:pPr>
      <w:r>
        <w:br w:type="page"/>
      </w:r>
    </w:p>
    <w:p w14:paraId="7373F69E" w14:textId="77777777" w:rsidR="00CF17C9" w:rsidRDefault="00CF17C9">
      <w:pPr>
        <w:spacing w:after="80" w:line="252" w:lineRule="auto"/>
        <w:jc w:val="center"/>
        <w:rPr>
          <w:b/>
          <w:sz w:val="26"/>
        </w:rPr>
      </w:pPr>
    </w:p>
    <w:p w14:paraId="35282C32" w14:textId="77777777" w:rsidR="00CF17C9" w:rsidRDefault="00CF17C9">
      <w:pPr>
        <w:spacing w:after="80" w:line="252" w:lineRule="auto"/>
        <w:jc w:val="center"/>
        <w:rPr>
          <w:b/>
          <w:sz w:val="26"/>
        </w:rPr>
      </w:pPr>
    </w:p>
    <w:p w14:paraId="2C1503BD" w14:textId="77777777" w:rsidR="00CF17C9" w:rsidRDefault="00CF17C9">
      <w:pPr>
        <w:spacing w:after="80" w:line="252" w:lineRule="auto"/>
        <w:jc w:val="center"/>
        <w:rPr>
          <w:b/>
          <w:sz w:val="26"/>
        </w:rPr>
      </w:pPr>
    </w:p>
    <w:p w14:paraId="7318E86B" w14:textId="77777777" w:rsidR="00CF17C9" w:rsidRDefault="00CF17C9">
      <w:pPr>
        <w:spacing w:after="80" w:line="252" w:lineRule="auto"/>
        <w:jc w:val="center"/>
        <w:rPr>
          <w:b/>
          <w:sz w:val="26"/>
        </w:rPr>
      </w:pPr>
    </w:p>
    <w:p w14:paraId="7C0B20BA" w14:textId="3705C30F" w:rsidR="00251486" w:rsidRDefault="00000000">
      <w:pPr>
        <w:spacing w:after="80" w:line="252" w:lineRule="auto"/>
        <w:jc w:val="center"/>
      </w:pPr>
      <w:r>
        <w:rPr>
          <w:b/>
          <w:sz w:val="26"/>
        </w:rPr>
        <w:t>FORMULAR 5</w:t>
      </w:r>
      <w:r>
        <w:rPr>
          <w:b/>
          <w:sz w:val="26"/>
        </w:rPr>
        <w:br/>
        <w:t>ACORD / DECLARAȚIE PRIVIND SUBCONTRACTAREA</w:t>
      </w:r>
    </w:p>
    <w:p w14:paraId="51F38072" w14:textId="77777777" w:rsidR="00251486" w:rsidRDefault="00000000">
      <w:pPr>
        <w:spacing w:after="80" w:line="252" w:lineRule="auto"/>
        <w:jc w:val="center"/>
      </w:pPr>
      <w:r>
        <w:rPr>
          <w:i/>
          <w:sz w:val="18"/>
        </w:rPr>
        <w:t>Se prezintă numai dacă ofertantul propune unul sau mai mulți subcontractanți.</w:t>
      </w:r>
    </w:p>
    <w:p w14:paraId="05937F71" w14:textId="77777777" w:rsidR="00251486" w:rsidRDefault="00000000">
      <w:pPr>
        <w:spacing w:after="80" w:line="252" w:lineRule="auto"/>
        <w:jc w:val="center"/>
      </w:pPr>
      <w:r>
        <w:rPr>
          <w:i/>
        </w:rPr>
        <w:t>Achiziție: servicii de preparare și livrare a hranei la domiciliul beneficiarilor – CPV 55521100-9</w:t>
      </w:r>
    </w:p>
    <w:p w14:paraId="7222795E" w14:textId="77777777" w:rsidR="00CF17C9" w:rsidRDefault="00CF17C9">
      <w:pPr>
        <w:spacing w:after="60" w:line="252" w:lineRule="auto"/>
        <w:rPr>
          <w:b/>
        </w:rPr>
      </w:pPr>
    </w:p>
    <w:p w14:paraId="4F8A39A7" w14:textId="77777777" w:rsidR="00CF17C9" w:rsidRDefault="00CF17C9">
      <w:pPr>
        <w:spacing w:after="60" w:line="252" w:lineRule="auto"/>
        <w:rPr>
          <w:b/>
        </w:rPr>
      </w:pPr>
    </w:p>
    <w:p w14:paraId="1EDB0119" w14:textId="77777777" w:rsidR="00CF17C9" w:rsidRDefault="00CF17C9">
      <w:pPr>
        <w:spacing w:after="60" w:line="252" w:lineRule="auto"/>
        <w:rPr>
          <w:b/>
        </w:rPr>
      </w:pPr>
    </w:p>
    <w:p w14:paraId="0BC0BB37" w14:textId="77777777" w:rsidR="00CF17C9" w:rsidRDefault="00CF17C9">
      <w:pPr>
        <w:spacing w:after="60" w:line="252" w:lineRule="auto"/>
        <w:rPr>
          <w:b/>
        </w:rPr>
      </w:pPr>
    </w:p>
    <w:p w14:paraId="1A03B619" w14:textId="77777777" w:rsidR="00CF17C9" w:rsidRDefault="00CF17C9">
      <w:pPr>
        <w:spacing w:after="60" w:line="252" w:lineRule="auto"/>
        <w:rPr>
          <w:b/>
        </w:rPr>
      </w:pPr>
    </w:p>
    <w:p w14:paraId="556C4E54" w14:textId="77777777" w:rsidR="00CF17C9" w:rsidRDefault="00CF17C9">
      <w:pPr>
        <w:spacing w:after="60" w:line="252" w:lineRule="auto"/>
        <w:rPr>
          <w:b/>
        </w:rPr>
      </w:pPr>
    </w:p>
    <w:p w14:paraId="068CC65B" w14:textId="1B6D914F" w:rsidR="00251486" w:rsidRDefault="00000000">
      <w:pPr>
        <w:spacing w:after="60" w:line="252" w:lineRule="auto"/>
      </w:pPr>
      <w:proofErr w:type="spellStart"/>
      <w:r>
        <w:rPr>
          <w:b/>
        </w:rPr>
        <w:t>Ofertant</w:t>
      </w:r>
      <w:proofErr w:type="spellEnd"/>
      <w:r>
        <w:t xml:space="preserve"> ................................................................................................................</w:t>
      </w:r>
    </w:p>
    <w:p w14:paraId="61A23C4A" w14:textId="77777777" w:rsidR="00251486" w:rsidRDefault="00000000">
      <w:pPr>
        <w:spacing w:after="60" w:line="252" w:lineRule="auto"/>
      </w:pPr>
      <w:r>
        <w:rPr>
          <w:b/>
        </w:rPr>
        <w:t>Subcontractant</w:t>
      </w:r>
      <w:r>
        <w:t xml:space="preserve"> ................................................................................................................</w:t>
      </w:r>
    </w:p>
    <w:p w14:paraId="27EFDBAB" w14:textId="77777777" w:rsidR="00251486" w:rsidRDefault="00000000">
      <w:pPr>
        <w:spacing w:after="60" w:line="252" w:lineRule="auto"/>
      </w:pPr>
      <w:r>
        <w:rPr>
          <w:b/>
        </w:rPr>
        <w:t>CUI / identificare subcontractant</w:t>
      </w:r>
      <w:r>
        <w:t xml:space="preserve"> ................................................................................................................</w:t>
      </w:r>
    </w:p>
    <w:p w14:paraId="37CB0178" w14:textId="77777777" w:rsidR="00251486" w:rsidRDefault="00000000">
      <w:pPr>
        <w:spacing w:after="80" w:line="252" w:lineRule="auto"/>
      </w:pPr>
      <w:r>
        <w:t>Părțile declară că, în cazul atribuirii contractului, subcontractantul va realiza următoarea parte/următoarele activități din contract:</w:t>
      </w:r>
    </w:p>
    <w:tbl>
      <w:tblPr>
        <w:tblStyle w:val="TableGrid"/>
        <w:tblW w:w="0" w:type="auto"/>
        <w:jc w:val="center"/>
        <w:tblLook w:val="04A0" w:firstRow="1" w:lastRow="0" w:firstColumn="1" w:lastColumn="0" w:noHBand="0" w:noVBand="1"/>
      </w:tblPr>
      <w:tblGrid>
        <w:gridCol w:w="4535"/>
        <w:gridCol w:w="2551"/>
        <w:gridCol w:w="2551"/>
      </w:tblGrid>
      <w:tr w:rsidR="00251486" w14:paraId="709D8FB6" w14:textId="77777777">
        <w:trPr>
          <w:jc w:val="center"/>
        </w:trPr>
        <w:tc>
          <w:tcPr>
            <w:tcW w:w="4535" w:type="dxa"/>
            <w:shd w:val="clear" w:color="auto" w:fill="D9EAF7"/>
            <w:vAlign w:val="center"/>
          </w:tcPr>
          <w:p w14:paraId="020423FA" w14:textId="77777777" w:rsidR="00251486" w:rsidRDefault="00000000">
            <w:r>
              <w:rPr>
                <w:b/>
                <w:sz w:val="17"/>
              </w:rPr>
              <w:t>Activități subcontractate</w:t>
            </w:r>
          </w:p>
        </w:tc>
        <w:tc>
          <w:tcPr>
            <w:tcW w:w="2551" w:type="dxa"/>
            <w:shd w:val="clear" w:color="auto" w:fill="D9EAF7"/>
            <w:vAlign w:val="center"/>
          </w:tcPr>
          <w:p w14:paraId="73E4D6F4" w14:textId="77777777" w:rsidR="00251486" w:rsidRDefault="00000000">
            <w:r>
              <w:rPr>
                <w:b/>
                <w:sz w:val="17"/>
              </w:rPr>
              <w:t>Valoare estimată, dacă este cunoscută</w:t>
            </w:r>
          </w:p>
        </w:tc>
        <w:tc>
          <w:tcPr>
            <w:tcW w:w="2551" w:type="dxa"/>
            <w:shd w:val="clear" w:color="auto" w:fill="D9EAF7"/>
            <w:vAlign w:val="center"/>
          </w:tcPr>
          <w:p w14:paraId="2D174422" w14:textId="77777777" w:rsidR="00251486" w:rsidRDefault="00000000">
            <w:r>
              <w:rPr>
                <w:b/>
                <w:sz w:val="17"/>
              </w:rPr>
              <w:t>Procent/pondere, dacă este cazul</w:t>
            </w:r>
          </w:p>
        </w:tc>
      </w:tr>
      <w:tr w:rsidR="00251486" w14:paraId="0D9724CA" w14:textId="77777777">
        <w:trPr>
          <w:jc w:val="center"/>
        </w:trPr>
        <w:tc>
          <w:tcPr>
            <w:tcW w:w="4535" w:type="dxa"/>
            <w:vAlign w:val="center"/>
          </w:tcPr>
          <w:p w14:paraId="679F1E45" w14:textId="77777777" w:rsidR="00251486" w:rsidRDefault="00251486"/>
        </w:tc>
        <w:tc>
          <w:tcPr>
            <w:tcW w:w="2551" w:type="dxa"/>
            <w:vAlign w:val="center"/>
          </w:tcPr>
          <w:p w14:paraId="5E591F4C" w14:textId="77777777" w:rsidR="00251486" w:rsidRDefault="00251486"/>
        </w:tc>
        <w:tc>
          <w:tcPr>
            <w:tcW w:w="2551" w:type="dxa"/>
            <w:vAlign w:val="center"/>
          </w:tcPr>
          <w:p w14:paraId="1C128579" w14:textId="77777777" w:rsidR="00251486" w:rsidRDefault="00251486"/>
        </w:tc>
      </w:tr>
      <w:tr w:rsidR="00251486" w14:paraId="64C1B625" w14:textId="77777777">
        <w:trPr>
          <w:jc w:val="center"/>
        </w:trPr>
        <w:tc>
          <w:tcPr>
            <w:tcW w:w="4535" w:type="dxa"/>
            <w:vAlign w:val="center"/>
          </w:tcPr>
          <w:p w14:paraId="7A6B04D7" w14:textId="77777777" w:rsidR="00251486" w:rsidRDefault="00251486"/>
        </w:tc>
        <w:tc>
          <w:tcPr>
            <w:tcW w:w="2551" w:type="dxa"/>
            <w:vAlign w:val="center"/>
          </w:tcPr>
          <w:p w14:paraId="76A5936E" w14:textId="77777777" w:rsidR="00251486" w:rsidRDefault="00251486"/>
        </w:tc>
        <w:tc>
          <w:tcPr>
            <w:tcW w:w="2551" w:type="dxa"/>
            <w:vAlign w:val="center"/>
          </w:tcPr>
          <w:p w14:paraId="4915CF62" w14:textId="77777777" w:rsidR="00251486" w:rsidRDefault="00251486"/>
        </w:tc>
      </w:tr>
    </w:tbl>
    <w:p w14:paraId="76759795" w14:textId="77777777" w:rsidR="00251486" w:rsidRDefault="00000000">
      <w:pPr>
        <w:spacing w:after="80" w:line="252" w:lineRule="auto"/>
      </w:pPr>
      <w:r>
        <w:t>Subcontractantul declară că dispune de resursele necesare pentru partea de contract asumată și acceptă obligațiile care îi revin potrivit ofertei, documentației de atribuire și legislației aplicabile.</w:t>
      </w:r>
    </w:p>
    <w:p w14:paraId="18452FC9" w14:textId="77777777" w:rsidR="00251486" w:rsidRDefault="00000000">
      <w:pPr>
        <w:spacing w:after="80" w:line="252" w:lineRule="auto"/>
      </w:pPr>
      <w:r>
        <w:t>Semnături:</w:t>
      </w:r>
    </w:p>
    <w:tbl>
      <w:tblPr>
        <w:tblStyle w:val="TableGrid"/>
        <w:tblW w:w="0" w:type="auto"/>
        <w:jc w:val="center"/>
        <w:tblLook w:val="04A0" w:firstRow="1" w:lastRow="0" w:firstColumn="1" w:lastColumn="0" w:noHBand="0" w:noVBand="1"/>
      </w:tblPr>
      <w:tblGrid>
        <w:gridCol w:w="2835"/>
        <w:gridCol w:w="2835"/>
        <w:gridCol w:w="2268"/>
        <w:gridCol w:w="1701"/>
      </w:tblGrid>
      <w:tr w:rsidR="00251486" w14:paraId="1DF79B82" w14:textId="77777777">
        <w:trPr>
          <w:jc w:val="center"/>
        </w:trPr>
        <w:tc>
          <w:tcPr>
            <w:tcW w:w="2835" w:type="dxa"/>
            <w:shd w:val="clear" w:color="auto" w:fill="D9EAF7"/>
            <w:vAlign w:val="center"/>
          </w:tcPr>
          <w:p w14:paraId="3146E0DA" w14:textId="77777777" w:rsidR="00251486" w:rsidRDefault="00000000">
            <w:r>
              <w:rPr>
                <w:b/>
                <w:sz w:val="17"/>
              </w:rPr>
              <w:t>Parte</w:t>
            </w:r>
          </w:p>
        </w:tc>
        <w:tc>
          <w:tcPr>
            <w:tcW w:w="2835" w:type="dxa"/>
            <w:shd w:val="clear" w:color="auto" w:fill="D9EAF7"/>
            <w:vAlign w:val="center"/>
          </w:tcPr>
          <w:p w14:paraId="072CD2D5" w14:textId="77777777" w:rsidR="00251486" w:rsidRDefault="00000000">
            <w:r>
              <w:rPr>
                <w:b/>
                <w:sz w:val="17"/>
              </w:rPr>
              <w:t>Reprezentant</w:t>
            </w:r>
          </w:p>
        </w:tc>
        <w:tc>
          <w:tcPr>
            <w:tcW w:w="2268" w:type="dxa"/>
            <w:shd w:val="clear" w:color="auto" w:fill="D9EAF7"/>
            <w:vAlign w:val="center"/>
          </w:tcPr>
          <w:p w14:paraId="5DA0DB5E" w14:textId="77777777" w:rsidR="00251486" w:rsidRDefault="00000000">
            <w:r>
              <w:rPr>
                <w:b/>
                <w:sz w:val="17"/>
              </w:rPr>
              <w:t>Semnătura</w:t>
            </w:r>
          </w:p>
        </w:tc>
        <w:tc>
          <w:tcPr>
            <w:tcW w:w="1701" w:type="dxa"/>
            <w:shd w:val="clear" w:color="auto" w:fill="D9EAF7"/>
            <w:vAlign w:val="center"/>
          </w:tcPr>
          <w:p w14:paraId="7F0C8281" w14:textId="77777777" w:rsidR="00251486" w:rsidRDefault="00000000">
            <w:r>
              <w:rPr>
                <w:b/>
                <w:sz w:val="17"/>
              </w:rPr>
              <w:t>Data</w:t>
            </w:r>
          </w:p>
        </w:tc>
      </w:tr>
      <w:tr w:rsidR="00251486" w14:paraId="701A1D94" w14:textId="77777777">
        <w:trPr>
          <w:jc w:val="center"/>
        </w:trPr>
        <w:tc>
          <w:tcPr>
            <w:tcW w:w="2835" w:type="dxa"/>
            <w:vAlign w:val="center"/>
          </w:tcPr>
          <w:p w14:paraId="3F157B74" w14:textId="77777777" w:rsidR="00251486" w:rsidRDefault="00000000">
            <w:r>
              <w:rPr>
                <w:sz w:val="17"/>
              </w:rPr>
              <w:t>Ofertant</w:t>
            </w:r>
          </w:p>
        </w:tc>
        <w:tc>
          <w:tcPr>
            <w:tcW w:w="2835" w:type="dxa"/>
            <w:vAlign w:val="center"/>
          </w:tcPr>
          <w:p w14:paraId="362DF7F1" w14:textId="77777777" w:rsidR="00251486" w:rsidRDefault="00251486"/>
        </w:tc>
        <w:tc>
          <w:tcPr>
            <w:tcW w:w="2268" w:type="dxa"/>
            <w:vAlign w:val="center"/>
          </w:tcPr>
          <w:p w14:paraId="1C8DBA7C" w14:textId="77777777" w:rsidR="00251486" w:rsidRDefault="00251486"/>
        </w:tc>
        <w:tc>
          <w:tcPr>
            <w:tcW w:w="1701" w:type="dxa"/>
            <w:vAlign w:val="center"/>
          </w:tcPr>
          <w:p w14:paraId="0437EA09" w14:textId="77777777" w:rsidR="00251486" w:rsidRDefault="00251486"/>
        </w:tc>
      </w:tr>
      <w:tr w:rsidR="00251486" w14:paraId="4C399F4E" w14:textId="77777777">
        <w:trPr>
          <w:jc w:val="center"/>
        </w:trPr>
        <w:tc>
          <w:tcPr>
            <w:tcW w:w="2835" w:type="dxa"/>
            <w:vAlign w:val="center"/>
          </w:tcPr>
          <w:p w14:paraId="34EDAD74" w14:textId="77777777" w:rsidR="00251486" w:rsidRDefault="00000000">
            <w:r>
              <w:rPr>
                <w:sz w:val="17"/>
              </w:rPr>
              <w:t>Subcontractant</w:t>
            </w:r>
          </w:p>
        </w:tc>
        <w:tc>
          <w:tcPr>
            <w:tcW w:w="2835" w:type="dxa"/>
            <w:vAlign w:val="center"/>
          </w:tcPr>
          <w:p w14:paraId="1D240A31" w14:textId="77777777" w:rsidR="00251486" w:rsidRDefault="00251486"/>
        </w:tc>
        <w:tc>
          <w:tcPr>
            <w:tcW w:w="2268" w:type="dxa"/>
            <w:vAlign w:val="center"/>
          </w:tcPr>
          <w:p w14:paraId="0AA7C57B" w14:textId="77777777" w:rsidR="00251486" w:rsidRDefault="00251486"/>
        </w:tc>
        <w:tc>
          <w:tcPr>
            <w:tcW w:w="1701" w:type="dxa"/>
            <w:vAlign w:val="center"/>
          </w:tcPr>
          <w:p w14:paraId="614FC4B1" w14:textId="77777777" w:rsidR="00251486" w:rsidRDefault="00251486"/>
        </w:tc>
      </w:tr>
    </w:tbl>
    <w:p w14:paraId="59A1477B" w14:textId="77777777" w:rsidR="00251486" w:rsidRDefault="00000000">
      <w:pPr>
        <w:spacing w:after="80" w:line="252" w:lineRule="auto"/>
      </w:pPr>
      <w:r>
        <w:br w:type="page"/>
      </w:r>
    </w:p>
    <w:p w14:paraId="1C246A88" w14:textId="77777777" w:rsidR="00CF17C9" w:rsidRDefault="00CF17C9">
      <w:pPr>
        <w:spacing w:after="80" w:line="252" w:lineRule="auto"/>
        <w:jc w:val="center"/>
        <w:rPr>
          <w:b/>
          <w:sz w:val="26"/>
        </w:rPr>
      </w:pPr>
    </w:p>
    <w:p w14:paraId="74EC5541" w14:textId="77777777" w:rsidR="00CF17C9" w:rsidRDefault="00CF17C9">
      <w:pPr>
        <w:spacing w:after="80" w:line="252" w:lineRule="auto"/>
        <w:jc w:val="center"/>
        <w:rPr>
          <w:b/>
          <w:sz w:val="26"/>
        </w:rPr>
      </w:pPr>
    </w:p>
    <w:p w14:paraId="060EA6C7" w14:textId="77777777" w:rsidR="00CF17C9" w:rsidRDefault="00CF17C9">
      <w:pPr>
        <w:spacing w:after="80" w:line="252" w:lineRule="auto"/>
        <w:jc w:val="center"/>
        <w:rPr>
          <w:b/>
          <w:sz w:val="26"/>
        </w:rPr>
      </w:pPr>
    </w:p>
    <w:p w14:paraId="34B9A621" w14:textId="77777777" w:rsidR="00CF17C9" w:rsidRDefault="00CF17C9">
      <w:pPr>
        <w:spacing w:after="80" w:line="252" w:lineRule="auto"/>
        <w:jc w:val="center"/>
        <w:rPr>
          <w:b/>
          <w:sz w:val="26"/>
        </w:rPr>
      </w:pPr>
    </w:p>
    <w:p w14:paraId="1B4012DA" w14:textId="7B20CF32" w:rsidR="00251486" w:rsidRDefault="00000000">
      <w:pPr>
        <w:spacing w:after="80" w:line="252" w:lineRule="auto"/>
        <w:jc w:val="center"/>
      </w:pPr>
      <w:r>
        <w:rPr>
          <w:b/>
          <w:sz w:val="26"/>
        </w:rPr>
        <w:t>FORMULAR 6</w:t>
      </w:r>
      <w:r>
        <w:rPr>
          <w:b/>
          <w:sz w:val="26"/>
        </w:rPr>
        <w:br/>
        <w:t>ANGAJAMENT DE SUSȚINERE AL TERȚULUI</w:t>
      </w:r>
    </w:p>
    <w:p w14:paraId="041FEE85" w14:textId="77777777" w:rsidR="00251486" w:rsidRDefault="00000000">
      <w:pPr>
        <w:spacing w:after="80" w:line="252" w:lineRule="auto"/>
        <w:jc w:val="center"/>
      </w:pPr>
      <w:r>
        <w:rPr>
          <w:i/>
          <w:sz w:val="18"/>
        </w:rPr>
        <w:t>Se prezintă numai dacă ofertantul invocă susținerea unui terț pentru îndeplinirea unei cerințe de capacitate.</w:t>
      </w:r>
    </w:p>
    <w:p w14:paraId="580E1611" w14:textId="77777777" w:rsidR="00251486" w:rsidRDefault="00000000">
      <w:pPr>
        <w:spacing w:after="80" w:line="252" w:lineRule="auto"/>
        <w:jc w:val="center"/>
      </w:pPr>
      <w:r>
        <w:rPr>
          <w:i/>
        </w:rPr>
        <w:t>Achiziție: servicii de preparare și livrare a hranei la domiciliul beneficiarilor – CPV 55521100-9</w:t>
      </w:r>
    </w:p>
    <w:p w14:paraId="617609F3" w14:textId="77777777" w:rsidR="00CF17C9" w:rsidRDefault="00CF17C9">
      <w:pPr>
        <w:spacing w:after="60" w:line="252" w:lineRule="auto"/>
        <w:rPr>
          <w:b/>
        </w:rPr>
      </w:pPr>
    </w:p>
    <w:p w14:paraId="2E190D4B" w14:textId="77777777" w:rsidR="00CF17C9" w:rsidRDefault="00CF17C9">
      <w:pPr>
        <w:spacing w:after="60" w:line="252" w:lineRule="auto"/>
        <w:rPr>
          <w:b/>
        </w:rPr>
      </w:pPr>
    </w:p>
    <w:p w14:paraId="6A256629" w14:textId="77777777" w:rsidR="00CF17C9" w:rsidRDefault="00CF17C9">
      <w:pPr>
        <w:spacing w:after="60" w:line="252" w:lineRule="auto"/>
        <w:rPr>
          <w:b/>
        </w:rPr>
      </w:pPr>
    </w:p>
    <w:p w14:paraId="54C9A7CA" w14:textId="77777777" w:rsidR="00CF17C9" w:rsidRDefault="00CF17C9">
      <w:pPr>
        <w:spacing w:after="60" w:line="252" w:lineRule="auto"/>
        <w:rPr>
          <w:b/>
        </w:rPr>
      </w:pPr>
    </w:p>
    <w:p w14:paraId="6DBEE9F1" w14:textId="77777777" w:rsidR="00CF17C9" w:rsidRDefault="00CF17C9">
      <w:pPr>
        <w:spacing w:after="60" w:line="252" w:lineRule="auto"/>
        <w:rPr>
          <w:b/>
        </w:rPr>
      </w:pPr>
    </w:p>
    <w:p w14:paraId="2F717B65" w14:textId="5736D60F" w:rsidR="00251486" w:rsidRDefault="00000000">
      <w:pPr>
        <w:spacing w:after="60" w:line="252" w:lineRule="auto"/>
      </w:pPr>
      <w:proofErr w:type="spellStart"/>
      <w:r>
        <w:rPr>
          <w:b/>
        </w:rPr>
        <w:t>Terț</w:t>
      </w:r>
      <w:proofErr w:type="spellEnd"/>
      <w:r>
        <w:rPr>
          <w:b/>
        </w:rPr>
        <w:t xml:space="preserve"> </w:t>
      </w:r>
      <w:proofErr w:type="spellStart"/>
      <w:r>
        <w:rPr>
          <w:b/>
        </w:rPr>
        <w:t>susținător</w:t>
      </w:r>
      <w:proofErr w:type="spellEnd"/>
      <w:r>
        <w:t xml:space="preserve"> ................................................................................................................</w:t>
      </w:r>
    </w:p>
    <w:p w14:paraId="2F9796C7" w14:textId="77777777" w:rsidR="00251486" w:rsidRDefault="00000000">
      <w:pPr>
        <w:spacing w:after="60" w:line="252" w:lineRule="auto"/>
      </w:pPr>
      <w:r>
        <w:rPr>
          <w:b/>
        </w:rPr>
        <w:t>CUI / identificare</w:t>
      </w:r>
      <w:r>
        <w:t xml:space="preserve"> ................................................................................................................</w:t>
      </w:r>
    </w:p>
    <w:p w14:paraId="658015E6" w14:textId="77777777" w:rsidR="00251486" w:rsidRDefault="00000000">
      <w:pPr>
        <w:spacing w:after="60" w:line="252" w:lineRule="auto"/>
      </w:pPr>
      <w:r>
        <w:rPr>
          <w:b/>
        </w:rPr>
        <w:t>Ofertant susținut</w:t>
      </w:r>
      <w:r>
        <w:t xml:space="preserve"> ................................................................................................................</w:t>
      </w:r>
    </w:p>
    <w:p w14:paraId="7DD50EF0" w14:textId="77777777" w:rsidR="00251486" w:rsidRDefault="00000000">
      <w:pPr>
        <w:spacing w:after="80" w:line="252" w:lineRule="auto"/>
      </w:pPr>
      <w:r>
        <w:t>Prin prezentul angajament, ne obligăm să punem la dispoziția ofertantului susținut, în mod efectiv, resursele necesare pentru îndeplinirea cerinței/cerințelor pentru care este invocată susținerea noastră, pe întreaga perioadă în care acestea sunt necesare executării contractului.</w:t>
      </w:r>
    </w:p>
    <w:p w14:paraId="71AB0D16" w14:textId="77777777" w:rsidR="00251486" w:rsidRDefault="00000000">
      <w:pPr>
        <w:spacing w:after="60" w:line="252" w:lineRule="auto"/>
      </w:pPr>
      <w:r>
        <w:rPr>
          <w:b/>
        </w:rPr>
        <w:t>Cerința de capacitate pentru care se acordă susținerea</w:t>
      </w:r>
      <w:r>
        <w:t xml:space="preserve"> ................................................................................................................</w:t>
      </w:r>
    </w:p>
    <w:p w14:paraId="4A220798" w14:textId="77777777" w:rsidR="00251486" w:rsidRDefault="00000000">
      <w:pPr>
        <w:spacing w:after="80" w:line="252" w:lineRule="auto"/>
      </w:pPr>
      <w:r>
        <w:t>Resursele concrete puse la dispoziție:</w:t>
      </w:r>
    </w:p>
    <w:tbl>
      <w:tblPr>
        <w:tblStyle w:val="TableGrid"/>
        <w:tblW w:w="0" w:type="auto"/>
        <w:jc w:val="center"/>
        <w:tblLook w:val="04A0" w:firstRow="1" w:lastRow="0" w:firstColumn="1" w:lastColumn="0" w:noHBand="0" w:noVBand="1"/>
      </w:tblPr>
      <w:tblGrid>
        <w:gridCol w:w="567"/>
        <w:gridCol w:w="4535"/>
        <w:gridCol w:w="4535"/>
      </w:tblGrid>
      <w:tr w:rsidR="00251486" w14:paraId="1CD8E688" w14:textId="77777777">
        <w:trPr>
          <w:jc w:val="center"/>
        </w:trPr>
        <w:tc>
          <w:tcPr>
            <w:tcW w:w="567" w:type="dxa"/>
            <w:shd w:val="clear" w:color="auto" w:fill="D9EAF7"/>
            <w:vAlign w:val="center"/>
          </w:tcPr>
          <w:p w14:paraId="168A1CC6" w14:textId="77777777" w:rsidR="00251486" w:rsidRDefault="00000000">
            <w:r>
              <w:rPr>
                <w:b/>
                <w:sz w:val="17"/>
              </w:rPr>
              <w:t>Nr.</w:t>
            </w:r>
          </w:p>
        </w:tc>
        <w:tc>
          <w:tcPr>
            <w:tcW w:w="4535" w:type="dxa"/>
            <w:shd w:val="clear" w:color="auto" w:fill="D9EAF7"/>
            <w:vAlign w:val="center"/>
          </w:tcPr>
          <w:p w14:paraId="4B7EA781" w14:textId="77777777" w:rsidR="00251486" w:rsidRDefault="00000000">
            <w:r>
              <w:rPr>
                <w:b/>
                <w:sz w:val="17"/>
              </w:rPr>
              <w:t>Resursa / experiența / capacitatea pusă la dispoziție</w:t>
            </w:r>
          </w:p>
        </w:tc>
        <w:tc>
          <w:tcPr>
            <w:tcW w:w="4535" w:type="dxa"/>
            <w:shd w:val="clear" w:color="auto" w:fill="D9EAF7"/>
            <w:vAlign w:val="center"/>
          </w:tcPr>
          <w:p w14:paraId="54ECD5F4" w14:textId="77777777" w:rsidR="00251486" w:rsidRDefault="00000000">
            <w:r>
              <w:rPr>
                <w:b/>
                <w:sz w:val="17"/>
              </w:rPr>
              <w:t>Modalitatea concretă de punere la dispoziție</w:t>
            </w:r>
          </w:p>
        </w:tc>
      </w:tr>
      <w:tr w:rsidR="00251486" w14:paraId="74E09F52" w14:textId="77777777">
        <w:trPr>
          <w:jc w:val="center"/>
        </w:trPr>
        <w:tc>
          <w:tcPr>
            <w:tcW w:w="567" w:type="dxa"/>
            <w:vAlign w:val="center"/>
          </w:tcPr>
          <w:p w14:paraId="4810B0AB" w14:textId="77777777" w:rsidR="00251486" w:rsidRDefault="00000000">
            <w:r>
              <w:rPr>
                <w:sz w:val="17"/>
              </w:rPr>
              <w:t>1</w:t>
            </w:r>
          </w:p>
        </w:tc>
        <w:tc>
          <w:tcPr>
            <w:tcW w:w="4535" w:type="dxa"/>
            <w:vAlign w:val="center"/>
          </w:tcPr>
          <w:p w14:paraId="435671FA" w14:textId="77777777" w:rsidR="00251486" w:rsidRDefault="00251486"/>
        </w:tc>
        <w:tc>
          <w:tcPr>
            <w:tcW w:w="4535" w:type="dxa"/>
            <w:vAlign w:val="center"/>
          </w:tcPr>
          <w:p w14:paraId="665F6633" w14:textId="77777777" w:rsidR="00251486" w:rsidRDefault="00251486"/>
        </w:tc>
      </w:tr>
      <w:tr w:rsidR="00251486" w14:paraId="6A1BFBD6" w14:textId="77777777">
        <w:trPr>
          <w:jc w:val="center"/>
        </w:trPr>
        <w:tc>
          <w:tcPr>
            <w:tcW w:w="567" w:type="dxa"/>
            <w:vAlign w:val="center"/>
          </w:tcPr>
          <w:p w14:paraId="684D0319" w14:textId="77777777" w:rsidR="00251486" w:rsidRDefault="00000000">
            <w:r>
              <w:rPr>
                <w:sz w:val="17"/>
              </w:rPr>
              <w:t>2</w:t>
            </w:r>
          </w:p>
        </w:tc>
        <w:tc>
          <w:tcPr>
            <w:tcW w:w="4535" w:type="dxa"/>
            <w:vAlign w:val="center"/>
          </w:tcPr>
          <w:p w14:paraId="6D7CCF17" w14:textId="77777777" w:rsidR="00251486" w:rsidRDefault="00251486"/>
        </w:tc>
        <w:tc>
          <w:tcPr>
            <w:tcW w:w="4535" w:type="dxa"/>
            <w:vAlign w:val="center"/>
          </w:tcPr>
          <w:p w14:paraId="68218C9B" w14:textId="77777777" w:rsidR="00251486" w:rsidRDefault="00251486"/>
        </w:tc>
      </w:tr>
      <w:tr w:rsidR="00251486" w14:paraId="3085E549" w14:textId="77777777">
        <w:trPr>
          <w:jc w:val="center"/>
        </w:trPr>
        <w:tc>
          <w:tcPr>
            <w:tcW w:w="567" w:type="dxa"/>
            <w:vAlign w:val="center"/>
          </w:tcPr>
          <w:p w14:paraId="4E991F4D" w14:textId="77777777" w:rsidR="00251486" w:rsidRDefault="00000000">
            <w:r>
              <w:rPr>
                <w:sz w:val="17"/>
              </w:rPr>
              <w:t>3</w:t>
            </w:r>
          </w:p>
        </w:tc>
        <w:tc>
          <w:tcPr>
            <w:tcW w:w="4535" w:type="dxa"/>
            <w:vAlign w:val="center"/>
          </w:tcPr>
          <w:p w14:paraId="6352AFA7" w14:textId="77777777" w:rsidR="00251486" w:rsidRDefault="00251486"/>
        </w:tc>
        <w:tc>
          <w:tcPr>
            <w:tcW w:w="4535" w:type="dxa"/>
            <w:vAlign w:val="center"/>
          </w:tcPr>
          <w:p w14:paraId="76297BF9" w14:textId="77777777" w:rsidR="00251486" w:rsidRDefault="00251486"/>
        </w:tc>
      </w:tr>
    </w:tbl>
    <w:p w14:paraId="1BB9F5AB" w14:textId="77777777" w:rsidR="00251486" w:rsidRDefault="00000000">
      <w:pPr>
        <w:spacing w:after="80" w:line="252" w:lineRule="auto"/>
      </w:pPr>
      <w:r>
        <w:t>Declarăm că vom răspunde solicitărilor autorității contractante privind demonstrarea disponibilității resurselor asumate și că vom respecta obligațiile care decurg din legislația aplicabilă și documentația de atribuire.</w:t>
      </w:r>
    </w:p>
    <w:p w14:paraId="481253EC" w14:textId="77777777" w:rsidR="00251486" w:rsidRDefault="00251486">
      <w:pPr>
        <w:spacing w:after="80" w:line="252" w:lineRule="auto"/>
      </w:pPr>
    </w:p>
    <w:p w14:paraId="022A646C" w14:textId="77777777" w:rsidR="00251486" w:rsidRDefault="00000000">
      <w:pPr>
        <w:spacing w:after="60" w:line="252" w:lineRule="auto"/>
      </w:pPr>
      <w:r>
        <w:rPr>
          <w:b/>
        </w:rPr>
        <w:t>Data</w:t>
      </w:r>
      <w:r>
        <w:t xml:space="preserve"> ................................................................................................................</w:t>
      </w:r>
    </w:p>
    <w:p w14:paraId="2F5B34FD" w14:textId="77777777" w:rsidR="00251486" w:rsidRDefault="00000000">
      <w:pPr>
        <w:spacing w:after="60" w:line="252" w:lineRule="auto"/>
      </w:pPr>
      <w:r>
        <w:rPr>
          <w:b/>
        </w:rPr>
        <w:t>Reprezentant legal / împuternicit</w:t>
      </w:r>
      <w:r>
        <w:t xml:space="preserve"> ................................................................................................................</w:t>
      </w:r>
    </w:p>
    <w:p w14:paraId="590C98C4" w14:textId="77777777" w:rsidR="00251486" w:rsidRDefault="00000000">
      <w:pPr>
        <w:spacing w:after="60" w:line="252" w:lineRule="auto"/>
      </w:pPr>
      <w:r>
        <w:rPr>
          <w:b/>
        </w:rPr>
        <w:t>Funcția</w:t>
      </w:r>
      <w:r>
        <w:t xml:space="preserve"> ................................................................................................................</w:t>
      </w:r>
    </w:p>
    <w:p w14:paraId="534D734A" w14:textId="77777777" w:rsidR="00251486" w:rsidRDefault="00000000">
      <w:pPr>
        <w:spacing w:after="60" w:line="252" w:lineRule="auto"/>
      </w:pPr>
      <w:r>
        <w:rPr>
          <w:b/>
        </w:rPr>
        <w:t>Semnătura</w:t>
      </w:r>
      <w:r>
        <w:t xml:space="preserve"> ................................................................................................................</w:t>
      </w:r>
    </w:p>
    <w:p w14:paraId="5D4CC0C9" w14:textId="77777777" w:rsidR="00251486" w:rsidRDefault="00000000">
      <w:pPr>
        <w:spacing w:after="80" w:line="252" w:lineRule="auto"/>
      </w:pPr>
      <w:r>
        <w:br w:type="page"/>
      </w:r>
    </w:p>
    <w:p w14:paraId="3A5036D3" w14:textId="77777777" w:rsidR="00CF17C9" w:rsidRDefault="00CF17C9">
      <w:pPr>
        <w:spacing w:after="80" w:line="252" w:lineRule="auto"/>
        <w:jc w:val="center"/>
        <w:rPr>
          <w:b/>
          <w:sz w:val="26"/>
        </w:rPr>
      </w:pPr>
    </w:p>
    <w:p w14:paraId="60B8BCE1" w14:textId="77777777" w:rsidR="00CF17C9" w:rsidRDefault="00CF17C9">
      <w:pPr>
        <w:spacing w:after="80" w:line="252" w:lineRule="auto"/>
        <w:jc w:val="center"/>
        <w:rPr>
          <w:b/>
          <w:sz w:val="26"/>
        </w:rPr>
      </w:pPr>
    </w:p>
    <w:p w14:paraId="648CD63B" w14:textId="32542268" w:rsidR="00251486" w:rsidRDefault="00000000">
      <w:pPr>
        <w:spacing w:after="80" w:line="252" w:lineRule="auto"/>
        <w:jc w:val="center"/>
      </w:pPr>
      <w:r>
        <w:rPr>
          <w:b/>
          <w:sz w:val="26"/>
        </w:rPr>
        <w:t>FORMULAR 7</w:t>
      </w:r>
      <w:r>
        <w:rPr>
          <w:b/>
          <w:sz w:val="26"/>
        </w:rPr>
        <w:br/>
        <w:t>ÎMPUTERNICIRE</w:t>
      </w:r>
    </w:p>
    <w:p w14:paraId="0A036EE7" w14:textId="77777777" w:rsidR="00251486" w:rsidRDefault="00000000">
      <w:pPr>
        <w:spacing w:after="80" w:line="252" w:lineRule="auto"/>
        <w:jc w:val="center"/>
      </w:pPr>
      <w:r>
        <w:rPr>
          <w:i/>
          <w:sz w:val="18"/>
        </w:rPr>
        <w:t>Se prezintă numai dacă oferta/documentele sunt semnate ori depuse de o persoană diferită de reprezentantul legal.</w:t>
      </w:r>
    </w:p>
    <w:p w14:paraId="40C242C0" w14:textId="77777777" w:rsidR="00251486" w:rsidRDefault="00000000">
      <w:pPr>
        <w:spacing w:after="80" w:line="252" w:lineRule="auto"/>
        <w:jc w:val="center"/>
      </w:pPr>
      <w:r>
        <w:rPr>
          <w:i/>
        </w:rPr>
        <w:t>Achiziție: servicii de preparare și livrare a hranei la domiciliul beneficiarilor – CPV 55521100-9</w:t>
      </w:r>
    </w:p>
    <w:p w14:paraId="01A3EC4E" w14:textId="77777777" w:rsidR="00CF17C9" w:rsidRDefault="00CF17C9">
      <w:pPr>
        <w:spacing w:after="60" w:line="252" w:lineRule="auto"/>
        <w:rPr>
          <w:b/>
        </w:rPr>
      </w:pPr>
    </w:p>
    <w:p w14:paraId="74E0DDC7" w14:textId="77777777" w:rsidR="00CF17C9" w:rsidRDefault="00CF17C9">
      <w:pPr>
        <w:spacing w:after="60" w:line="252" w:lineRule="auto"/>
        <w:rPr>
          <w:b/>
        </w:rPr>
      </w:pPr>
    </w:p>
    <w:p w14:paraId="7B3C8AB3" w14:textId="77777777" w:rsidR="00CF17C9" w:rsidRDefault="00CF17C9">
      <w:pPr>
        <w:spacing w:after="60" w:line="252" w:lineRule="auto"/>
        <w:rPr>
          <w:b/>
        </w:rPr>
      </w:pPr>
    </w:p>
    <w:p w14:paraId="77878761" w14:textId="71A8FE9C" w:rsidR="00251486" w:rsidRDefault="00000000">
      <w:pPr>
        <w:spacing w:after="60" w:line="252" w:lineRule="auto"/>
      </w:pPr>
      <w:r>
        <w:rPr>
          <w:b/>
        </w:rPr>
        <w:t>Operator economic</w:t>
      </w:r>
      <w:r>
        <w:t xml:space="preserve"> ................................................................................................................</w:t>
      </w:r>
    </w:p>
    <w:p w14:paraId="256186F5" w14:textId="77777777" w:rsidR="00251486" w:rsidRDefault="00000000">
      <w:pPr>
        <w:spacing w:after="60" w:line="252" w:lineRule="auto"/>
      </w:pPr>
      <w:r>
        <w:rPr>
          <w:b/>
        </w:rPr>
        <w:t>Reprezentant legal</w:t>
      </w:r>
      <w:r>
        <w:t xml:space="preserve"> ................................................................................................................</w:t>
      </w:r>
    </w:p>
    <w:p w14:paraId="29831C14" w14:textId="77777777" w:rsidR="00251486" w:rsidRDefault="00000000">
      <w:pPr>
        <w:spacing w:after="60" w:line="252" w:lineRule="auto"/>
      </w:pPr>
      <w:r>
        <w:rPr>
          <w:b/>
        </w:rPr>
        <w:t>Funcția reprezentantului legal</w:t>
      </w:r>
      <w:r>
        <w:t xml:space="preserve"> ................................................................................................................</w:t>
      </w:r>
    </w:p>
    <w:p w14:paraId="25D8F226" w14:textId="77777777" w:rsidR="00251486" w:rsidRDefault="00000000">
      <w:pPr>
        <w:spacing w:after="60" w:line="252" w:lineRule="auto"/>
      </w:pPr>
      <w:r>
        <w:rPr>
          <w:b/>
        </w:rPr>
        <w:t>Persoana împuternicită</w:t>
      </w:r>
      <w:r>
        <w:t xml:space="preserve"> ................................................................................................................</w:t>
      </w:r>
    </w:p>
    <w:p w14:paraId="0ECE6F34" w14:textId="77777777" w:rsidR="00251486" w:rsidRDefault="00000000">
      <w:pPr>
        <w:spacing w:after="60" w:line="252" w:lineRule="auto"/>
      </w:pPr>
      <w:r>
        <w:rPr>
          <w:b/>
        </w:rPr>
        <w:t>Act de identitate / funcție</w:t>
      </w:r>
      <w:r>
        <w:t xml:space="preserve"> ................................................................................................................</w:t>
      </w:r>
    </w:p>
    <w:p w14:paraId="208CD7BD" w14:textId="77777777" w:rsidR="00251486" w:rsidRDefault="00000000">
      <w:pPr>
        <w:spacing w:after="80" w:line="252" w:lineRule="auto"/>
      </w:pPr>
      <w:r>
        <w:t>Prin prezenta, împuternicim persoana menționată mai sus să ne reprezinte în cadrul procedurii organizate de COMUNA BUSTUCHIN pentru atribuirea contractului „Servicii de preparare și livrare a hranei la domiciliul beneficiarilor”, CPV 55521100-9, având dreptul, în limitele prezentei împuterniciri, să semneze și/sau să depună documentele ofertei, să primească și să transmită clarificări și să îndeplinească actele procedurale necesare participării.</w:t>
      </w:r>
    </w:p>
    <w:p w14:paraId="563D29D4" w14:textId="77777777" w:rsidR="00251486" w:rsidRDefault="00000000">
      <w:pPr>
        <w:spacing w:after="60" w:line="252" w:lineRule="auto"/>
      </w:pPr>
      <w:r>
        <w:rPr>
          <w:b/>
        </w:rPr>
        <w:t>Limite speciale ale mandatului, dacă există</w:t>
      </w:r>
      <w:r>
        <w:t xml:space="preserve"> ................................................................................................................</w:t>
      </w:r>
    </w:p>
    <w:p w14:paraId="037A7E64" w14:textId="77777777" w:rsidR="00251486" w:rsidRDefault="00000000">
      <w:pPr>
        <w:spacing w:after="80" w:line="252" w:lineRule="auto"/>
      </w:pPr>
      <w:r>
        <w:t>Prezenta împuternicire este valabilă pe durata procedurii, până la încetarea sau revocarea sa comunicată autorității contractante.</w:t>
      </w:r>
    </w:p>
    <w:p w14:paraId="0D4F63AD" w14:textId="77777777" w:rsidR="00251486" w:rsidRDefault="00000000">
      <w:pPr>
        <w:spacing w:after="60" w:line="252" w:lineRule="auto"/>
      </w:pPr>
      <w:r>
        <w:rPr>
          <w:b/>
        </w:rPr>
        <w:t>Data</w:t>
      </w:r>
      <w:r>
        <w:t xml:space="preserve"> ................................................................................................................</w:t>
      </w:r>
    </w:p>
    <w:p w14:paraId="39AF90CE" w14:textId="77777777" w:rsidR="00251486" w:rsidRDefault="00000000">
      <w:pPr>
        <w:spacing w:after="60" w:line="252" w:lineRule="auto"/>
      </w:pPr>
      <w:r>
        <w:rPr>
          <w:b/>
        </w:rPr>
        <w:t>Reprezentant legal</w:t>
      </w:r>
      <w:r>
        <w:t xml:space="preserve"> ................................................................................................................</w:t>
      </w:r>
    </w:p>
    <w:p w14:paraId="1F530814" w14:textId="77777777" w:rsidR="00251486" w:rsidRDefault="00000000">
      <w:pPr>
        <w:spacing w:after="60" w:line="252" w:lineRule="auto"/>
      </w:pPr>
      <w:r>
        <w:rPr>
          <w:b/>
        </w:rPr>
        <w:t>Semnătura</w:t>
      </w:r>
      <w:r>
        <w:t xml:space="preserve"> ................................................................................................................</w:t>
      </w:r>
    </w:p>
    <w:sectPr w:rsidR="00251486" w:rsidSect="00034616">
      <w:headerReference w:type="default" r:id="rId8"/>
      <w:footerReference w:type="default" r:id="rId9"/>
      <w:pgSz w:w="12240" w:h="15840"/>
      <w:pgMar w:top="907"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BF579" w14:textId="77777777" w:rsidR="00EE03EA" w:rsidRDefault="00EE03EA">
      <w:pPr>
        <w:spacing w:after="0" w:line="240" w:lineRule="auto"/>
      </w:pPr>
      <w:r>
        <w:separator/>
      </w:r>
    </w:p>
  </w:endnote>
  <w:endnote w:type="continuationSeparator" w:id="0">
    <w:p w14:paraId="274584F0" w14:textId="77777777" w:rsidR="00EE03EA" w:rsidRDefault="00EE0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34527" w14:textId="7867DDD3" w:rsidR="00251486" w:rsidRDefault="00251486">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B1B0F" w14:textId="77777777" w:rsidR="00EE03EA" w:rsidRDefault="00EE03EA">
      <w:pPr>
        <w:spacing w:after="0" w:line="240" w:lineRule="auto"/>
      </w:pPr>
      <w:r>
        <w:separator/>
      </w:r>
    </w:p>
  </w:footnote>
  <w:footnote w:type="continuationSeparator" w:id="0">
    <w:p w14:paraId="058A0615" w14:textId="77777777" w:rsidR="00EE03EA" w:rsidRDefault="00EE03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750F9" w14:textId="41A52ACD" w:rsidR="00251486" w:rsidRDefault="00251486">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1588490">
    <w:abstractNumId w:val="8"/>
  </w:num>
  <w:num w:numId="2" w16cid:durableId="829979995">
    <w:abstractNumId w:val="6"/>
  </w:num>
  <w:num w:numId="3" w16cid:durableId="1245645391">
    <w:abstractNumId w:val="5"/>
  </w:num>
  <w:num w:numId="4" w16cid:durableId="1179999605">
    <w:abstractNumId w:val="4"/>
  </w:num>
  <w:num w:numId="5" w16cid:durableId="368380849">
    <w:abstractNumId w:val="7"/>
  </w:num>
  <w:num w:numId="6" w16cid:durableId="482048165">
    <w:abstractNumId w:val="3"/>
  </w:num>
  <w:num w:numId="7" w16cid:durableId="782849103">
    <w:abstractNumId w:val="2"/>
  </w:num>
  <w:num w:numId="8" w16cid:durableId="2124302567">
    <w:abstractNumId w:val="1"/>
  </w:num>
  <w:num w:numId="9" w16cid:durableId="298272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61CA"/>
    <w:rsid w:val="0015074B"/>
    <w:rsid w:val="00251486"/>
    <w:rsid w:val="0029639D"/>
    <w:rsid w:val="00326F90"/>
    <w:rsid w:val="009E709C"/>
    <w:rsid w:val="00AA1D8D"/>
    <w:rsid w:val="00B47730"/>
    <w:rsid w:val="00CB0664"/>
    <w:rsid w:val="00CF17C9"/>
    <w:rsid w:val="00EE03E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0F6067"/>
  <w14:defaultImageDpi w14:val="300"/>
  <w15:docId w15:val="{BC205F91-2D66-435A-830E-0889ECB0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8</Pages>
  <Words>2072</Words>
  <Characters>11817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balacesculavinia@gmail.com</cp:lastModifiedBy>
  <cp:revision>2</cp:revision>
  <dcterms:created xsi:type="dcterms:W3CDTF">2026-10-01T07:23:00Z</dcterms:created>
  <dcterms:modified xsi:type="dcterms:W3CDTF">2026-10-01T07:23:00Z</dcterms:modified>
  <cp:category/>
</cp:coreProperties>
</file>